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A6ACE" w:rsidRPr="009A6ACE" w14:paraId="69C21872" w14:textId="77777777" w:rsidTr="00135FC8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390C18E" w14:textId="77777777" w:rsidR="009A6ACE" w:rsidRPr="009A6ACE" w:rsidRDefault="009A6ACE" w:rsidP="00135FC8">
            <w:pPr>
              <w:keepNext/>
              <w:jc w:val="center"/>
              <w:rPr>
                <w:i/>
                <w:noProof/>
                <w:lang w:val="ro-RO"/>
              </w:rPr>
            </w:pPr>
            <w:r w:rsidRPr="009A6ACE">
              <w:rPr>
                <w:i/>
                <w:noProof/>
                <w:lang w:val="ro-RO"/>
              </w:rPr>
              <w:t>COMUNA BLĂGEȘTI</w:t>
            </w:r>
          </w:p>
          <w:p w14:paraId="535E3163" w14:textId="77777777" w:rsidR="009A6ACE" w:rsidRPr="009A6ACE" w:rsidRDefault="009A6ACE" w:rsidP="00135FC8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F9983C5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Județul</w:t>
            </w:r>
          </w:p>
          <w:p w14:paraId="1F61107C" w14:textId="77777777" w:rsidR="009A6ACE" w:rsidRPr="009A6ACE" w:rsidRDefault="009A6ACE" w:rsidP="00135FC8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BACĂU</w:t>
            </w:r>
          </w:p>
        </w:tc>
      </w:tr>
      <w:tr w:rsidR="009A6ACE" w:rsidRPr="009A6ACE" w14:paraId="6CC766BA" w14:textId="77777777" w:rsidTr="00135FC8">
        <w:trPr>
          <w:cantSplit/>
          <w:trHeight w:val="510"/>
        </w:trPr>
        <w:tc>
          <w:tcPr>
            <w:tcW w:w="1606" w:type="dxa"/>
            <w:vMerge/>
          </w:tcPr>
          <w:p w14:paraId="5630BE7B" w14:textId="77777777" w:rsidR="009A6ACE" w:rsidRPr="009A6ACE" w:rsidRDefault="009A6ACE" w:rsidP="00135FC8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7085232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Autoritatea administrației publice</w:t>
            </w:r>
          </w:p>
          <w:p w14:paraId="05461605" w14:textId="77777777" w:rsidR="009A6ACE" w:rsidRPr="009A6ACE" w:rsidRDefault="009A6ACE" w:rsidP="00135FC8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Comuna Blăgești</w:t>
            </w:r>
          </w:p>
        </w:tc>
      </w:tr>
      <w:tr w:rsidR="009A6ACE" w:rsidRPr="009A6ACE" w14:paraId="6B86A24E" w14:textId="77777777" w:rsidTr="00135FC8">
        <w:trPr>
          <w:cantSplit/>
          <w:trHeight w:val="510"/>
        </w:trPr>
        <w:tc>
          <w:tcPr>
            <w:tcW w:w="1606" w:type="dxa"/>
            <w:vMerge/>
          </w:tcPr>
          <w:p w14:paraId="38BCCE27" w14:textId="77777777" w:rsidR="009A6ACE" w:rsidRPr="009A6ACE" w:rsidRDefault="009A6ACE" w:rsidP="00135FC8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3E3D8D41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Cod de identificare fiscală (CIF)</w:t>
            </w:r>
          </w:p>
          <w:p w14:paraId="5A60BD58" w14:textId="77777777" w:rsidR="009A6ACE" w:rsidRPr="009A6ACE" w:rsidRDefault="009A6ACE" w:rsidP="00135FC8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C4CC4CA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Adresa oficială</w:t>
            </w:r>
          </w:p>
          <w:p w14:paraId="382661D5" w14:textId="77777777" w:rsidR="009A6ACE" w:rsidRPr="009A6ACE" w:rsidRDefault="009A6ACE" w:rsidP="00135FC8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33840A29" w14:textId="77777777" w:rsidR="009A6ACE" w:rsidRPr="009A6ACE" w:rsidRDefault="009A6ACE" w:rsidP="00135FC8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9A6ACE" w:rsidRPr="009A6ACE" w14:paraId="7F921537" w14:textId="77777777" w:rsidTr="00135FC8">
        <w:trPr>
          <w:cantSplit/>
          <w:trHeight w:val="510"/>
        </w:trPr>
        <w:tc>
          <w:tcPr>
            <w:tcW w:w="1606" w:type="dxa"/>
            <w:vMerge/>
          </w:tcPr>
          <w:p w14:paraId="270D7B41" w14:textId="77777777" w:rsidR="009A6ACE" w:rsidRPr="009A6ACE" w:rsidRDefault="009A6ACE" w:rsidP="00135FC8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4B3E3C43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Număr de înregistrare</w:t>
            </w:r>
          </w:p>
          <w:p w14:paraId="2D9AB367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22E140D3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Data</w:t>
            </w:r>
          </w:p>
          <w:p w14:paraId="3680A04A" w14:textId="77777777" w:rsidR="009A6ACE" w:rsidRPr="009A6ACE" w:rsidRDefault="009A6ACE" w:rsidP="00135FC8">
            <w:pPr>
              <w:keepNext/>
              <w:rPr>
                <w:noProof/>
                <w:lang w:val="ro-RO"/>
              </w:rPr>
            </w:pPr>
          </w:p>
        </w:tc>
      </w:tr>
      <w:tr w:rsidR="009A6ACE" w:rsidRPr="009A6ACE" w14:paraId="456414B8" w14:textId="77777777" w:rsidTr="00135FC8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244D31F" w14:textId="77777777" w:rsidR="009A6ACE" w:rsidRPr="009A6ACE" w:rsidRDefault="009A6ACE" w:rsidP="00135FC8">
            <w:pPr>
              <w:rPr>
                <w:noProof/>
                <w:lang w:val="ro-RO"/>
              </w:rPr>
            </w:pPr>
            <w:r w:rsidRPr="009A6ACE">
              <w:rPr>
                <w:i/>
                <w:noProof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9E46984" w14:textId="77777777" w:rsidR="00E25052" w:rsidRPr="009A6ACE" w:rsidRDefault="00000000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9A6ACE">
        <w:rPr>
          <w:b/>
          <w:noProof/>
          <w:sz w:val="28"/>
          <w:szCs w:val="28"/>
          <w:lang w:val="ro-RO"/>
        </w:rPr>
        <w:t>CERERE</w:t>
      </w:r>
    </w:p>
    <w:p w14:paraId="6AB0BEC6" w14:textId="77777777" w:rsidR="00E25052" w:rsidRPr="009A6ACE" w:rsidRDefault="00E25052">
      <w:pPr>
        <w:spacing w:after="60"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9A6ACE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sz w:val="16"/>
                <w:lang w:val="ro-RO"/>
              </w:rPr>
              <w:t xml:space="preserve"> 1. </w:t>
            </w:r>
            <w:r w:rsidRPr="009A6ACE">
              <w:rPr>
                <w:b/>
                <w:noProof/>
                <w:color w:val="000000"/>
                <w:sz w:val="18"/>
                <w:lang w:val="ro-RO"/>
              </w:rPr>
              <w:t>CĂTRE</w:t>
            </w:r>
          </w:p>
        </w:tc>
      </w:tr>
      <w:tr w:rsidR="00E25052" w:rsidRPr="009A6ACE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Instituția</w:t>
            </w:r>
          </w:p>
          <w:p w14:paraId="15F874A4" w14:textId="77777777" w:rsidR="009A6ACE" w:rsidRPr="009A6ACE" w:rsidRDefault="009A6ACE" w:rsidP="009A6ACE">
            <w:pPr>
              <w:keepNext/>
              <w:jc w:val="center"/>
              <w:rPr>
                <w:b/>
                <w:bCs/>
                <w:iCs/>
                <w:noProof/>
                <w:lang w:val="ro-RO"/>
              </w:rPr>
            </w:pPr>
            <w:r w:rsidRPr="009A6ACE">
              <w:rPr>
                <w:b/>
                <w:bCs/>
                <w:iCs/>
                <w:noProof/>
                <w:lang w:val="ro-RO"/>
              </w:rPr>
              <w:t>PRIMARUL COMUNEI BLĂGEȘTI</w:t>
            </w:r>
          </w:p>
          <w:p w14:paraId="5B3D1BF3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9A6ACE" w:rsidRDefault="00000000">
            <w:pPr>
              <w:spacing w:line="228" w:lineRule="auto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9A6ACE" w:rsidRDefault="00E25052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:rsidRPr="009A6ACE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sz w:val="16"/>
                <w:lang w:val="ro-RO"/>
              </w:rPr>
              <w:t xml:space="preserve"> 2. </w:t>
            </w:r>
            <w:r w:rsidRPr="009A6ACE">
              <w:rPr>
                <w:b/>
                <w:noProof/>
                <w:color w:val="000000"/>
                <w:sz w:val="18"/>
                <w:lang w:val="ro-RO"/>
              </w:rPr>
              <w:t>SOLICITANTUL</w:t>
            </w:r>
          </w:p>
        </w:tc>
      </w:tr>
      <w:tr w:rsidR="00E25052" w:rsidRPr="009A6ACE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Nume și prenume</w:t>
            </w:r>
          </w:p>
          <w:p w14:paraId="50ECD17B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CNP</w:t>
            </w:r>
          </w:p>
          <w:p w14:paraId="6B11B457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noProof/>
                <w:sz w:val="16"/>
                <w:lang w:val="ro-RO"/>
              </w:rPr>
              <w:t xml:space="preserve"> Act de identitate</w:t>
            </w:r>
          </w:p>
        </w:tc>
      </w:tr>
      <w:tr w:rsidR="00E25052" w:rsidRPr="009A6ACE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Seria</w:t>
            </w:r>
          </w:p>
          <w:p w14:paraId="1742791D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6C2D16F6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Numărul</w:t>
            </w:r>
          </w:p>
          <w:p w14:paraId="18D6DBDF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Eliberat de</w:t>
            </w:r>
          </w:p>
          <w:p w14:paraId="5BAC43F0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7AB74026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La data</w:t>
            </w:r>
          </w:p>
          <w:p w14:paraId="6324FC92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noProof/>
                <w:sz w:val="16"/>
                <w:lang w:val="ro-RO"/>
              </w:rPr>
              <w:t xml:space="preserve"> Domiciliul</w:t>
            </w:r>
          </w:p>
        </w:tc>
      </w:tr>
      <w:tr w:rsidR="00E25052" w:rsidRPr="009A6ACE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Județul</w:t>
            </w:r>
          </w:p>
          <w:p w14:paraId="27F852AB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Municipiul / orașul / comuna</w:t>
            </w:r>
          </w:p>
          <w:p w14:paraId="0D48E3BB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Satul / sectorul</w:t>
            </w:r>
          </w:p>
          <w:p w14:paraId="20822E8F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Strada</w:t>
            </w:r>
          </w:p>
          <w:p w14:paraId="141E58F7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6B47B93F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Nr.</w:t>
            </w:r>
          </w:p>
          <w:p w14:paraId="399A8499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7DDABD5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Sc.</w:t>
            </w:r>
          </w:p>
          <w:p w14:paraId="0E160ACF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EA9678F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Et.</w:t>
            </w:r>
          </w:p>
          <w:p w14:paraId="43F6DA47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0209D0C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Ap.</w:t>
            </w:r>
          </w:p>
          <w:p w14:paraId="2E35CB99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60D07855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38A54738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37AA103A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Țara</w:t>
            </w:r>
          </w:p>
          <w:p w14:paraId="123D5598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noProof/>
                <w:sz w:val="16"/>
                <w:lang w:val="ro-RO"/>
              </w:rPr>
              <w:t xml:space="preserve"> Date de contact</w:t>
            </w:r>
          </w:p>
        </w:tc>
      </w:tr>
      <w:tr w:rsidR="00E25052" w:rsidRPr="009A6ACE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Telefon / fax</w:t>
            </w:r>
          </w:p>
          <w:p w14:paraId="2DEDAC5B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E-mail</w:t>
            </w:r>
          </w:p>
          <w:p w14:paraId="3C2D93FB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noProof/>
                <w:sz w:val="16"/>
                <w:lang w:val="ro-RO"/>
              </w:rPr>
              <w:t xml:space="preserve"> Reprezentare</w:t>
            </w:r>
          </w:p>
        </w:tc>
      </w:tr>
      <w:tr w:rsidR="00E25052" w:rsidRPr="009A6ACE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Pr="009A6ACE" w:rsidRDefault="00000000">
            <w:pPr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În calitate de reprezentant al</w:t>
            </w:r>
          </w:p>
          <w:p w14:paraId="6834604F" w14:textId="77777777" w:rsidR="00E25052" w:rsidRPr="009A6ACE" w:rsidRDefault="00E25052">
            <w:pPr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9A6ACE" w:rsidRDefault="00000000">
            <w:pPr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CUI / CIF</w:t>
            </w:r>
          </w:p>
          <w:p w14:paraId="3B9A3463" w14:textId="77777777" w:rsidR="00E25052" w:rsidRPr="009A6ACE" w:rsidRDefault="00E25052">
            <w:pPr>
              <w:rPr>
                <w:noProof/>
                <w:lang w:val="ro-RO"/>
              </w:rPr>
            </w:pPr>
          </w:p>
        </w:tc>
      </w:tr>
    </w:tbl>
    <w:p w14:paraId="01E74949" w14:textId="77777777" w:rsidR="00E25052" w:rsidRPr="009A6ACE" w:rsidRDefault="00E25052">
      <w:pPr>
        <w:spacing w:line="168" w:lineRule="auto"/>
        <w:rPr>
          <w:noProof/>
          <w:lang w:val="ro-RO"/>
        </w:rPr>
      </w:pPr>
    </w:p>
    <w:p w14:paraId="20F32F97" w14:textId="77777777" w:rsidR="00E25052" w:rsidRPr="009A6ACE" w:rsidRDefault="00000000">
      <w:pPr>
        <w:spacing w:before="80" w:after="60"/>
        <w:jc w:val="center"/>
        <w:rPr>
          <w:noProof/>
          <w:lang w:val="ro-RO"/>
        </w:rPr>
      </w:pPr>
      <w:r w:rsidRPr="009A6ACE">
        <w:rPr>
          <w:noProof/>
          <w:sz w:val="18"/>
          <w:lang w:val="ro-RO"/>
        </w:rPr>
        <w:t>în conformitate cu prevederile Legii nr. 169/2026 privind Codul amenajării teritoriului, urbanismului și construcțiilor,</w:t>
      </w:r>
    </w:p>
    <w:p w14:paraId="2C7584EF" w14:textId="77777777" w:rsidR="00E25052" w:rsidRPr="009A6ACE" w:rsidRDefault="00000000">
      <w:pPr>
        <w:spacing w:before="80" w:after="60"/>
        <w:jc w:val="center"/>
        <w:rPr>
          <w:noProof/>
          <w:lang w:val="ro-RO"/>
        </w:rPr>
      </w:pPr>
      <w:r w:rsidRPr="009A6ACE">
        <w:rPr>
          <w:noProof/>
          <w:sz w:val="18"/>
          <w:lang w:val="ro-RO"/>
        </w:rPr>
        <w:t>solicit emiterea</w:t>
      </w:r>
    </w:p>
    <w:p w14:paraId="33797D79" w14:textId="77777777" w:rsidR="00E25052" w:rsidRPr="009A6ACE" w:rsidRDefault="00000000">
      <w:pPr>
        <w:spacing w:after="160"/>
        <w:jc w:val="center"/>
        <w:rPr>
          <w:noProof/>
          <w:lang w:val="ro-RO"/>
        </w:rPr>
      </w:pPr>
      <w:r w:rsidRPr="009A6ACE">
        <w:rPr>
          <w:b/>
          <w:noProof/>
          <w:sz w:val="20"/>
          <w:lang w:val="ro-RO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:rsidRPr="009A6ACE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sz w:val="16"/>
                <w:lang w:val="ro-RO"/>
              </w:rPr>
              <w:t xml:space="preserve"> 3. </w:t>
            </w:r>
            <w:r w:rsidRPr="009A6ACE">
              <w:rPr>
                <w:b/>
                <w:noProof/>
                <w:color w:val="000000"/>
                <w:sz w:val="18"/>
                <w:lang w:val="ro-RO"/>
              </w:rPr>
              <w:t>IMOBILUL</w:t>
            </w:r>
          </w:p>
        </w:tc>
      </w:tr>
      <w:tr w:rsidR="00E25052" w:rsidRPr="009A6ACE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4F6E85DC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noProof/>
                <w:sz w:val="16"/>
                <w:lang w:val="ro-RO"/>
              </w:rPr>
              <w:t xml:space="preserve"> </w: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9A6ACE">
              <w:rPr>
                <w:noProof/>
                <w:sz w:val="16"/>
                <w:lang w:val="ro-RO"/>
              </w:rPr>
              <w:t xml:space="preserve"> teren     </w: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9A6ACE">
              <w:rPr>
                <w:noProof/>
                <w:sz w:val="16"/>
                <w:lang w:val="ro-RO"/>
              </w:rPr>
              <w:t xml:space="preserve"> construcții</w:t>
            </w:r>
          </w:p>
        </w:tc>
      </w:tr>
      <w:tr w:rsidR="00E25052" w:rsidRPr="009A6ACE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Județ</w:t>
            </w:r>
          </w:p>
          <w:p w14:paraId="6D07226C" w14:textId="7313C996" w:rsidR="00E25052" w:rsidRPr="009A6ACE" w:rsidRDefault="009A6ACE" w:rsidP="009A6ACE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BACĂU</w:t>
            </w:r>
          </w:p>
        </w:tc>
        <w:tc>
          <w:tcPr>
            <w:tcW w:w="3212" w:type="dxa"/>
            <w:gridSpan w:val="2"/>
          </w:tcPr>
          <w:p w14:paraId="45C06A6B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Municipiu / oraș / comună</w:t>
            </w:r>
          </w:p>
          <w:p w14:paraId="01BF54FB" w14:textId="3D85A8DA" w:rsidR="00E25052" w:rsidRPr="009A6ACE" w:rsidRDefault="009A6ACE" w:rsidP="009A6ACE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BLĂGEȘTI</w:t>
            </w:r>
          </w:p>
        </w:tc>
        <w:tc>
          <w:tcPr>
            <w:tcW w:w="3212" w:type="dxa"/>
            <w:gridSpan w:val="2"/>
          </w:tcPr>
          <w:p w14:paraId="242BC6F3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Sat / sector</w:t>
            </w:r>
          </w:p>
          <w:p w14:paraId="3E7C20BC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0DC3F395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Strada</w:t>
            </w:r>
          </w:p>
          <w:p w14:paraId="6FBE06C3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6816659E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Nr.</w:t>
            </w:r>
          </w:p>
          <w:p w14:paraId="3E454520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0279B798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Bl. / sc. / et. / ap.</w:t>
            </w:r>
          </w:p>
          <w:p w14:paraId="1284E2F7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Suprafața terenului (m²)</w:t>
            </w:r>
          </w:p>
          <w:p w14:paraId="375B3DAF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Număr cadastral</w:t>
            </w:r>
          </w:p>
          <w:p w14:paraId="46FDA082" w14:textId="77777777" w:rsidR="00E25052" w:rsidRPr="009A6ACE" w:rsidRDefault="00E25052" w:rsidP="009A6ACE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Carte funciară nr.</w:t>
            </w:r>
          </w:p>
          <w:p w14:paraId="2038AD22" w14:textId="77777777" w:rsidR="00E25052" w:rsidRPr="009A6ACE" w:rsidRDefault="00E25052">
            <w:pPr>
              <w:keepNext/>
              <w:rPr>
                <w:noProof/>
                <w:lang w:val="ro-RO"/>
              </w:rPr>
            </w:pPr>
          </w:p>
        </w:tc>
      </w:tr>
      <w:tr w:rsidR="00E25052" w:rsidRPr="009A6ACE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1BF76947" w:rsidR="00F8517F" w:rsidRPr="009A6ACE" w:rsidRDefault="009A6ACE">
            <w:pPr>
              <w:rPr>
                <w:noProof/>
                <w:sz w:val="16"/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000000" w:rsidRPr="009A6ACE">
              <w:rPr>
                <w:noProof/>
                <w:sz w:val="16"/>
                <w:lang w:val="ro-RO"/>
              </w:rPr>
              <w:t xml:space="preserve"> extras de carte funciară actualizat, anexat     </w:t>
            </w:r>
          </w:p>
          <w:p w14:paraId="4D8DB8B6" w14:textId="25E167E7" w:rsidR="00E25052" w:rsidRPr="009A6ACE" w:rsidRDefault="009A6ACE">
            <w:pPr>
              <w:rPr>
                <w:noProof/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000000" w:rsidRPr="009A6ACE">
              <w:rPr>
                <w:noProof/>
                <w:sz w:val="16"/>
                <w:lang w:val="ro-RO"/>
              </w:rPr>
              <w:t xml:space="preserve"> plan de încadrare în zonă în sistem Stereo 70, anexat</w:t>
            </w:r>
            <w:r w:rsidR="00F8517F" w:rsidRPr="009A6ACE">
              <w:rPr>
                <w:noProof/>
                <w:sz w:val="16"/>
                <w:lang w:val="ro-RO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9A6ACE" w:rsidRDefault="00E25052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9A6ACE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sz w:val="16"/>
                <w:lang w:val="ro-RO"/>
              </w:rPr>
              <w:t xml:space="preserve"> 4. </w:t>
            </w:r>
            <w:r w:rsidRPr="009A6ACE">
              <w:rPr>
                <w:b/>
                <w:noProof/>
                <w:color w:val="000000"/>
                <w:sz w:val="18"/>
                <w:lang w:val="ro-RO"/>
              </w:rPr>
              <w:t>COMUNICAREA RĂSPUNSULUI</w:t>
            </w:r>
          </w:p>
        </w:tc>
      </w:tr>
      <w:tr w:rsidR="00E25052" w:rsidRPr="009A6ACE" w14:paraId="6A6C031B" w14:textId="77777777">
        <w:trPr>
          <w:cantSplit/>
        </w:trPr>
        <w:tc>
          <w:tcPr>
            <w:tcW w:w="9636" w:type="dxa"/>
          </w:tcPr>
          <w:p w14:paraId="119DB66C" w14:textId="47CD1CD3" w:rsidR="00E25052" w:rsidRPr="009A6ACE" w:rsidRDefault="00000000">
            <w:pPr>
              <w:rPr>
                <w:noProof/>
                <w:lang w:val="ro-RO"/>
              </w:rPr>
            </w:pPr>
            <w:r w:rsidRPr="009A6ACE">
              <w:rPr>
                <w:noProof/>
                <w:sz w:val="16"/>
                <w:lang w:val="ro-RO"/>
              </w:rPr>
              <w:t xml:space="preserve"> </w: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9A6ACE">
              <w:rPr>
                <w:noProof/>
                <w:sz w:val="16"/>
                <w:lang w:val="ro-RO"/>
              </w:rPr>
              <w:t xml:space="preserve"> în format scris, prin poștă     </w: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9A6ACE">
              <w:rPr>
                <w:noProof/>
                <w:sz w:val="16"/>
                <w:lang w:val="ro-RO"/>
              </w:rPr>
              <w:t xml:space="preserve"> în format digital, la adresa de e-mail indicată     </w: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9A6AC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9A6ACE">
              <w:rPr>
                <w:noProof/>
                <w:sz w:val="16"/>
                <w:lang w:val="ro-RO"/>
              </w:rPr>
              <w:t xml:space="preserve"> ridicare de la sediul autorității</w:t>
            </w:r>
          </w:p>
        </w:tc>
      </w:tr>
    </w:tbl>
    <w:p w14:paraId="4CC013A6" w14:textId="77777777" w:rsidR="00E25052" w:rsidRPr="009A6ACE" w:rsidRDefault="00E25052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:rsidRPr="009A6ACE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9A6ACE" w:rsidRDefault="00000000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sz w:val="16"/>
                <w:lang w:val="ro-RO"/>
              </w:rPr>
              <w:t xml:space="preserve"> 5. </w:t>
            </w:r>
            <w:r w:rsidRPr="009A6ACE">
              <w:rPr>
                <w:b/>
                <w:noProof/>
                <w:color w:val="000000"/>
                <w:sz w:val="18"/>
                <w:lang w:val="ro-RO"/>
              </w:rPr>
              <w:t>DATA ȘI SEMNĂTURA</w:t>
            </w:r>
          </w:p>
        </w:tc>
      </w:tr>
      <w:tr w:rsidR="00E25052" w:rsidRPr="009A6ACE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9A6ACE" w:rsidRDefault="00000000">
            <w:pPr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Data</w:t>
            </w:r>
          </w:p>
          <w:p w14:paraId="725AA280" w14:textId="77777777" w:rsidR="00E25052" w:rsidRPr="009A6ACE" w:rsidRDefault="00E25052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</w:tcPr>
          <w:p w14:paraId="1A18FEF7" w14:textId="77777777" w:rsidR="00E25052" w:rsidRPr="009A6ACE" w:rsidRDefault="00000000">
            <w:pPr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Solicitantul</w:t>
            </w:r>
          </w:p>
          <w:p w14:paraId="4BFA03F3" w14:textId="77777777" w:rsidR="00E25052" w:rsidRPr="009A6ACE" w:rsidRDefault="00E25052">
            <w:pPr>
              <w:rPr>
                <w:noProof/>
                <w:lang w:val="ro-RO"/>
              </w:rPr>
            </w:pPr>
          </w:p>
        </w:tc>
        <w:tc>
          <w:tcPr>
            <w:tcW w:w="3212" w:type="dxa"/>
          </w:tcPr>
          <w:p w14:paraId="51766049" w14:textId="77777777" w:rsidR="00E25052" w:rsidRPr="009A6ACE" w:rsidRDefault="00000000">
            <w:pPr>
              <w:rPr>
                <w:noProof/>
                <w:lang w:val="ro-RO"/>
              </w:rPr>
            </w:pPr>
            <w:r w:rsidRPr="009A6ACE">
              <w:rPr>
                <w:b/>
                <w:noProof/>
                <w:color w:val="0D5F78"/>
                <w:lang w:val="ro-RO"/>
              </w:rPr>
              <w:t>Semnătura</w:t>
            </w:r>
          </w:p>
          <w:p w14:paraId="4558B6A6" w14:textId="77777777" w:rsidR="00E25052" w:rsidRPr="009A6ACE" w:rsidRDefault="00E25052">
            <w:pPr>
              <w:rPr>
                <w:noProof/>
                <w:lang w:val="ro-RO"/>
              </w:rPr>
            </w:pPr>
          </w:p>
        </w:tc>
      </w:tr>
    </w:tbl>
    <w:p w14:paraId="49F8112D" w14:textId="77777777" w:rsidR="00E25052" w:rsidRPr="009A6ACE" w:rsidRDefault="00E25052">
      <w:pPr>
        <w:spacing w:line="168" w:lineRule="auto"/>
        <w:rPr>
          <w:noProof/>
          <w:lang w:val="ro-RO"/>
        </w:rPr>
      </w:pPr>
    </w:p>
    <w:p w14:paraId="242D1965" w14:textId="77777777" w:rsidR="00F8517F" w:rsidRPr="009A6ACE" w:rsidRDefault="00F8517F" w:rsidP="00F8517F">
      <w:pPr>
        <w:rPr>
          <w:noProof/>
          <w:lang w:val="ro-RO"/>
        </w:rPr>
      </w:pPr>
    </w:p>
    <w:p w14:paraId="7207E8D0" w14:textId="77777777" w:rsidR="00F8517F" w:rsidRPr="009A6ACE" w:rsidRDefault="00F8517F" w:rsidP="00F8517F">
      <w:pPr>
        <w:rPr>
          <w:noProof/>
          <w:lang w:val="ro-RO"/>
        </w:rPr>
      </w:pPr>
    </w:p>
    <w:p w14:paraId="7E180354" w14:textId="7A449F41" w:rsidR="00F8517F" w:rsidRPr="009A6ACE" w:rsidRDefault="00F8517F" w:rsidP="00F8517F">
      <w:pPr>
        <w:tabs>
          <w:tab w:val="left" w:pos="3005"/>
        </w:tabs>
        <w:rPr>
          <w:noProof/>
          <w:lang w:val="ro-RO"/>
        </w:rPr>
      </w:pPr>
      <w:r w:rsidRPr="009A6ACE">
        <w:rPr>
          <w:noProof/>
          <w:lang w:val="ro-RO"/>
        </w:rPr>
        <w:tab/>
      </w:r>
    </w:p>
    <w:sectPr w:rsidR="00F8517F" w:rsidRPr="009A6AC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0EFFA" w14:textId="77777777" w:rsidR="00A93218" w:rsidRDefault="00A93218">
      <w:r>
        <w:separator/>
      </w:r>
    </w:p>
  </w:endnote>
  <w:endnote w:type="continuationSeparator" w:id="0">
    <w:p w14:paraId="17EA3B6C" w14:textId="77777777" w:rsidR="00A93218" w:rsidRDefault="00A9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790B7" w14:textId="77777777" w:rsidR="00A93218" w:rsidRDefault="00A93218">
      <w:r>
        <w:separator/>
      </w:r>
    </w:p>
  </w:footnote>
  <w:footnote w:type="continuationSeparator" w:id="0">
    <w:p w14:paraId="22933930" w14:textId="77777777" w:rsidR="00A93218" w:rsidRDefault="00A93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5D0A69"/>
    <w:rsid w:val="006C103E"/>
    <w:rsid w:val="00763A7C"/>
    <w:rsid w:val="00861954"/>
    <w:rsid w:val="009A6ACE"/>
    <w:rsid w:val="009B5021"/>
    <w:rsid w:val="00A93218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2</cp:revision>
  <dcterms:created xsi:type="dcterms:W3CDTF">2013-12-23T23:15:00Z</dcterms:created>
  <dcterms:modified xsi:type="dcterms:W3CDTF">2026-11-02T09:03:00Z</dcterms:modified>
  <cp:category/>
</cp:coreProperties>
</file>