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1E1635" w:rsidRPr="002F1A8E" w14:paraId="4C68BCA7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4962CDD6" w14:textId="77777777" w:rsidR="002F1A8E" w:rsidRPr="00340763" w:rsidRDefault="002F1A8E" w:rsidP="002F1A8E">
            <w:pPr>
              <w:keepNext/>
              <w:jc w:val="center"/>
              <w:rPr>
                <w:i/>
                <w:lang w:val="ro-RO"/>
              </w:rPr>
            </w:pPr>
            <w:r w:rsidRPr="00340763">
              <w:rPr>
                <w:i/>
                <w:lang w:val="ro-RO"/>
              </w:rPr>
              <w:t>COMUNA BLĂGEȘTI</w:t>
            </w:r>
          </w:p>
          <w:p w14:paraId="573C7D55" w14:textId="7AD7F1C3" w:rsidR="001E1635" w:rsidRPr="002F1A8E" w:rsidRDefault="001E1635">
            <w:pPr>
              <w:keepNext/>
              <w:jc w:val="center"/>
              <w:rPr>
                <w:noProof/>
                <w:lang w:val="ro-RO"/>
              </w:rPr>
            </w:pPr>
          </w:p>
        </w:tc>
        <w:tc>
          <w:tcPr>
            <w:tcW w:w="8030" w:type="dxa"/>
            <w:gridSpan w:val="3"/>
            <w:shd w:val="clear" w:color="auto" w:fill="F0F0F0"/>
          </w:tcPr>
          <w:p w14:paraId="46A0FA06" w14:textId="77777777" w:rsidR="001E1635" w:rsidRPr="002F1A8E" w:rsidRDefault="00000000">
            <w:pPr>
              <w:keepNext/>
              <w:rPr>
                <w:noProof/>
                <w:lang w:val="ro-RO"/>
              </w:rPr>
            </w:pPr>
            <w:r w:rsidRPr="002F1A8E">
              <w:rPr>
                <w:b/>
                <w:noProof/>
                <w:color w:val="0D5F78"/>
                <w:lang w:val="ro-RO"/>
              </w:rPr>
              <w:t>Județul</w:t>
            </w:r>
          </w:p>
          <w:p w14:paraId="28A49159" w14:textId="5CC8528A" w:rsidR="001E1635" w:rsidRPr="002F1A8E" w:rsidRDefault="00D509FF" w:rsidP="00D509FF">
            <w:pPr>
              <w:keepNext/>
              <w:jc w:val="center"/>
              <w:rPr>
                <w:noProof/>
                <w:lang w:val="ro-RO"/>
              </w:rPr>
            </w:pPr>
            <w:r w:rsidRPr="002F1A8E">
              <w:rPr>
                <w:noProof/>
                <w:lang w:val="ro-RO"/>
              </w:rPr>
              <w:t>BACĂU</w:t>
            </w:r>
          </w:p>
        </w:tc>
      </w:tr>
      <w:tr w:rsidR="001E1635" w:rsidRPr="002F1A8E" w14:paraId="51C0757A" w14:textId="77777777">
        <w:trPr>
          <w:cantSplit/>
          <w:trHeight w:val="510"/>
        </w:trPr>
        <w:tc>
          <w:tcPr>
            <w:tcW w:w="1606" w:type="dxa"/>
            <w:vMerge/>
          </w:tcPr>
          <w:p w14:paraId="691A2AC8" w14:textId="77777777" w:rsidR="001E1635" w:rsidRPr="002F1A8E" w:rsidRDefault="001E1635">
            <w:pPr>
              <w:rPr>
                <w:noProof/>
                <w:lang w:val="ro-RO"/>
              </w:rPr>
            </w:pPr>
          </w:p>
        </w:tc>
        <w:tc>
          <w:tcPr>
            <w:tcW w:w="8030" w:type="dxa"/>
            <w:gridSpan w:val="3"/>
            <w:shd w:val="clear" w:color="auto" w:fill="F0F0F0"/>
          </w:tcPr>
          <w:p w14:paraId="2BE82BE0" w14:textId="77777777" w:rsidR="001E1635" w:rsidRPr="002F1A8E" w:rsidRDefault="00000000">
            <w:pPr>
              <w:keepNext/>
              <w:rPr>
                <w:noProof/>
                <w:lang w:val="ro-RO"/>
              </w:rPr>
            </w:pPr>
            <w:r w:rsidRPr="002F1A8E">
              <w:rPr>
                <w:b/>
                <w:noProof/>
                <w:color w:val="0D5F78"/>
                <w:lang w:val="ro-RO"/>
              </w:rPr>
              <w:t>Autoritatea administrației publice</w:t>
            </w:r>
          </w:p>
          <w:p w14:paraId="04E7F576" w14:textId="44FA12BE" w:rsidR="001E1635" w:rsidRPr="002F1A8E" w:rsidRDefault="00D509FF" w:rsidP="00D509FF">
            <w:pPr>
              <w:keepNext/>
              <w:jc w:val="center"/>
              <w:rPr>
                <w:noProof/>
                <w:lang w:val="ro-RO"/>
              </w:rPr>
            </w:pPr>
            <w:r w:rsidRPr="002F1A8E">
              <w:rPr>
                <w:noProof/>
                <w:lang w:val="ro-RO"/>
              </w:rPr>
              <w:t>Comuna Blăgești</w:t>
            </w:r>
          </w:p>
        </w:tc>
      </w:tr>
      <w:tr w:rsidR="001E1635" w:rsidRPr="002F1A8E" w14:paraId="2631F304" w14:textId="77777777">
        <w:trPr>
          <w:cantSplit/>
          <w:trHeight w:val="510"/>
        </w:trPr>
        <w:tc>
          <w:tcPr>
            <w:tcW w:w="1606" w:type="dxa"/>
            <w:vMerge/>
          </w:tcPr>
          <w:p w14:paraId="5F679958" w14:textId="77777777" w:rsidR="001E1635" w:rsidRPr="002F1A8E" w:rsidRDefault="001E1635">
            <w:pPr>
              <w:rPr>
                <w:noProof/>
                <w:lang w:val="ro-RO"/>
              </w:rPr>
            </w:pPr>
          </w:p>
        </w:tc>
        <w:tc>
          <w:tcPr>
            <w:tcW w:w="2409" w:type="dxa"/>
            <w:shd w:val="clear" w:color="auto" w:fill="F0F0F0"/>
          </w:tcPr>
          <w:p w14:paraId="24729E83" w14:textId="77777777" w:rsidR="001E1635" w:rsidRPr="002F1A8E" w:rsidRDefault="00000000">
            <w:pPr>
              <w:keepNext/>
              <w:rPr>
                <w:noProof/>
                <w:lang w:val="ro-RO"/>
              </w:rPr>
            </w:pPr>
            <w:r w:rsidRPr="002F1A8E">
              <w:rPr>
                <w:b/>
                <w:noProof/>
                <w:color w:val="0D5F78"/>
                <w:lang w:val="ro-RO"/>
              </w:rPr>
              <w:t>Cod de identificare fiscală (CIF)</w:t>
            </w:r>
          </w:p>
          <w:p w14:paraId="5C37BD63" w14:textId="36CC0172" w:rsidR="001E1635" w:rsidRPr="002F1A8E" w:rsidRDefault="00D509FF" w:rsidP="00D509FF">
            <w:pPr>
              <w:keepNext/>
              <w:jc w:val="center"/>
              <w:rPr>
                <w:noProof/>
                <w:lang w:val="ro-RO"/>
              </w:rPr>
            </w:pPr>
            <w:r w:rsidRPr="002F1A8E">
              <w:rPr>
                <w:noProof/>
                <w:lang w:val="ro-RO"/>
              </w:rPr>
              <w:t>4834777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16968D6" w14:textId="77777777" w:rsidR="001E1635" w:rsidRPr="002F1A8E" w:rsidRDefault="00000000">
            <w:pPr>
              <w:keepNext/>
              <w:rPr>
                <w:noProof/>
                <w:lang w:val="ro-RO"/>
              </w:rPr>
            </w:pPr>
            <w:r w:rsidRPr="002F1A8E">
              <w:rPr>
                <w:b/>
                <w:noProof/>
                <w:color w:val="0D5F78"/>
                <w:lang w:val="ro-RO"/>
              </w:rPr>
              <w:t>Adresa oficială</w:t>
            </w:r>
          </w:p>
          <w:p w14:paraId="19E74F99" w14:textId="77777777" w:rsidR="00D509FF" w:rsidRPr="002F1A8E" w:rsidRDefault="00D509FF" w:rsidP="00D509FF">
            <w:pPr>
              <w:keepNext/>
              <w:jc w:val="center"/>
              <w:rPr>
                <w:noProof/>
                <w:lang w:val="ro-RO"/>
              </w:rPr>
            </w:pPr>
            <w:r w:rsidRPr="002F1A8E">
              <w:rPr>
                <w:noProof/>
                <w:lang w:val="ro-RO"/>
              </w:rPr>
              <w:t>sediul · sat Blăgești, com. Blăgești, str. Școlii, nr. 1, jud. Bacău, cod 607065,</w:t>
            </w:r>
          </w:p>
          <w:p w14:paraId="0EA9E139" w14:textId="74EB6190" w:rsidR="001E1635" w:rsidRPr="002F1A8E" w:rsidRDefault="00D509FF" w:rsidP="00D509FF">
            <w:pPr>
              <w:keepNext/>
              <w:jc w:val="center"/>
              <w:rPr>
                <w:noProof/>
                <w:lang w:val="ro-RO"/>
              </w:rPr>
            </w:pPr>
            <w:r w:rsidRPr="002F1A8E">
              <w:rPr>
                <w:noProof/>
                <w:lang w:val="ro-RO"/>
              </w:rPr>
              <w:t>tel.: 0334.805.110, e-mail: primaria_blagesti@yahoo.com</w:t>
            </w:r>
          </w:p>
        </w:tc>
      </w:tr>
      <w:tr w:rsidR="001E1635" w:rsidRPr="002F1A8E" w14:paraId="0E65AED2" w14:textId="77777777">
        <w:trPr>
          <w:cantSplit/>
          <w:trHeight w:val="510"/>
        </w:trPr>
        <w:tc>
          <w:tcPr>
            <w:tcW w:w="1606" w:type="dxa"/>
            <w:vMerge/>
          </w:tcPr>
          <w:p w14:paraId="6544B9D7" w14:textId="77777777" w:rsidR="001E1635" w:rsidRPr="002F1A8E" w:rsidRDefault="001E1635">
            <w:pPr>
              <w:rPr>
                <w:noProof/>
                <w:lang w:val="ro-RO"/>
              </w:rPr>
            </w:pPr>
          </w:p>
        </w:tc>
        <w:tc>
          <w:tcPr>
            <w:tcW w:w="4818" w:type="dxa"/>
            <w:gridSpan w:val="2"/>
            <w:shd w:val="clear" w:color="auto" w:fill="F0F0F0"/>
          </w:tcPr>
          <w:p w14:paraId="189A61B2" w14:textId="77777777" w:rsidR="001E1635" w:rsidRPr="002F1A8E" w:rsidRDefault="00000000">
            <w:pPr>
              <w:keepNext/>
              <w:rPr>
                <w:noProof/>
                <w:lang w:val="ro-RO"/>
              </w:rPr>
            </w:pPr>
            <w:r w:rsidRPr="002F1A8E">
              <w:rPr>
                <w:b/>
                <w:noProof/>
                <w:color w:val="0D5F78"/>
                <w:lang w:val="ro-RO"/>
              </w:rPr>
              <w:t>Număr de înregistrare</w:t>
            </w:r>
          </w:p>
          <w:p w14:paraId="75A2B56A" w14:textId="77777777" w:rsidR="001E1635" w:rsidRPr="002F1A8E" w:rsidRDefault="001E1635">
            <w:pPr>
              <w:keepNext/>
              <w:rPr>
                <w:noProof/>
                <w:lang w:val="ro-RO"/>
              </w:rPr>
            </w:pPr>
          </w:p>
        </w:tc>
        <w:tc>
          <w:tcPr>
            <w:tcW w:w="3212" w:type="dxa"/>
            <w:shd w:val="clear" w:color="auto" w:fill="F0F0F0"/>
          </w:tcPr>
          <w:p w14:paraId="7E1695D8" w14:textId="77777777" w:rsidR="001E1635" w:rsidRPr="002F1A8E" w:rsidRDefault="00000000">
            <w:pPr>
              <w:keepNext/>
              <w:rPr>
                <w:noProof/>
                <w:lang w:val="ro-RO"/>
              </w:rPr>
            </w:pPr>
            <w:r w:rsidRPr="002F1A8E">
              <w:rPr>
                <w:b/>
                <w:noProof/>
                <w:color w:val="0D5F78"/>
                <w:lang w:val="ro-RO"/>
              </w:rPr>
              <w:t>Data</w:t>
            </w:r>
          </w:p>
          <w:p w14:paraId="437F86DD" w14:textId="77777777" w:rsidR="001E1635" w:rsidRPr="002F1A8E" w:rsidRDefault="001E1635">
            <w:pPr>
              <w:keepNext/>
              <w:rPr>
                <w:noProof/>
                <w:lang w:val="ro-RO"/>
              </w:rPr>
            </w:pPr>
          </w:p>
        </w:tc>
      </w:tr>
      <w:tr w:rsidR="001E1635" w:rsidRPr="002F1A8E" w14:paraId="39119751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6DF05C4B" w14:textId="77777777" w:rsidR="001E1635" w:rsidRPr="002F1A8E" w:rsidRDefault="00000000">
            <w:pPr>
              <w:rPr>
                <w:noProof/>
                <w:lang w:val="ro-RO"/>
              </w:rPr>
            </w:pPr>
            <w:r w:rsidRPr="002F1A8E">
              <w:rPr>
                <w:i/>
                <w:noProof/>
                <w:color w:val="595959"/>
                <w:lang w:val="ro-RO"/>
              </w:rPr>
              <w:t xml:space="preserve"> se completează de autoritate — solicitantul nu scrie în această zonă</w:t>
            </w:r>
          </w:p>
        </w:tc>
      </w:tr>
    </w:tbl>
    <w:p w14:paraId="72E6D1D1" w14:textId="77777777" w:rsidR="001E1635" w:rsidRPr="002F1A8E" w:rsidRDefault="001E1635">
      <w:pPr>
        <w:spacing w:line="168" w:lineRule="auto"/>
        <w:rPr>
          <w:noProof/>
          <w:lang w:val="ro-RO"/>
        </w:rPr>
      </w:pPr>
    </w:p>
    <w:p w14:paraId="1DD2FBAB" w14:textId="6A747212" w:rsidR="001E1635" w:rsidRPr="002F1A8E" w:rsidRDefault="00000000" w:rsidP="006257CA">
      <w:pPr>
        <w:spacing w:before="140" w:after="40"/>
        <w:jc w:val="center"/>
        <w:rPr>
          <w:noProof/>
          <w:sz w:val="28"/>
          <w:szCs w:val="28"/>
          <w:lang w:val="ro-RO"/>
        </w:rPr>
      </w:pPr>
      <w:r w:rsidRPr="002F1A8E">
        <w:rPr>
          <w:b/>
          <w:noProof/>
          <w:sz w:val="28"/>
          <w:szCs w:val="28"/>
          <w:lang w:val="ro-RO"/>
        </w:rPr>
        <w:t>CERERE</w:t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:rsidRPr="002F1A8E" w14:paraId="2045E07B" w14:textId="77777777">
        <w:trPr>
          <w:cantSplit/>
        </w:trPr>
        <w:tc>
          <w:tcPr>
            <w:tcW w:w="9636" w:type="dxa"/>
            <w:shd w:val="clear" w:color="auto" w:fill="F4F4F4"/>
          </w:tcPr>
          <w:p w14:paraId="420DA37E" w14:textId="77777777" w:rsidR="001E1635" w:rsidRPr="002F1A8E" w:rsidRDefault="00000000">
            <w:pPr>
              <w:keepNext/>
              <w:rPr>
                <w:noProof/>
                <w:lang w:val="ro-RO"/>
              </w:rPr>
            </w:pPr>
            <w:r w:rsidRPr="002F1A8E">
              <w:rPr>
                <w:b/>
                <w:noProof/>
                <w:sz w:val="16"/>
                <w:lang w:val="ro-RO"/>
              </w:rPr>
              <w:t xml:space="preserve"> 1. </w:t>
            </w:r>
            <w:r w:rsidRPr="002F1A8E">
              <w:rPr>
                <w:b/>
                <w:noProof/>
                <w:color w:val="000000"/>
                <w:sz w:val="18"/>
                <w:lang w:val="ro-RO"/>
              </w:rPr>
              <w:t>CĂTRE</w:t>
            </w:r>
          </w:p>
        </w:tc>
      </w:tr>
      <w:tr w:rsidR="001E1635" w:rsidRPr="002F1A8E" w14:paraId="3420F494" w14:textId="77777777">
        <w:trPr>
          <w:cantSplit/>
          <w:trHeight w:val="510"/>
        </w:trPr>
        <w:tc>
          <w:tcPr>
            <w:tcW w:w="9636" w:type="dxa"/>
          </w:tcPr>
          <w:p w14:paraId="33C1A201" w14:textId="77777777" w:rsidR="001E1635" w:rsidRPr="002F1A8E" w:rsidRDefault="00000000">
            <w:pPr>
              <w:keepNext/>
              <w:rPr>
                <w:noProof/>
                <w:lang w:val="ro-RO"/>
              </w:rPr>
            </w:pPr>
            <w:r w:rsidRPr="002F1A8E">
              <w:rPr>
                <w:b/>
                <w:noProof/>
                <w:color w:val="0D5F78"/>
                <w:lang w:val="ro-RO"/>
              </w:rPr>
              <w:t>Instituția</w:t>
            </w:r>
          </w:p>
          <w:p w14:paraId="2670D99B" w14:textId="4DBBAD7B" w:rsidR="001E1635" w:rsidRPr="002F1A8E" w:rsidRDefault="00D509FF" w:rsidP="00D509FF">
            <w:pPr>
              <w:keepNext/>
              <w:jc w:val="center"/>
              <w:rPr>
                <w:b/>
                <w:bCs/>
                <w:iCs/>
                <w:noProof/>
                <w:lang w:val="ro-RO"/>
              </w:rPr>
            </w:pPr>
            <w:r w:rsidRPr="002F1A8E">
              <w:rPr>
                <w:b/>
                <w:bCs/>
                <w:iCs/>
                <w:noProof/>
                <w:lang w:val="ro-RO"/>
              </w:rPr>
              <w:t>PRIMARUL COMUNEI BLĂGEȘTI</w:t>
            </w:r>
          </w:p>
          <w:p w14:paraId="5258CF99" w14:textId="77777777" w:rsidR="001E1635" w:rsidRPr="002F1A8E" w:rsidRDefault="001E1635">
            <w:pPr>
              <w:keepNext/>
              <w:rPr>
                <w:noProof/>
                <w:lang w:val="ro-RO"/>
              </w:rPr>
            </w:pPr>
          </w:p>
        </w:tc>
      </w:tr>
      <w:tr w:rsidR="001E1635" w:rsidRPr="002F1A8E" w14:paraId="75BAA432" w14:textId="77777777">
        <w:trPr>
          <w:cantSplit/>
        </w:trPr>
        <w:tc>
          <w:tcPr>
            <w:tcW w:w="9636" w:type="dxa"/>
            <w:shd w:val="clear" w:color="auto" w:fill="F4F4F4"/>
          </w:tcPr>
          <w:p w14:paraId="6F539CFE" w14:textId="77777777" w:rsidR="001E1635" w:rsidRPr="002F1A8E" w:rsidRDefault="00000000">
            <w:pPr>
              <w:spacing w:line="228" w:lineRule="auto"/>
              <w:rPr>
                <w:noProof/>
                <w:lang w:val="ro-RO"/>
              </w:rPr>
            </w:pPr>
            <w:r w:rsidRPr="002F1A8E">
              <w:rPr>
                <w:noProof/>
                <w:lang w:val="ro-RO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14:paraId="143A0FF9" w14:textId="77777777" w:rsidR="001E1635" w:rsidRPr="002F1A8E" w:rsidRDefault="001E1635">
      <w:pPr>
        <w:spacing w:line="168" w:lineRule="auto"/>
        <w:rPr>
          <w:noProof/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1E1635" w:rsidRPr="002F1A8E" w14:paraId="5854020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2837609" w14:textId="77777777" w:rsidR="001E1635" w:rsidRPr="002F1A8E" w:rsidRDefault="00000000">
            <w:pPr>
              <w:keepNext/>
              <w:rPr>
                <w:noProof/>
                <w:lang w:val="ro-RO"/>
              </w:rPr>
            </w:pPr>
            <w:r w:rsidRPr="002F1A8E">
              <w:rPr>
                <w:b/>
                <w:noProof/>
                <w:sz w:val="16"/>
                <w:lang w:val="ro-RO"/>
              </w:rPr>
              <w:t xml:space="preserve"> 2. </w:t>
            </w:r>
            <w:r w:rsidRPr="002F1A8E">
              <w:rPr>
                <w:b/>
                <w:noProof/>
                <w:color w:val="000000"/>
                <w:sz w:val="18"/>
                <w:lang w:val="ro-RO"/>
              </w:rPr>
              <w:t>SOLICITANTUL</w:t>
            </w:r>
          </w:p>
        </w:tc>
      </w:tr>
      <w:tr w:rsidR="001E1635" w:rsidRPr="002F1A8E" w14:paraId="4480B39A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9DF6AD7" w14:textId="77777777" w:rsidR="001E1635" w:rsidRPr="002F1A8E" w:rsidRDefault="00000000">
            <w:pPr>
              <w:keepNext/>
              <w:rPr>
                <w:noProof/>
                <w:lang w:val="ro-RO"/>
              </w:rPr>
            </w:pPr>
            <w:r w:rsidRPr="002F1A8E">
              <w:rPr>
                <w:b/>
                <w:noProof/>
                <w:color w:val="0D5F78"/>
                <w:lang w:val="ro-RO"/>
              </w:rPr>
              <w:t>Nume și prenume</w:t>
            </w:r>
          </w:p>
          <w:p w14:paraId="7B1283D5" w14:textId="77777777" w:rsidR="001E1635" w:rsidRPr="002F1A8E" w:rsidRDefault="001E1635">
            <w:pPr>
              <w:keepNext/>
              <w:rPr>
                <w:noProof/>
                <w:lang w:val="ro-RO"/>
              </w:rPr>
            </w:pPr>
          </w:p>
        </w:tc>
        <w:tc>
          <w:tcPr>
            <w:tcW w:w="4015" w:type="dxa"/>
            <w:gridSpan w:val="3"/>
          </w:tcPr>
          <w:p w14:paraId="10587865" w14:textId="77777777" w:rsidR="001E1635" w:rsidRPr="002F1A8E" w:rsidRDefault="00000000">
            <w:pPr>
              <w:keepNext/>
              <w:rPr>
                <w:noProof/>
                <w:lang w:val="ro-RO"/>
              </w:rPr>
            </w:pPr>
            <w:r w:rsidRPr="002F1A8E">
              <w:rPr>
                <w:b/>
                <w:noProof/>
                <w:color w:val="0D5F78"/>
                <w:lang w:val="ro-RO"/>
              </w:rPr>
              <w:t>CNP</w:t>
            </w:r>
          </w:p>
          <w:p w14:paraId="2D0F7177" w14:textId="77777777" w:rsidR="001E1635" w:rsidRPr="002F1A8E" w:rsidRDefault="001E1635">
            <w:pPr>
              <w:keepNext/>
              <w:rPr>
                <w:noProof/>
                <w:lang w:val="ro-RO"/>
              </w:rPr>
            </w:pPr>
          </w:p>
        </w:tc>
      </w:tr>
      <w:tr w:rsidR="001E1635" w:rsidRPr="002F1A8E" w14:paraId="281AC35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876FED4" w14:textId="77777777" w:rsidR="001E1635" w:rsidRPr="002F1A8E" w:rsidRDefault="00000000">
            <w:pPr>
              <w:keepNext/>
              <w:rPr>
                <w:noProof/>
                <w:lang w:val="ro-RO"/>
              </w:rPr>
            </w:pPr>
            <w:r w:rsidRPr="002F1A8E">
              <w:rPr>
                <w:noProof/>
                <w:sz w:val="16"/>
                <w:lang w:val="ro-RO"/>
              </w:rPr>
              <w:t xml:space="preserve"> Act de identitate</w:t>
            </w:r>
          </w:p>
        </w:tc>
      </w:tr>
      <w:tr w:rsidR="001E1635" w:rsidRPr="002F1A8E" w14:paraId="3790C6C1" w14:textId="77777777">
        <w:trPr>
          <w:cantSplit/>
          <w:trHeight w:val="510"/>
        </w:trPr>
        <w:tc>
          <w:tcPr>
            <w:tcW w:w="1606" w:type="dxa"/>
          </w:tcPr>
          <w:p w14:paraId="25C5910B" w14:textId="77777777" w:rsidR="001E1635" w:rsidRPr="002F1A8E" w:rsidRDefault="00000000">
            <w:pPr>
              <w:keepNext/>
              <w:rPr>
                <w:noProof/>
                <w:lang w:val="ro-RO"/>
              </w:rPr>
            </w:pPr>
            <w:r w:rsidRPr="002F1A8E">
              <w:rPr>
                <w:b/>
                <w:noProof/>
                <w:color w:val="0D5F78"/>
                <w:lang w:val="ro-RO"/>
              </w:rPr>
              <w:t>Seria</w:t>
            </w:r>
          </w:p>
          <w:p w14:paraId="275A06B3" w14:textId="77777777" w:rsidR="001E1635" w:rsidRPr="002F1A8E" w:rsidRDefault="001E1635">
            <w:pPr>
              <w:keepNext/>
              <w:rPr>
                <w:noProof/>
                <w:lang w:val="ro-RO"/>
              </w:rPr>
            </w:pPr>
          </w:p>
        </w:tc>
        <w:tc>
          <w:tcPr>
            <w:tcW w:w="1606" w:type="dxa"/>
          </w:tcPr>
          <w:p w14:paraId="43BFC13E" w14:textId="77777777" w:rsidR="001E1635" w:rsidRPr="002F1A8E" w:rsidRDefault="00000000">
            <w:pPr>
              <w:keepNext/>
              <w:rPr>
                <w:noProof/>
                <w:lang w:val="ro-RO"/>
              </w:rPr>
            </w:pPr>
            <w:r w:rsidRPr="002F1A8E">
              <w:rPr>
                <w:b/>
                <w:noProof/>
                <w:color w:val="0D5F78"/>
                <w:lang w:val="ro-RO"/>
              </w:rPr>
              <w:t>Numărul</w:t>
            </w:r>
          </w:p>
          <w:p w14:paraId="2E65348D" w14:textId="77777777" w:rsidR="001E1635" w:rsidRPr="002F1A8E" w:rsidRDefault="001E1635">
            <w:pPr>
              <w:keepNext/>
              <w:rPr>
                <w:noProof/>
                <w:lang w:val="ro-RO"/>
              </w:rPr>
            </w:pPr>
          </w:p>
        </w:tc>
        <w:tc>
          <w:tcPr>
            <w:tcW w:w="4818" w:type="dxa"/>
            <w:gridSpan w:val="5"/>
          </w:tcPr>
          <w:p w14:paraId="7B9DD492" w14:textId="77777777" w:rsidR="001E1635" w:rsidRPr="002F1A8E" w:rsidRDefault="00000000">
            <w:pPr>
              <w:keepNext/>
              <w:rPr>
                <w:noProof/>
                <w:lang w:val="ro-RO"/>
              </w:rPr>
            </w:pPr>
            <w:r w:rsidRPr="002F1A8E">
              <w:rPr>
                <w:b/>
                <w:noProof/>
                <w:color w:val="0D5F78"/>
                <w:lang w:val="ro-RO"/>
              </w:rPr>
              <w:t>Eliberat de</w:t>
            </w:r>
          </w:p>
          <w:p w14:paraId="70F0CC96" w14:textId="77777777" w:rsidR="001E1635" w:rsidRPr="002F1A8E" w:rsidRDefault="001E1635">
            <w:pPr>
              <w:keepNext/>
              <w:rPr>
                <w:noProof/>
                <w:lang w:val="ro-RO"/>
              </w:rPr>
            </w:pPr>
          </w:p>
        </w:tc>
        <w:tc>
          <w:tcPr>
            <w:tcW w:w="1606" w:type="dxa"/>
          </w:tcPr>
          <w:p w14:paraId="60E597E4" w14:textId="77777777" w:rsidR="001E1635" w:rsidRPr="002F1A8E" w:rsidRDefault="00000000">
            <w:pPr>
              <w:keepNext/>
              <w:rPr>
                <w:noProof/>
                <w:lang w:val="ro-RO"/>
              </w:rPr>
            </w:pPr>
            <w:r w:rsidRPr="002F1A8E">
              <w:rPr>
                <w:b/>
                <w:noProof/>
                <w:color w:val="0D5F78"/>
                <w:lang w:val="ro-RO"/>
              </w:rPr>
              <w:t>La data</w:t>
            </w:r>
          </w:p>
          <w:p w14:paraId="6300FA57" w14:textId="77777777" w:rsidR="001E1635" w:rsidRPr="002F1A8E" w:rsidRDefault="001E1635">
            <w:pPr>
              <w:keepNext/>
              <w:rPr>
                <w:noProof/>
                <w:lang w:val="ro-RO"/>
              </w:rPr>
            </w:pPr>
          </w:p>
        </w:tc>
      </w:tr>
      <w:tr w:rsidR="001E1635" w:rsidRPr="002F1A8E" w14:paraId="67FFBA1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825AA36" w14:textId="77777777" w:rsidR="001E1635" w:rsidRPr="002F1A8E" w:rsidRDefault="00000000">
            <w:pPr>
              <w:keepNext/>
              <w:rPr>
                <w:noProof/>
                <w:lang w:val="ro-RO"/>
              </w:rPr>
            </w:pPr>
            <w:r w:rsidRPr="002F1A8E">
              <w:rPr>
                <w:noProof/>
                <w:sz w:val="16"/>
                <w:lang w:val="ro-RO"/>
              </w:rPr>
              <w:t xml:space="preserve"> Domiciliul</w:t>
            </w:r>
          </w:p>
        </w:tc>
      </w:tr>
      <w:tr w:rsidR="001E1635" w:rsidRPr="002F1A8E" w14:paraId="5A3E1F29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89435AA" w14:textId="77777777" w:rsidR="001E1635" w:rsidRPr="002F1A8E" w:rsidRDefault="00000000">
            <w:pPr>
              <w:keepNext/>
              <w:rPr>
                <w:noProof/>
                <w:lang w:val="ro-RO"/>
              </w:rPr>
            </w:pPr>
            <w:r w:rsidRPr="002F1A8E">
              <w:rPr>
                <w:b/>
                <w:noProof/>
                <w:color w:val="0D5F78"/>
                <w:lang w:val="ro-RO"/>
              </w:rPr>
              <w:t>Județul</w:t>
            </w:r>
          </w:p>
          <w:p w14:paraId="48DBA502" w14:textId="77777777" w:rsidR="001E1635" w:rsidRPr="002F1A8E" w:rsidRDefault="001E1635">
            <w:pPr>
              <w:keepNext/>
              <w:rPr>
                <w:noProof/>
                <w:lang w:val="ro-RO"/>
              </w:rPr>
            </w:pPr>
          </w:p>
        </w:tc>
        <w:tc>
          <w:tcPr>
            <w:tcW w:w="3212" w:type="dxa"/>
            <w:gridSpan w:val="4"/>
          </w:tcPr>
          <w:p w14:paraId="2D5606EF" w14:textId="77777777" w:rsidR="001E1635" w:rsidRPr="002F1A8E" w:rsidRDefault="00000000">
            <w:pPr>
              <w:keepNext/>
              <w:rPr>
                <w:noProof/>
                <w:lang w:val="ro-RO"/>
              </w:rPr>
            </w:pPr>
            <w:r w:rsidRPr="002F1A8E">
              <w:rPr>
                <w:b/>
                <w:noProof/>
                <w:color w:val="0D5F78"/>
                <w:lang w:val="ro-RO"/>
              </w:rPr>
              <w:t>Municipiul / orașul / comuna</w:t>
            </w:r>
          </w:p>
          <w:p w14:paraId="5854C40F" w14:textId="77777777" w:rsidR="001E1635" w:rsidRPr="002F1A8E" w:rsidRDefault="001E1635">
            <w:pPr>
              <w:keepNext/>
              <w:rPr>
                <w:noProof/>
                <w:lang w:val="ro-RO"/>
              </w:rPr>
            </w:pPr>
          </w:p>
        </w:tc>
        <w:tc>
          <w:tcPr>
            <w:tcW w:w="3212" w:type="dxa"/>
            <w:gridSpan w:val="2"/>
          </w:tcPr>
          <w:p w14:paraId="46F246FF" w14:textId="77777777" w:rsidR="001E1635" w:rsidRPr="002F1A8E" w:rsidRDefault="00000000">
            <w:pPr>
              <w:keepNext/>
              <w:rPr>
                <w:noProof/>
                <w:lang w:val="ro-RO"/>
              </w:rPr>
            </w:pPr>
            <w:r w:rsidRPr="002F1A8E">
              <w:rPr>
                <w:b/>
                <w:noProof/>
                <w:color w:val="0D5F78"/>
                <w:lang w:val="ro-RO"/>
              </w:rPr>
              <w:t>Satul / sectorul</w:t>
            </w:r>
          </w:p>
          <w:p w14:paraId="579A6C6B" w14:textId="77777777" w:rsidR="001E1635" w:rsidRPr="002F1A8E" w:rsidRDefault="001E1635">
            <w:pPr>
              <w:keepNext/>
              <w:rPr>
                <w:noProof/>
                <w:lang w:val="ro-RO"/>
              </w:rPr>
            </w:pPr>
          </w:p>
        </w:tc>
      </w:tr>
      <w:tr w:rsidR="001E1635" w:rsidRPr="002F1A8E" w14:paraId="476479A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C3E3D04" w14:textId="77777777" w:rsidR="001E1635" w:rsidRPr="002F1A8E" w:rsidRDefault="00000000">
            <w:pPr>
              <w:keepNext/>
              <w:rPr>
                <w:noProof/>
                <w:lang w:val="ro-RO"/>
              </w:rPr>
            </w:pPr>
            <w:r w:rsidRPr="002F1A8E">
              <w:rPr>
                <w:b/>
                <w:noProof/>
                <w:color w:val="0D5F78"/>
                <w:lang w:val="ro-RO"/>
              </w:rPr>
              <w:t>Strada</w:t>
            </w:r>
          </w:p>
          <w:p w14:paraId="1AB7831E" w14:textId="77777777" w:rsidR="001E1635" w:rsidRPr="002F1A8E" w:rsidRDefault="001E1635">
            <w:pPr>
              <w:keepNext/>
              <w:rPr>
                <w:noProof/>
                <w:lang w:val="ro-RO"/>
              </w:rPr>
            </w:pPr>
          </w:p>
        </w:tc>
        <w:tc>
          <w:tcPr>
            <w:tcW w:w="803" w:type="dxa"/>
          </w:tcPr>
          <w:p w14:paraId="0D2DE660" w14:textId="77777777" w:rsidR="001E1635" w:rsidRPr="002F1A8E" w:rsidRDefault="00000000">
            <w:pPr>
              <w:keepNext/>
              <w:rPr>
                <w:noProof/>
                <w:lang w:val="ro-RO"/>
              </w:rPr>
            </w:pPr>
            <w:r w:rsidRPr="002F1A8E">
              <w:rPr>
                <w:b/>
                <w:noProof/>
                <w:color w:val="0D5F78"/>
                <w:lang w:val="ro-RO"/>
              </w:rPr>
              <w:t>Nr.</w:t>
            </w:r>
          </w:p>
          <w:p w14:paraId="34EBA780" w14:textId="77777777" w:rsidR="001E1635" w:rsidRPr="002F1A8E" w:rsidRDefault="001E1635">
            <w:pPr>
              <w:keepNext/>
              <w:rPr>
                <w:noProof/>
                <w:lang w:val="ro-RO"/>
              </w:rPr>
            </w:pPr>
          </w:p>
        </w:tc>
        <w:tc>
          <w:tcPr>
            <w:tcW w:w="803" w:type="dxa"/>
          </w:tcPr>
          <w:p w14:paraId="4F859CEF" w14:textId="77777777" w:rsidR="001E1635" w:rsidRPr="002F1A8E" w:rsidRDefault="00000000">
            <w:pPr>
              <w:keepNext/>
              <w:rPr>
                <w:noProof/>
                <w:lang w:val="ro-RO"/>
              </w:rPr>
            </w:pPr>
            <w:r w:rsidRPr="002F1A8E">
              <w:rPr>
                <w:b/>
                <w:noProof/>
                <w:color w:val="0D5F78"/>
                <w:lang w:val="ro-RO"/>
              </w:rPr>
              <w:t>Sc.</w:t>
            </w:r>
          </w:p>
          <w:p w14:paraId="53E268F2" w14:textId="77777777" w:rsidR="001E1635" w:rsidRPr="002F1A8E" w:rsidRDefault="001E1635">
            <w:pPr>
              <w:keepNext/>
              <w:rPr>
                <w:noProof/>
                <w:lang w:val="ro-RO"/>
              </w:rPr>
            </w:pPr>
          </w:p>
        </w:tc>
        <w:tc>
          <w:tcPr>
            <w:tcW w:w="803" w:type="dxa"/>
          </w:tcPr>
          <w:p w14:paraId="2FE0E9E0" w14:textId="77777777" w:rsidR="001E1635" w:rsidRPr="002F1A8E" w:rsidRDefault="00000000">
            <w:pPr>
              <w:keepNext/>
              <w:rPr>
                <w:noProof/>
                <w:lang w:val="ro-RO"/>
              </w:rPr>
            </w:pPr>
            <w:r w:rsidRPr="002F1A8E">
              <w:rPr>
                <w:b/>
                <w:noProof/>
                <w:color w:val="0D5F78"/>
                <w:lang w:val="ro-RO"/>
              </w:rPr>
              <w:t>Et.</w:t>
            </w:r>
          </w:p>
          <w:p w14:paraId="627907AC" w14:textId="77777777" w:rsidR="001E1635" w:rsidRPr="002F1A8E" w:rsidRDefault="001E1635">
            <w:pPr>
              <w:keepNext/>
              <w:rPr>
                <w:noProof/>
                <w:lang w:val="ro-RO"/>
              </w:rPr>
            </w:pPr>
          </w:p>
        </w:tc>
        <w:tc>
          <w:tcPr>
            <w:tcW w:w="803" w:type="dxa"/>
          </w:tcPr>
          <w:p w14:paraId="58282E65" w14:textId="77777777" w:rsidR="001E1635" w:rsidRPr="002F1A8E" w:rsidRDefault="00000000">
            <w:pPr>
              <w:keepNext/>
              <w:rPr>
                <w:noProof/>
                <w:lang w:val="ro-RO"/>
              </w:rPr>
            </w:pPr>
            <w:r w:rsidRPr="002F1A8E">
              <w:rPr>
                <w:b/>
                <w:noProof/>
                <w:color w:val="0D5F78"/>
                <w:lang w:val="ro-RO"/>
              </w:rPr>
              <w:t>Ap.</w:t>
            </w:r>
          </w:p>
          <w:p w14:paraId="1888BB86" w14:textId="77777777" w:rsidR="001E1635" w:rsidRPr="002F1A8E" w:rsidRDefault="001E1635">
            <w:pPr>
              <w:keepNext/>
              <w:rPr>
                <w:noProof/>
                <w:lang w:val="ro-RO"/>
              </w:rPr>
            </w:pPr>
          </w:p>
        </w:tc>
        <w:tc>
          <w:tcPr>
            <w:tcW w:w="1606" w:type="dxa"/>
          </w:tcPr>
          <w:p w14:paraId="508ECD8F" w14:textId="77777777" w:rsidR="001E1635" w:rsidRPr="002F1A8E" w:rsidRDefault="00000000">
            <w:pPr>
              <w:keepNext/>
              <w:rPr>
                <w:noProof/>
                <w:lang w:val="ro-RO"/>
              </w:rPr>
            </w:pPr>
            <w:r w:rsidRPr="002F1A8E">
              <w:rPr>
                <w:b/>
                <w:noProof/>
                <w:color w:val="0D5F78"/>
                <w:lang w:val="ro-RO"/>
              </w:rPr>
              <w:t>Cod poștal</w:t>
            </w:r>
          </w:p>
          <w:p w14:paraId="1170C48A" w14:textId="77777777" w:rsidR="001E1635" w:rsidRPr="002F1A8E" w:rsidRDefault="001E1635">
            <w:pPr>
              <w:keepNext/>
              <w:rPr>
                <w:noProof/>
                <w:lang w:val="ro-RO"/>
              </w:rPr>
            </w:pPr>
          </w:p>
        </w:tc>
        <w:tc>
          <w:tcPr>
            <w:tcW w:w="1606" w:type="dxa"/>
          </w:tcPr>
          <w:p w14:paraId="2E309097" w14:textId="77777777" w:rsidR="001E1635" w:rsidRPr="002F1A8E" w:rsidRDefault="00000000">
            <w:pPr>
              <w:keepNext/>
              <w:rPr>
                <w:noProof/>
                <w:lang w:val="ro-RO"/>
              </w:rPr>
            </w:pPr>
            <w:r w:rsidRPr="002F1A8E">
              <w:rPr>
                <w:b/>
                <w:noProof/>
                <w:color w:val="0D5F78"/>
                <w:lang w:val="ro-RO"/>
              </w:rPr>
              <w:t>Țara</w:t>
            </w:r>
          </w:p>
          <w:p w14:paraId="1827BC03" w14:textId="77777777" w:rsidR="001E1635" w:rsidRPr="002F1A8E" w:rsidRDefault="001E1635">
            <w:pPr>
              <w:keepNext/>
              <w:rPr>
                <w:noProof/>
                <w:lang w:val="ro-RO"/>
              </w:rPr>
            </w:pPr>
          </w:p>
        </w:tc>
      </w:tr>
      <w:tr w:rsidR="001E1635" w:rsidRPr="002F1A8E" w14:paraId="4797D95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49D0A0F" w14:textId="77777777" w:rsidR="001E1635" w:rsidRPr="002F1A8E" w:rsidRDefault="00000000">
            <w:pPr>
              <w:keepNext/>
              <w:rPr>
                <w:noProof/>
                <w:lang w:val="ro-RO"/>
              </w:rPr>
            </w:pPr>
            <w:r w:rsidRPr="002F1A8E">
              <w:rPr>
                <w:noProof/>
                <w:sz w:val="16"/>
                <w:lang w:val="ro-RO"/>
              </w:rPr>
              <w:t xml:space="preserve"> Date de contact</w:t>
            </w:r>
          </w:p>
        </w:tc>
      </w:tr>
      <w:tr w:rsidR="001E1635" w:rsidRPr="002F1A8E" w14:paraId="10DC5DDE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77983B2" w14:textId="77777777" w:rsidR="001E1635" w:rsidRPr="002F1A8E" w:rsidRDefault="00000000">
            <w:pPr>
              <w:keepNext/>
              <w:rPr>
                <w:noProof/>
                <w:lang w:val="ro-RO"/>
              </w:rPr>
            </w:pPr>
            <w:r w:rsidRPr="002F1A8E">
              <w:rPr>
                <w:b/>
                <w:noProof/>
                <w:color w:val="0D5F78"/>
                <w:lang w:val="ro-RO"/>
              </w:rPr>
              <w:t>Telefon / fax</w:t>
            </w:r>
          </w:p>
          <w:p w14:paraId="7BBE1A21" w14:textId="77777777" w:rsidR="001E1635" w:rsidRPr="002F1A8E" w:rsidRDefault="001E1635">
            <w:pPr>
              <w:keepNext/>
              <w:rPr>
                <w:noProof/>
                <w:lang w:val="ro-RO"/>
              </w:rPr>
            </w:pPr>
          </w:p>
        </w:tc>
        <w:tc>
          <w:tcPr>
            <w:tcW w:w="5621" w:type="dxa"/>
            <w:gridSpan w:val="5"/>
          </w:tcPr>
          <w:p w14:paraId="46FD555B" w14:textId="77777777" w:rsidR="001E1635" w:rsidRPr="002F1A8E" w:rsidRDefault="00000000">
            <w:pPr>
              <w:keepNext/>
              <w:rPr>
                <w:noProof/>
                <w:lang w:val="ro-RO"/>
              </w:rPr>
            </w:pPr>
            <w:r w:rsidRPr="002F1A8E">
              <w:rPr>
                <w:b/>
                <w:noProof/>
                <w:color w:val="0D5F78"/>
                <w:lang w:val="ro-RO"/>
              </w:rPr>
              <w:t>E-mail</w:t>
            </w:r>
          </w:p>
          <w:p w14:paraId="7FC05727" w14:textId="77777777" w:rsidR="001E1635" w:rsidRPr="002F1A8E" w:rsidRDefault="001E1635">
            <w:pPr>
              <w:keepNext/>
              <w:rPr>
                <w:noProof/>
                <w:lang w:val="ro-RO"/>
              </w:rPr>
            </w:pPr>
          </w:p>
        </w:tc>
      </w:tr>
      <w:tr w:rsidR="001E1635" w:rsidRPr="002F1A8E" w14:paraId="22088ED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109DA4C" w14:textId="77777777" w:rsidR="001E1635" w:rsidRPr="002F1A8E" w:rsidRDefault="00000000">
            <w:pPr>
              <w:keepNext/>
              <w:rPr>
                <w:noProof/>
                <w:lang w:val="ro-RO"/>
              </w:rPr>
            </w:pPr>
            <w:r w:rsidRPr="002F1A8E">
              <w:rPr>
                <w:noProof/>
                <w:sz w:val="16"/>
                <w:lang w:val="ro-RO"/>
              </w:rPr>
              <w:t xml:space="preserve"> Reprezentare</w:t>
            </w:r>
          </w:p>
        </w:tc>
      </w:tr>
      <w:tr w:rsidR="001E1635" w:rsidRPr="002F1A8E" w14:paraId="10CEC702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3D5CCA69" w14:textId="77777777" w:rsidR="001E1635" w:rsidRPr="002F1A8E" w:rsidRDefault="00000000">
            <w:pPr>
              <w:keepNext/>
              <w:rPr>
                <w:noProof/>
                <w:lang w:val="ro-RO"/>
              </w:rPr>
            </w:pPr>
            <w:r w:rsidRPr="002F1A8E">
              <w:rPr>
                <w:b/>
                <w:noProof/>
                <w:color w:val="0D5F78"/>
                <w:lang w:val="ro-RO"/>
              </w:rPr>
              <w:t>În calitate de reprezentant al</w:t>
            </w:r>
          </w:p>
          <w:p w14:paraId="2BCE0519" w14:textId="77777777" w:rsidR="001E1635" w:rsidRPr="002F1A8E" w:rsidRDefault="001E1635">
            <w:pPr>
              <w:keepNext/>
              <w:rPr>
                <w:noProof/>
                <w:lang w:val="ro-RO"/>
              </w:rPr>
            </w:pPr>
          </w:p>
        </w:tc>
        <w:tc>
          <w:tcPr>
            <w:tcW w:w="3212" w:type="dxa"/>
            <w:gridSpan w:val="2"/>
          </w:tcPr>
          <w:p w14:paraId="19A65997" w14:textId="77777777" w:rsidR="001E1635" w:rsidRPr="002F1A8E" w:rsidRDefault="00000000">
            <w:pPr>
              <w:keepNext/>
              <w:rPr>
                <w:noProof/>
                <w:lang w:val="ro-RO"/>
              </w:rPr>
            </w:pPr>
            <w:r w:rsidRPr="002F1A8E">
              <w:rPr>
                <w:b/>
                <w:noProof/>
                <w:color w:val="0D5F78"/>
                <w:lang w:val="ro-RO"/>
              </w:rPr>
              <w:t>CUI / CIF</w:t>
            </w:r>
          </w:p>
          <w:p w14:paraId="1DC7B09A" w14:textId="77777777" w:rsidR="001E1635" w:rsidRPr="002F1A8E" w:rsidRDefault="001E1635">
            <w:pPr>
              <w:keepNext/>
              <w:rPr>
                <w:noProof/>
                <w:lang w:val="ro-RO"/>
              </w:rPr>
            </w:pPr>
          </w:p>
        </w:tc>
      </w:tr>
      <w:tr w:rsidR="001E1635" w:rsidRPr="002F1A8E" w14:paraId="345755EE" w14:textId="77777777">
        <w:trPr>
          <w:cantSplit/>
        </w:trPr>
        <w:tc>
          <w:tcPr>
            <w:tcW w:w="9636" w:type="dxa"/>
            <w:gridSpan w:val="8"/>
          </w:tcPr>
          <w:p w14:paraId="67B56101" w14:textId="7CE23660" w:rsidR="001E1635" w:rsidRPr="002F1A8E" w:rsidRDefault="00000000">
            <w:pPr>
              <w:rPr>
                <w:noProof/>
                <w:lang w:val="ro-RO"/>
              </w:rPr>
            </w:pPr>
            <w:r w:rsidRPr="002F1A8E">
              <w:rPr>
                <w:noProof/>
                <w:sz w:val="16"/>
                <w:lang w:val="ro-RO"/>
              </w:rPr>
              <w:t xml:space="preserve"> </w:t>
            </w:r>
            <w:r w:rsidR="002F1A8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F1A8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="002F1A8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="002F1A8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="002F1A8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Pr="002F1A8E">
              <w:rPr>
                <w:noProof/>
                <w:sz w:val="16"/>
                <w:lang w:val="ro-RO"/>
              </w:rPr>
              <w:t xml:space="preserve"> titular al dreptului de proprietate     </w:t>
            </w:r>
            <w:r w:rsidR="002F1A8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F1A8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="002F1A8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="002F1A8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="002F1A8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Pr="002F1A8E">
              <w:rPr>
                <w:noProof/>
                <w:sz w:val="16"/>
                <w:lang w:val="ro-RO"/>
              </w:rPr>
              <w:t xml:space="preserve"> împuternicit al titularului</w:t>
            </w:r>
          </w:p>
        </w:tc>
      </w:tr>
    </w:tbl>
    <w:p w14:paraId="15885AE3" w14:textId="77777777" w:rsidR="001E1635" w:rsidRPr="002F1A8E" w:rsidRDefault="001E1635">
      <w:pPr>
        <w:spacing w:line="168" w:lineRule="auto"/>
        <w:rPr>
          <w:noProof/>
          <w:lang w:val="ro-RO"/>
        </w:rPr>
      </w:pPr>
    </w:p>
    <w:p w14:paraId="2B137E9F" w14:textId="77777777" w:rsidR="001E1635" w:rsidRPr="002F1A8E" w:rsidRDefault="00000000">
      <w:pPr>
        <w:spacing w:before="80" w:after="60"/>
        <w:jc w:val="center"/>
        <w:rPr>
          <w:noProof/>
          <w:lang w:val="ro-RO"/>
        </w:rPr>
      </w:pPr>
      <w:r w:rsidRPr="002F1A8E">
        <w:rPr>
          <w:noProof/>
          <w:sz w:val="18"/>
          <w:lang w:val="ro-RO"/>
        </w:rPr>
        <w:t>în conformitate cu prevederile Legii nr. 169/2026 privind Codul amenajării teritoriului, urbanismului și construcțiilor,</w:t>
      </w:r>
    </w:p>
    <w:p w14:paraId="25ED7088" w14:textId="77777777" w:rsidR="001E1635" w:rsidRPr="002F1A8E" w:rsidRDefault="00000000">
      <w:pPr>
        <w:spacing w:before="80" w:after="60"/>
        <w:jc w:val="center"/>
        <w:rPr>
          <w:noProof/>
          <w:lang w:val="ro-RO"/>
        </w:rPr>
      </w:pPr>
      <w:r w:rsidRPr="002F1A8E">
        <w:rPr>
          <w:noProof/>
          <w:sz w:val="18"/>
          <w:lang w:val="ro-RO"/>
        </w:rPr>
        <w:t>solicit emiterea</w:t>
      </w:r>
    </w:p>
    <w:p w14:paraId="2102D1EC" w14:textId="77777777" w:rsidR="001E1635" w:rsidRPr="002F1A8E" w:rsidRDefault="00000000">
      <w:pPr>
        <w:spacing w:after="160"/>
        <w:jc w:val="center"/>
        <w:rPr>
          <w:noProof/>
          <w:lang w:val="ro-RO"/>
        </w:rPr>
      </w:pPr>
      <w:r w:rsidRPr="002F1A8E">
        <w:rPr>
          <w:b/>
          <w:noProof/>
          <w:sz w:val="20"/>
          <w:lang w:val="ro-RO"/>
        </w:rPr>
        <w:t>CERTIFICATULUI DE URBANISM</w:t>
      </w:r>
    </w:p>
    <w:p w14:paraId="043C0D46" w14:textId="77777777" w:rsidR="001E1635" w:rsidRPr="002F1A8E" w:rsidRDefault="00000000">
      <w:pPr>
        <w:spacing w:after="160"/>
        <w:jc w:val="center"/>
        <w:rPr>
          <w:b/>
          <w:noProof/>
          <w:sz w:val="20"/>
          <w:lang w:val="ro-RO"/>
        </w:rPr>
      </w:pPr>
      <w:r w:rsidRPr="002F1A8E">
        <w:rPr>
          <w:b/>
          <w:noProof/>
          <w:sz w:val="20"/>
          <w:lang w:val="ro-RO"/>
        </w:rPr>
        <w:t>PENTRU OPERAȚIUNI CADASTRALE</w:t>
      </w:r>
    </w:p>
    <w:tbl>
      <w:tblPr>
        <w:tblStyle w:val="Tabelgril"/>
        <w:tblW w:w="0" w:type="auto"/>
        <w:tblLayout w:type="fixed"/>
        <w:tblLook w:val="04A0" w:firstRow="1" w:lastRow="0" w:firstColumn="1" w:lastColumn="0" w:noHBand="0" w:noVBand="1"/>
      </w:tblPr>
      <w:tblGrid>
        <w:gridCol w:w="9636"/>
      </w:tblGrid>
      <w:tr w:rsidR="006257CA" w:rsidRPr="002F1A8E" w14:paraId="1F9B2A48" w14:textId="77777777" w:rsidTr="006257CA">
        <w:tc>
          <w:tcPr>
            <w:tcW w:w="9636" w:type="dxa"/>
          </w:tcPr>
          <w:p w14:paraId="231CB6BD" w14:textId="5A290929" w:rsidR="006257CA" w:rsidRPr="002F1A8E" w:rsidRDefault="006257CA" w:rsidP="00C245EC">
            <w:pPr>
              <w:rPr>
                <w:rFonts w:ascii="Segoe UI Symbol" w:hAnsi="Segoe UI Symbol" w:cs="Segoe UI Symbol"/>
                <w:b/>
                <w:bCs/>
                <w:noProof/>
                <w:sz w:val="18"/>
                <w:szCs w:val="18"/>
                <w:lang w:val="ro-RO"/>
              </w:rPr>
            </w:pPr>
            <w:r w:rsidRPr="002F1A8E">
              <w:rPr>
                <w:b/>
                <w:bCs/>
                <w:noProof/>
                <w:sz w:val="18"/>
                <w:szCs w:val="18"/>
                <w:lang w:val="ro-RO"/>
              </w:rPr>
              <w:t>3. ÎN  VEDEREA REALIZĂRII OPERAȚIUNII CADATRALE :</w:t>
            </w:r>
          </w:p>
        </w:tc>
      </w:tr>
      <w:tr w:rsidR="006257CA" w:rsidRPr="002F1A8E" w14:paraId="3DEC5D63" w14:textId="77777777" w:rsidTr="006257CA">
        <w:tc>
          <w:tcPr>
            <w:tcW w:w="9636" w:type="dxa"/>
          </w:tcPr>
          <w:p w14:paraId="008D0B05" w14:textId="3C56B6FC" w:rsidR="006257CA" w:rsidRPr="002F1A8E" w:rsidRDefault="002F1A8E" w:rsidP="00C245EC">
            <w:pPr>
              <w:rPr>
                <w:noProof/>
                <w:lang w:val="ro-RO"/>
              </w:rPr>
            </w:pP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="006257CA" w:rsidRPr="002F1A8E">
              <w:rPr>
                <w:noProof/>
                <w:lang w:val="ro-RO"/>
              </w:rPr>
              <w:t xml:space="preserve"> comasare (alipire)     </w:t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="006257CA" w:rsidRPr="002F1A8E">
              <w:rPr>
                <w:noProof/>
                <w:lang w:val="ro-RO"/>
              </w:rPr>
              <w:t xml:space="preserve"> dezmembrare (dezlipire)     </w:t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="006257CA" w:rsidRPr="002F1A8E">
              <w:rPr>
                <w:noProof/>
                <w:lang w:val="ro-RO"/>
              </w:rPr>
              <w:t xml:space="preserve"> </w:t>
            </w:r>
            <w:r w:rsidR="006257CA" w:rsidRPr="002F1A8E">
              <w:rPr>
                <w:rFonts w:cs="Times New Roman"/>
                <w:noProof/>
                <w:lang w:val="ro-RO"/>
              </w:rPr>
              <w:t>î</w:t>
            </w:r>
            <w:r w:rsidR="006257CA" w:rsidRPr="002F1A8E">
              <w:rPr>
                <w:noProof/>
                <w:lang w:val="ro-RO"/>
              </w:rPr>
              <w:t>nscrierea unor servitu</w:t>
            </w:r>
            <w:r w:rsidR="006257CA" w:rsidRPr="002F1A8E">
              <w:rPr>
                <w:rFonts w:cs="Times New Roman"/>
                <w:noProof/>
                <w:lang w:val="ro-RO"/>
              </w:rPr>
              <w:t>ț</w:t>
            </w:r>
            <w:r w:rsidR="006257CA" w:rsidRPr="002F1A8E">
              <w:rPr>
                <w:noProof/>
                <w:lang w:val="ro-RO"/>
              </w:rPr>
              <w:t>i de trecere</w:t>
            </w:r>
          </w:p>
        </w:tc>
      </w:tr>
      <w:tr w:rsidR="006257CA" w:rsidRPr="002F1A8E" w14:paraId="13134CBC" w14:textId="77777777" w:rsidTr="006257CA">
        <w:tc>
          <w:tcPr>
            <w:tcW w:w="9636" w:type="dxa"/>
          </w:tcPr>
          <w:p w14:paraId="2FC77D01" w14:textId="672EDF26" w:rsidR="006257CA" w:rsidRPr="002F1A8E" w:rsidRDefault="002F1A8E" w:rsidP="00C245EC">
            <w:pPr>
              <w:rPr>
                <w:noProof/>
                <w:lang w:val="ro-RO"/>
              </w:rPr>
            </w:pP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="006257CA" w:rsidRPr="002F1A8E">
              <w:rPr>
                <w:noProof/>
                <w:lang w:val="ro-RO"/>
              </w:rPr>
              <w:t xml:space="preserve"> eviden</w:t>
            </w:r>
            <w:r w:rsidR="006257CA" w:rsidRPr="002F1A8E">
              <w:rPr>
                <w:rFonts w:cs="Times New Roman"/>
                <w:noProof/>
                <w:lang w:val="ro-RO"/>
              </w:rPr>
              <w:t>ț</w:t>
            </w:r>
            <w:r w:rsidR="006257CA" w:rsidRPr="002F1A8E">
              <w:rPr>
                <w:noProof/>
                <w:lang w:val="ro-RO"/>
              </w:rPr>
              <w:t xml:space="preserve">ieri de imobile </w:t>
            </w:r>
            <w:r w:rsidR="006257CA" w:rsidRPr="002F1A8E">
              <w:rPr>
                <w:rFonts w:cs="Times New Roman"/>
                <w:noProof/>
                <w:lang w:val="ro-RO"/>
              </w:rPr>
              <w:t>î</w:t>
            </w:r>
            <w:r w:rsidR="006257CA" w:rsidRPr="002F1A8E">
              <w:rPr>
                <w:noProof/>
                <w:lang w:val="ro-RO"/>
              </w:rPr>
              <w:t>n cartea funciar</w:t>
            </w:r>
            <w:r w:rsidR="006257CA" w:rsidRPr="002F1A8E">
              <w:rPr>
                <w:rFonts w:cs="Times New Roman"/>
                <w:noProof/>
                <w:lang w:val="ro-RO"/>
              </w:rPr>
              <w:t>ă</w:t>
            </w:r>
            <w:r w:rsidR="006257CA" w:rsidRPr="002F1A8E">
              <w:rPr>
                <w:noProof/>
                <w:lang w:val="ro-RO"/>
              </w:rPr>
              <w:t xml:space="preserve">     </w:t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="006257CA" w:rsidRPr="002F1A8E">
              <w:rPr>
                <w:noProof/>
                <w:lang w:val="ro-RO"/>
              </w:rPr>
              <w:t xml:space="preserve"> reeviden</w:t>
            </w:r>
            <w:r w:rsidR="006257CA" w:rsidRPr="002F1A8E">
              <w:rPr>
                <w:rFonts w:cs="Times New Roman"/>
                <w:noProof/>
                <w:lang w:val="ro-RO"/>
              </w:rPr>
              <w:t>ț</w:t>
            </w:r>
            <w:r w:rsidR="006257CA" w:rsidRPr="002F1A8E">
              <w:rPr>
                <w:noProof/>
                <w:lang w:val="ro-RO"/>
              </w:rPr>
              <w:t xml:space="preserve">ieri de imobile </w:t>
            </w:r>
            <w:r w:rsidR="006257CA" w:rsidRPr="002F1A8E">
              <w:rPr>
                <w:rFonts w:cs="Times New Roman"/>
                <w:noProof/>
                <w:lang w:val="ro-RO"/>
              </w:rPr>
              <w:t>î</w:t>
            </w:r>
            <w:r w:rsidR="006257CA" w:rsidRPr="002F1A8E">
              <w:rPr>
                <w:noProof/>
                <w:lang w:val="ro-RO"/>
              </w:rPr>
              <w:t>n cartea funciar</w:t>
            </w:r>
            <w:r w:rsidR="006257CA" w:rsidRPr="002F1A8E">
              <w:rPr>
                <w:rFonts w:cs="Times New Roman"/>
                <w:noProof/>
                <w:lang w:val="ro-RO"/>
              </w:rPr>
              <w:t>ă</w:t>
            </w:r>
          </w:p>
        </w:tc>
      </w:tr>
      <w:tr w:rsidR="001E1635" w:rsidRPr="002F1A8E" w14:paraId="4130274C" w14:textId="77777777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  <w:shd w:val="clear" w:color="auto" w:fill="F4F4F4"/>
          </w:tcPr>
          <w:p w14:paraId="0ED5F54C" w14:textId="263EA7A6" w:rsidR="001E1635" w:rsidRPr="002F1A8E" w:rsidRDefault="006257CA">
            <w:pPr>
              <w:keepNext/>
              <w:rPr>
                <w:noProof/>
                <w:lang w:val="ro-RO"/>
              </w:rPr>
            </w:pPr>
            <w:r w:rsidRPr="002F1A8E">
              <w:rPr>
                <w:noProof/>
                <w:sz w:val="16"/>
                <w:lang w:val="ro-RO"/>
              </w:rPr>
              <w:t>Descrierea operațiunii cadastrale propuse:</w:t>
            </w:r>
          </w:p>
        </w:tc>
      </w:tr>
      <w:tr w:rsidR="001E1635" w:rsidRPr="002F1A8E" w14:paraId="2E947D31" w14:textId="77777777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</w:tcPr>
          <w:p w14:paraId="6F605B69" w14:textId="77777777" w:rsidR="001E1635" w:rsidRPr="002F1A8E" w:rsidRDefault="001E1635">
            <w:pPr>
              <w:pBdr>
                <w:bottom w:val="dotted" w:sz="6" w:space="0" w:color="999999"/>
              </w:pBdr>
              <w:spacing w:after="80"/>
              <w:rPr>
                <w:noProof/>
                <w:lang w:val="ro-RO"/>
              </w:rPr>
            </w:pPr>
          </w:p>
          <w:p w14:paraId="5E9FABF3" w14:textId="77777777" w:rsidR="001E1635" w:rsidRPr="002F1A8E" w:rsidRDefault="001E1635">
            <w:pPr>
              <w:pBdr>
                <w:bottom w:val="dotted" w:sz="6" w:space="0" w:color="999999"/>
              </w:pBdr>
              <w:spacing w:after="80"/>
              <w:rPr>
                <w:noProof/>
                <w:lang w:val="ro-RO"/>
              </w:rPr>
            </w:pPr>
          </w:p>
        </w:tc>
      </w:tr>
    </w:tbl>
    <w:p w14:paraId="11939A91" w14:textId="77777777" w:rsidR="001E1635" w:rsidRPr="002F1A8E" w:rsidRDefault="001E1635">
      <w:pPr>
        <w:spacing w:line="168" w:lineRule="auto"/>
        <w:rPr>
          <w:noProof/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1E1635" w:rsidRPr="002F1A8E" w14:paraId="41F9A1C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669D7761" w14:textId="0F69B76E" w:rsidR="001E1635" w:rsidRPr="002F1A8E" w:rsidRDefault="00000000">
            <w:pPr>
              <w:keepNext/>
              <w:rPr>
                <w:noProof/>
                <w:lang w:val="ro-RO"/>
              </w:rPr>
            </w:pPr>
            <w:r w:rsidRPr="002F1A8E">
              <w:rPr>
                <w:b/>
                <w:noProof/>
                <w:sz w:val="16"/>
                <w:lang w:val="ro-RO"/>
              </w:rPr>
              <w:t xml:space="preserve"> </w:t>
            </w:r>
            <w:r w:rsidR="006257CA" w:rsidRPr="002F1A8E">
              <w:rPr>
                <w:b/>
                <w:noProof/>
                <w:sz w:val="16"/>
                <w:lang w:val="ro-RO"/>
              </w:rPr>
              <w:t>4</w:t>
            </w:r>
            <w:r w:rsidRPr="002F1A8E">
              <w:rPr>
                <w:b/>
                <w:noProof/>
                <w:sz w:val="16"/>
                <w:lang w:val="ro-RO"/>
              </w:rPr>
              <w:t xml:space="preserve">. </w:t>
            </w:r>
            <w:r w:rsidRPr="002F1A8E">
              <w:rPr>
                <w:b/>
                <w:noProof/>
                <w:color w:val="000000"/>
                <w:sz w:val="18"/>
                <w:lang w:val="ro-RO"/>
              </w:rPr>
              <w:t>IMOBILUL</w:t>
            </w:r>
          </w:p>
        </w:tc>
      </w:tr>
      <w:tr w:rsidR="001E1635" w:rsidRPr="002F1A8E" w14:paraId="5CECB338" w14:textId="77777777">
        <w:trPr>
          <w:cantSplit/>
        </w:trPr>
        <w:tc>
          <w:tcPr>
            <w:tcW w:w="9636" w:type="dxa"/>
            <w:gridSpan w:val="6"/>
          </w:tcPr>
          <w:p w14:paraId="20BF109A" w14:textId="064628D7" w:rsidR="001E1635" w:rsidRPr="002F1A8E" w:rsidRDefault="00000000">
            <w:pPr>
              <w:keepNext/>
              <w:rPr>
                <w:noProof/>
                <w:lang w:val="ro-RO"/>
              </w:rPr>
            </w:pPr>
            <w:r w:rsidRPr="002F1A8E">
              <w:rPr>
                <w:noProof/>
                <w:sz w:val="16"/>
                <w:lang w:val="ro-RO"/>
              </w:rPr>
              <w:t xml:space="preserve"> </w:t>
            </w:r>
            <w:r w:rsidR="002F1A8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F1A8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="002F1A8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="002F1A8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="002F1A8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Pr="002F1A8E">
              <w:rPr>
                <w:noProof/>
                <w:sz w:val="16"/>
                <w:lang w:val="ro-RO"/>
              </w:rPr>
              <w:t xml:space="preserve"> teren     </w:t>
            </w:r>
            <w:r w:rsidR="002F1A8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F1A8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="002F1A8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="002F1A8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="002F1A8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Pr="002F1A8E">
              <w:rPr>
                <w:noProof/>
                <w:sz w:val="16"/>
                <w:lang w:val="ro-RO"/>
              </w:rPr>
              <w:t xml:space="preserve"> construcții</w:t>
            </w:r>
          </w:p>
        </w:tc>
      </w:tr>
      <w:tr w:rsidR="001E1635" w:rsidRPr="002F1A8E" w14:paraId="45CA87B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FA44BEC" w14:textId="77777777" w:rsidR="001E1635" w:rsidRPr="002F1A8E" w:rsidRDefault="00000000">
            <w:pPr>
              <w:keepNext/>
              <w:rPr>
                <w:noProof/>
                <w:lang w:val="ro-RO"/>
              </w:rPr>
            </w:pPr>
            <w:r w:rsidRPr="002F1A8E">
              <w:rPr>
                <w:b/>
                <w:noProof/>
                <w:color w:val="0D5F78"/>
                <w:lang w:val="ro-RO"/>
              </w:rPr>
              <w:t>Județ</w:t>
            </w:r>
          </w:p>
          <w:p w14:paraId="5D01A21B" w14:textId="6C5BE35D" w:rsidR="001E1635" w:rsidRPr="002F1A8E" w:rsidRDefault="002F1A8E" w:rsidP="002F1A8E">
            <w:pPr>
              <w:keepNext/>
              <w:jc w:val="center"/>
              <w:rPr>
                <w:noProof/>
                <w:lang w:val="ro-RO"/>
              </w:rPr>
            </w:pPr>
            <w:r>
              <w:rPr>
                <w:noProof/>
                <w:lang w:val="ro-RO"/>
              </w:rPr>
              <w:t>BACĂU</w:t>
            </w:r>
          </w:p>
        </w:tc>
        <w:tc>
          <w:tcPr>
            <w:tcW w:w="3212" w:type="dxa"/>
            <w:gridSpan w:val="2"/>
          </w:tcPr>
          <w:p w14:paraId="22B4CBF0" w14:textId="77777777" w:rsidR="001E1635" w:rsidRPr="002F1A8E" w:rsidRDefault="00000000">
            <w:pPr>
              <w:keepNext/>
              <w:rPr>
                <w:noProof/>
                <w:lang w:val="ro-RO"/>
              </w:rPr>
            </w:pPr>
            <w:r w:rsidRPr="002F1A8E">
              <w:rPr>
                <w:b/>
                <w:noProof/>
                <w:color w:val="0D5F78"/>
                <w:lang w:val="ro-RO"/>
              </w:rPr>
              <w:t>Municipiu / oraș / comună</w:t>
            </w:r>
          </w:p>
          <w:p w14:paraId="0D007FC5" w14:textId="64966B57" w:rsidR="001E1635" w:rsidRPr="002F1A8E" w:rsidRDefault="002F1A8E" w:rsidP="002F1A8E">
            <w:pPr>
              <w:keepNext/>
              <w:jc w:val="center"/>
              <w:rPr>
                <w:noProof/>
                <w:lang w:val="ro-RO"/>
              </w:rPr>
            </w:pPr>
            <w:r>
              <w:rPr>
                <w:noProof/>
                <w:lang w:val="ro-RO"/>
              </w:rPr>
              <w:t>BLĂGEȘTI</w:t>
            </w:r>
          </w:p>
        </w:tc>
        <w:tc>
          <w:tcPr>
            <w:tcW w:w="3212" w:type="dxa"/>
            <w:gridSpan w:val="2"/>
          </w:tcPr>
          <w:p w14:paraId="67326A47" w14:textId="77777777" w:rsidR="001E1635" w:rsidRPr="002F1A8E" w:rsidRDefault="00000000">
            <w:pPr>
              <w:keepNext/>
              <w:rPr>
                <w:noProof/>
                <w:lang w:val="ro-RO"/>
              </w:rPr>
            </w:pPr>
            <w:r w:rsidRPr="002F1A8E">
              <w:rPr>
                <w:b/>
                <w:noProof/>
                <w:color w:val="0D5F78"/>
                <w:lang w:val="ro-RO"/>
              </w:rPr>
              <w:t>Sat / sector</w:t>
            </w:r>
          </w:p>
          <w:p w14:paraId="14240B19" w14:textId="77777777" w:rsidR="001E1635" w:rsidRPr="002F1A8E" w:rsidRDefault="001E1635">
            <w:pPr>
              <w:keepNext/>
              <w:rPr>
                <w:noProof/>
                <w:lang w:val="ro-RO"/>
              </w:rPr>
            </w:pPr>
          </w:p>
        </w:tc>
      </w:tr>
      <w:tr w:rsidR="001E1635" w:rsidRPr="002F1A8E" w14:paraId="558EF397" w14:textId="77777777">
        <w:trPr>
          <w:cantSplit/>
          <w:trHeight w:val="510"/>
        </w:trPr>
        <w:tc>
          <w:tcPr>
            <w:tcW w:w="1606" w:type="dxa"/>
          </w:tcPr>
          <w:p w14:paraId="05C62658" w14:textId="77777777" w:rsidR="001E1635" w:rsidRPr="002F1A8E" w:rsidRDefault="00000000">
            <w:pPr>
              <w:keepNext/>
              <w:rPr>
                <w:noProof/>
                <w:lang w:val="ro-RO"/>
              </w:rPr>
            </w:pPr>
            <w:r w:rsidRPr="002F1A8E">
              <w:rPr>
                <w:b/>
                <w:noProof/>
                <w:color w:val="0D5F78"/>
                <w:lang w:val="ro-RO"/>
              </w:rPr>
              <w:t>Cod poștal</w:t>
            </w:r>
          </w:p>
          <w:p w14:paraId="1DB9B8CA" w14:textId="77777777" w:rsidR="001E1635" w:rsidRPr="002F1A8E" w:rsidRDefault="001E1635">
            <w:pPr>
              <w:keepNext/>
              <w:rPr>
                <w:noProof/>
                <w:lang w:val="ro-RO"/>
              </w:rPr>
            </w:pPr>
          </w:p>
        </w:tc>
        <w:tc>
          <w:tcPr>
            <w:tcW w:w="4818" w:type="dxa"/>
            <w:gridSpan w:val="3"/>
          </w:tcPr>
          <w:p w14:paraId="78F2E769" w14:textId="77777777" w:rsidR="001E1635" w:rsidRPr="002F1A8E" w:rsidRDefault="00000000">
            <w:pPr>
              <w:keepNext/>
              <w:rPr>
                <w:noProof/>
                <w:lang w:val="ro-RO"/>
              </w:rPr>
            </w:pPr>
            <w:r w:rsidRPr="002F1A8E">
              <w:rPr>
                <w:b/>
                <w:noProof/>
                <w:color w:val="0D5F78"/>
                <w:lang w:val="ro-RO"/>
              </w:rPr>
              <w:t>Strada</w:t>
            </w:r>
          </w:p>
          <w:p w14:paraId="19A492AB" w14:textId="77777777" w:rsidR="001E1635" w:rsidRPr="002F1A8E" w:rsidRDefault="001E1635">
            <w:pPr>
              <w:keepNext/>
              <w:rPr>
                <w:noProof/>
                <w:lang w:val="ro-RO"/>
              </w:rPr>
            </w:pPr>
          </w:p>
        </w:tc>
        <w:tc>
          <w:tcPr>
            <w:tcW w:w="803" w:type="dxa"/>
          </w:tcPr>
          <w:p w14:paraId="599B76C6" w14:textId="77777777" w:rsidR="001E1635" w:rsidRPr="002F1A8E" w:rsidRDefault="00000000">
            <w:pPr>
              <w:keepNext/>
              <w:rPr>
                <w:noProof/>
                <w:lang w:val="ro-RO"/>
              </w:rPr>
            </w:pPr>
            <w:r w:rsidRPr="002F1A8E">
              <w:rPr>
                <w:b/>
                <w:noProof/>
                <w:color w:val="0D5F78"/>
                <w:lang w:val="ro-RO"/>
              </w:rPr>
              <w:t>Nr.</w:t>
            </w:r>
          </w:p>
          <w:p w14:paraId="3C285CCD" w14:textId="77777777" w:rsidR="001E1635" w:rsidRPr="002F1A8E" w:rsidRDefault="001E1635">
            <w:pPr>
              <w:keepNext/>
              <w:rPr>
                <w:noProof/>
                <w:lang w:val="ro-RO"/>
              </w:rPr>
            </w:pPr>
          </w:p>
        </w:tc>
        <w:tc>
          <w:tcPr>
            <w:tcW w:w="2409" w:type="dxa"/>
          </w:tcPr>
          <w:p w14:paraId="737CFA43" w14:textId="77777777" w:rsidR="001E1635" w:rsidRPr="002F1A8E" w:rsidRDefault="00000000">
            <w:pPr>
              <w:keepNext/>
              <w:rPr>
                <w:noProof/>
                <w:lang w:val="ro-RO"/>
              </w:rPr>
            </w:pPr>
            <w:r w:rsidRPr="002F1A8E">
              <w:rPr>
                <w:b/>
                <w:noProof/>
                <w:color w:val="0D5F78"/>
                <w:lang w:val="ro-RO"/>
              </w:rPr>
              <w:t>Bl. / sc. / et. / ap.</w:t>
            </w:r>
          </w:p>
          <w:p w14:paraId="1C99DBB8" w14:textId="77777777" w:rsidR="001E1635" w:rsidRPr="002F1A8E" w:rsidRDefault="001E1635">
            <w:pPr>
              <w:keepNext/>
              <w:rPr>
                <w:noProof/>
                <w:lang w:val="ro-RO"/>
              </w:rPr>
            </w:pPr>
          </w:p>
        </w:tc>
      </w:tr>
      <w:tr w:rsidR="001E1635" w:rsidRPr="002F1A8E" w14:paraId="7C749B99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6823C836" w14:textId="77777777" w:rsidR="001E1635" w:rsidRPr="002F1A8E" w:rsidRDefault="00000000">
            <w:pPr>
              <w:keepNext/>
              <w:rPr>
                <w:noProof/>
                <w:lang w:val="ro-RO"/>
              </w:rPr>
            </w:pPr>
            <w:r w:rsidRPr="002F1A8E">
              <w:rPr>
                <w:b/>
                <w:noProof/>
                <w:color w:val="0D5F78"/>
                <w:lang w:val="ro-RO"/>
              </w:rPr>
              <w:t>Număr cadastral</w:t>
            </w:r>
          </w:p>
          <w:p w14:paraId="77A4081E" w14:textId="77777777" w:rsidR="001E1635" w:rsidRPr="002F1A8E" w:rsidRDefault="001E1635" w:rsidP="002F1A8E">
            <w:pPr>
              <w:keepNext/>
              <w:rPr>
                <w:noProof/>
                <w:lang w:val="ro-RO"/>
              </w:rPr>
            </w:pPr>
          </w:p>
        </w:tc>
        <w:tc>
          <w:tcPr>
            <w:tcW w:w="4015" w:type="dxa"/>
            <w:gridSpan w:val="3"/>
          </w:tcPr>
          <w:p w14:paraId="6AD855B7" w14:textId="77777777" w:rsidR="001E1635" w:rsidRPr="002F1A8E" w:rsidRDefault="00000000">
            <w:pPr>
              <w:keepNext/>
              <w:rPr>
                <w:noProof/>
                <w:lang w:val="ro-RO"/>
              </w:rPr>
            </w:pPr>
            <w:r w:rsidRPr="002F1A8E">
              <w:rPr>
                <w:b/>
                <w:noProof/>
                <w:color w:val="0D5F78"/>
                <w:lang w:val="ro-RO"/>
              </w:rPr>
              <w:t>Carte funciară nr.</w:t>
            </w:r>
          </w:p>
          <w:p w14:paraId="085D4033" w14:textId="77777777" w:rsidR="001E1635" w:rsidRPr="002F1A8E" w:rsidRDefault="001E1635">
            <w:pPr>
              <w:keepNext/>
              <w:rPr>
                <w:noProof/>
                <w:lang w:val="ro-RO"/>
              </w:rPr>
            </w:pPr>
          </w:p>
        </w:tc>
      </w:tr>
    </w:tbl>
    <w:p w14:paraId="6A8F4A2A" w14:textId="1AAC5F68" w:rsidR="001E1635" w:rsidRPr="002F1A8E" w:rsidRDefault="001E1635" w:rsidP="006257CA">
      <w:pPr>
        <w:rPr>
          <w:noProof/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:rsidRPr="002F1A8E" w14:paraId="748EC5C4" w14:textId="77777777">
        <w:trPr>
          <w:cantSplit/>
        </w:trPr>
        <w:tc>
          <w:tcPr>
            <w:tcW w:w="9636" w:type="dxa"/>
            <w:shd w:val="clear" w:color="auto" w:fill="F4F4F4"/>
          </w:tcPr>
          <w:p w14:paraId="161D13D6" w14:textId="77777777" w:rsidR="001E1635" w:rsidRPr="002F1A8E" w:rsidRDefault="00000000">
            <w:pPr>
              <w:keepNext/>
              <w:rPr>
                <w:noProof/>
                <w:lang w:val="ro-RO"/>
              </w:rPr>
            </w:pPr>
            <w:r w:rsidRPr="002F1A8E">
              <w:rPr>
                <w:b/>
                <w:noProof/>
                <w:sz w:val="16"/>
                <w:lang w:val="ro-RO"/>
              </w:rPr>
              <w:t xml:space="preserve"> 5. </w:t>
            </w:r>
            <w:r w:rsidRPr="002F1A8E">
              <w:rPr>
                <w:b/>
                <w:noProof/>
                <w:color w:val="000000"/>
                <w:sz w:val="18"/>
                <w:lang w:val="ro-RO"/>
              </w:rPr>
              <w:t>SE ANEXEAZĂ</w:t>
            </w:r>
          </w:p>
        </w:tc>
      </w:tr>
      <w:tr w:rsidR="001E1635" w:rsidRPr="002F1A8E" w14:paraId="289229A3" w14:textId="77777777">
        <w:trPr>
          <w:cantSplit/>
        </w:trPr>
        <w:tc>
          <w:tcPr>
            <w:tcW w:w="9636" w:type="dxa"/>
          </w:tcPr>
          <w:p w14:paraId="595ED756" w14:textId="2EDC602B" w:rsidR="006257CA" w:rsidRPr="002F1A8E" w:rsidRDefault="00000000">
            <w:pPr>
              <w:rPr>
                <w:noProof/>
                <w:sz w:val="16"/>
                <w:lang w:val="ro-RO"/>
              </w:rPr>
            </w:pPr>
            <w:r w:rsidRPr="002F1A8E">
              <w:rPr>
                <w:noProof/>
                <w:sz w:val="16"/>
                <w:lang w:val="ro-RO"/>
              </w:rPr>
              <w:t xml:space="preserve"> </w:t>
            </w:r>
            <w:r w:rsidR="002F1A8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F1A8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="002F1A8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="002F1A8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="002F1A8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Pr="002F1A8E">
              <w:rPr>
                <w:noProof/>
                <w:sz w:val="16"/>
                <w:lang w:val="ro-RO"/>
              </w:rPr>
              <w:t xml:space="preserve"> documentația cadastrală     </w:t>
            </w:r>
            <w:r w:rsidR="006257CA" w:rsidRPr="002F1A8E">
              <w:rPr>
                <w:noProof/>
                <w:sz w:val="16"/>
                <w:lang w:val="ro-RO"/>
              </w:rPr>
              <w:t xml:space="preserve">                         </w:t>
            </w:r>
            <w:r w:rsidR="002F1A8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F1A8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="002F1A8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="002F1A8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="002F1A8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="006257CA" w:rsidRPr="002F1A8E">
              <w:rPr>
                <w:rFonts w:ascii="Segoe UI Symbol" w:hAnsi="Segoe UI Symbol" w:cs="Segoe UI Symbol"/>
                <w:noProof/>
                <w:sz w:val="16"/>
                <w:lang w:val="ro-RO"/>
              </w:rPr>
              <w:t xml:space="preserve"> </w:t>
            </w:r>
            <w:r w:rsidR="006257CA" w:rsidRPr="002F1A8E">
              <w:rPr>
                <w:noProof/>
                <w:sz w:val="16"/>
                <w:lang w:val="ro-RO"/>
              </w:rPr>
              <w:t>plan cu o propunere de comasare/dezmembrare</w:t>
            </w:r>
          </w:p>
          <w:p w14:paraId="2445E5EB" w14:textId="6A06339E" w:rsidR="001E1635" w:rsidRPr="002F1A8E" w:rsidRDefault="006257CA">
            <w:pPr>
              <w:rPr>
                <w:noProof/>
                <w:sz w:val="16"/>
                <w:lang w:val="ro-RO"/>
              </w:rPr>
            </w:pPr>
            <w:r w:rsidRPr="002F1A8E">
              <w:rPr>
                <w:noProof/>
                <w:sz w:val="16"/>
                <w:lang w:val="ro-RO"/>
              </w:rPr>
              <w:t xml:space="preserve"> </w:t>
            </w:r>
            <w:r w:rsidR="002F1A8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F1A8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="002F1A8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="002F1A8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="002F1A8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Pr="002F1A8E">
              <w:rPr>
                <w:noProof/>
                <w:sz w:val="16"/>
                <w:lang w:val="ro-RO"/>
              </w:rPr>
              <w:t xml:space="preserve"> extras de carte funciară actualizat            </w:t>
            </w:r>
            <w:r w:rsidR="002F1A8E">
              <w:rPr>
                <w:noProof/>
                <w:sz w:val="16"/>
                <w:lang w:val="ro-RO"/>
              </w:rPr>
              <w:t xml:space="preserve">   </w:t>
            </w:r>
            <w:r w:rsidR="002F1A8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F1A8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="002F1A8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="002F1A8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="002F1A8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Pr="002F1A8E">
              <w:rPr>
                <w:noProof/>
                <w:sz w:val="16"/>
                <w:lang w:val="ro-RO"/>
              </w:rPr>
              <w:t xml:space="preserve"> plan de încadrare în zonă în sistem Stereo 70                    </w:t>
            </w:r>
            <w:r w:rsidR="002F1A8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F1A8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="002F1A8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="002F1A8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="002F1A8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Pr="002F1A8E">
              <w:rPr>
                <w:noProof/>
                <w:sz w:val="16"/>
                <w:lang w:val="ro-RO"/>
              </w:rPr>
              <w:t xml:space="preserve"> împuternicirea, dacă este cazul      </w:t>
            </w:r>
          </w:p>
        </w:tc>
      </w:tr>
    </w:tbl>
    <w:p w14:paraId="0A540DB6" w14:textId="77777777" w:rsidR="001E1635" w:rsidRPr="002F1A8E" w:rsidRDefault="001E1635">
      <w:pPr>
        <w:spacing w:line="168" w:lineRule="auto"/>
        <w:rPr>
          <w:noProof/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:rsidRPr="002F1A8E" w14:paraId="457DF426" w14:textId="77777777">
        <w:trPr>
          <w:cantSplit/>
        </w:trPr>
        <w:tc>
          <w:tcPr>
            <w:tcW w:w="9636" w:type="dxa"/>
            <w:shd w:val="clear" w:color="auto" w:fill="F4F4F4"/>
          </w:tcPr>
          <w:p w14:paraId="559EBB22" w14:textId="77777777" w:rsidR="001E1635" w:rsidRPr="002F1A8E" w:rsidRDefault="00000000">
            <w:pPr>
              <w:keepNext/>
              <w:rPr>
                <w:noProof/>
                <w:lang w:val="ro-RO"/>
              </w:rPr>
            </w:pPr>
            <w:r w:rsidRPr="002F1A8E">
              <w:rPr>
                <w:b/>
                <w:noProof/>
                <w:sz w:val="16"/>
                <w:lang w:val="ro-RO"/>
              </w:rPr>
              <w:t xml:space="preserve"> 6. </w:t>
            </w:r>
            <w:r w:rsidRPr="002F1A8E">
              <w:rPr>
                <w:b/>
                <w:noProof/>
                <w:color w:val="000000"/>
                <w:sz w:val="18"/>
                <w:lang w:val="ro-RO"/>
              </w:rPr>
              <w:t>COMUNICAREA RĂSPUNSULUI</w:t>
            </w:r>
          </w:p>
        </w:tc>
      </w:tr>
      <w:tr w:rsidR="001E1635" w:rsidRPr="002F1A8E" w14:paraId="49112FAF" w14:textId="77777777">
        <w:trPr>
          <w:cantSplit/>
        </w:trPr>
        <w:tc>
          <w:tcPr>
            <w:tcW w:w="9636" w:type="dxa"/>
          </w:tcPr>
          <w:p w14:paraId="0C0C25C2" w14:textId="578B16DC" w:rsidR="001E1635" w:rsidRPr="002F1A8E" w:rsidRDefault="00000000">
            <w:pPr>
              <w:rPr>
                <w:noProof/>
                <w:lang w:val="ro-RO"/>
              </w:rPr>
            </w:pPr>
            <w:r w:rsidRPr="002F1A8E">
              <w:rPr>
                <w:noProof/>
                <w:sz w:val="16"/>
                <w:lang w:val="ro-RO"/>
              </w:rPr>
              <w:t xml:space="preserve"> </w:t>
            </w:r>
            <w:r w:rsidR="002F1A8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F1A8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="002F1A8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="002F1A8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="002F1A8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Pr="002F1A8E">
              <w:rPr>
                <w:noProof/>
                <w:sz w:val="16"/>
                <w:lang w:val="ro-RO"/>
              </w:rPr>
              <w:t xml:space="preserve"> în format scris, prin poștă     </w:t>
            </w:r>
            <w:r w:rsidR="002F1A8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F1A8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="002F1A8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="002F1A8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="002F1A8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Pr="002F1A8E">
              <w:rPr>
                <w:noProof/>
                <w:sz w:val="16"/>
                <w:lang w:val="ro-RO"/>
              </w:rPr>
              <w:t xml:space="preserve"> în format digital, la adresa de e-mail indicată     </w:t>
            </w:r>
            <w:r w:rsidR="002F1A8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F1A8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="002F1A8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="002F1A8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="002F1A8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Pr="002F1A8E">
              <w:rPr>
                <w:noProof/>
                <w:sz w:val="16"/>
                <w:lang w:val="ro-RO"/>
              </w:rPr>
              <w:t xml:space="preserve"> ridicare de la sediul autorității</w:t>
            </w:r>
          </w:p>
        </w:tc>
      </w:tr>
    </w:tbl>
    <w:p w14:paraId="335F2CDC" w14:textId="77777777" w:rsidR="001E1635" w:rsidRPr="002F1A8E" w:rsidRDefault="001E1635">
      <w:pPr>
        <w:spacing w:line="168" w:lineRule="auto"/>
        <w:rPr>
          <w:noProof/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1E1635" w:rsidRPr="002F1A8E" w14:paraId="31A38AB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548B70E" w14:textId="77777777" w:rsidR="001E1635" w:rsidRPr="002F1A8E" w:rsidRDefault="00000000">
            <w:pPr>
              <w:keepNext/>
              <w:rPr>
                <w:noProof/>
                <w:lang w:val="ro-RO"/>
              </w:rPr>
            </w:pPr>
            <w:r w:rsidRPr="002F1A8E">
              <w:rPr>
                <w:b/>
                <w:noProof/>
                <w:sz w:val="16"/>
                <w:lang w:val="ro-RO"/>
              </w:rPr>
              <w:t xml:space="preserve"> 7. </w:t>
            </w:r>
            <w:r w:rsidRPr="002F1A8E">
              <w:rPr>
                <w:b/>
                <w:noProof/>
                <w:color w:val="000000"/>
                <w:sz w:val="18"/>
                <w:lang w:val="ro-RO"/>
              </w:rPr>
              <w:t>DATA ȘI SEMNĂTURA</w:t>
            </w:r>
          </w:p>
        </w:tc>
      </w:tr>
      <w:tr w:rsidR="001E1635" w:rsidRPr="002F1A8E" w14:paraId="5E47B751" w14:textId="77777777">
        <w:trPr>
          <w:cantSplit/>
          <w:trHeight w:val="510"/>
        </w:trPr>
        <w:tc>
          <w:tcPr>
            <w:tcW w:w="1606" w:type="dxa"/>
          </w:tcPr>
          <w:p w14:paraId="6A0CBD1B" w14:textId="77777777" w:rsidR="001E1635" w:rsidRPr="002F1A8E" w:rsidRDefault="00000000">
            <w:pPr>
              <w:rPr>
                <w:noProof/>
                <w:lang w:val="ro-RO"/>
              </w:rPr>
            </w:pPr>
            <w:r w:rsidRPr="002F1A8E">
              <w:rPr>
                <w:b/>
                <w:noProof/>
                <w:color w:val="0D5F78"/>
                <w:lang w:val="ro-RO"/>
              </w:rPr>
              <w:t>Data</w:t>
            </w:r>
          </w:p>
          <w:p w14:paraId="05BFAAF9" w14:textId="77777777" w:rsidR="001E1635" w:rsidRPr="002F1A8E" w:rsidRDefault="001E1635">
            <w:pPr>
              <w:rPr>
                <w:noProof/>
                <w:lang w:val="ro-RO"/>
              </w:rPr>
            </w:pPr>
          </w:p>
        </w:tc>
        <w:tc>
          <w:tcPr>
            <w:tcW w:w="4818" w:type="dxa"/>
          </w:tcPr>
          <w:p w14:paraId="250ED718" w14:textId="77777777" w:rsidR="001E1635" w:rsidRPr="002F1A8E" w:rsidRDefault="00000000">
            <w:pPr>
              <w:rPr>
                <w:noProof/>
                <w:lang w:val="ro-RO"/>
              </w:rPr>
            </w:pPr>
            <w:r w:rsidRPr="002F1A8E">
              <w:rPr>
                <w:b/>
                <w:noProof/>
                <w:color w:val="0D5F78"/>
                <w:lang w:val="ro-RO"/>
              </w:rPr>
              <w:t>Solicitantul</w:t>
            </w:r>
          </w:p>
          <w:p w14:paraId="455E75E1" w14:textId="77777777" w:rsidR="001E1635" w:rsidRPr="002F1A8E" w:rsidRDefault="001E1635">
            <w:pPr>
              <w:rPr>
                <w:noProof/>
                <w:lang w:val="ro-RO"/>
              </w:rPr>
            </w:pPr>
          </w:p>
        </w:tc>
        <w:tc>
          <w:tcPr>
            <w:tcW w:w="3212" w:type="dxa"/>
          </w:tcPr>
          <w:p w14:paraId="53DD217D" w14:textId="77777777" w:rsidR="001E1635" w:rsidRPr="002F1A8E" w:rsidRDefault="00000000">
            <w:pPr>
              <w:rPr>
                <w:noProof/>
                <w:lang w:val="ro-RO"/>
              </w:rPr>
            </w:pPr>
            <w:r w:rsidRPr="002F1A8E">
              <w:rPr>
                <w:b/>
                <w:noProof/>
                <w:color w:val="0D5F78"/>
                <w:lang w:val="ro-RO"/>
              </w:rPr>
              <w:t>Semnătura</w:t>
            </w:r>
          </w:p>
          <w:p w14:paraId="655A8FB3" w14:textId="77777777" w:rsidR="001E1635" w:rsidRPr="002F1A8E" w:rsidRDefault="001E1635">
            <w:pPr>
              <w:rPr>
                <w:noProof/>
                <w:lang w:val="ro-RO"/>
              </w:rPr>
            </w:pPr>
          </w:p>
        </w:tc>
      </w:tr>
    </w:tbl>
    <w:p w14:paraId="005090D8" w14:textId="77777777" w:rsidR="001E1635" w:rsidRPr="002F1A8E" w:rsidRDefault="001E1635">
      <w:pPr>
        <w:spacing w:line="168" w:lineRule="auto"/>
        <w:rPr>
          <w:noProof/>
          <w:lang w:val="ro-RO"/>
        </w:rPr>
      </w:pPr>
    </w:p>
    <w:sectPr w:rsidR="001E1635" w:rsidRPr="002F1A8E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83E17" w14:textId="77777777" w:rsidR="00250FEB" w:rsidRDefault="00250FEB">
      <w:r>
        <w:separator/>
      </w:r>
    </w:p>
  </w:endnote>
  <w:endnote w:type="continuationSeparator" w:id="0">
    <w:p w14:paraId="3FCDD91E" w14:textId="77777777" w:rsidR="00250FEB" w:rsidRDefault="00250F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8E5FA" w14:textId="77777777" w:rsidR="001E1635" w:rsidRDefault="00000000">
    <w:pPr>
      <w:pStyle w:val="Subsol"/>
      <w:tabs>
        <w:tab w:val="right" w:pos="9639"/>
      </w:tabs>
    </w:pPr>
    <w:r>
      <w:rPr>
        <w:color w:val="595959"/>
      </w:rPr>
      <w:t>F_CU_02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6257C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6257C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94C98" w14:textId="77777777" w:rsidR="00250FEB" w:rsidRDefault="00250FEB">
      <w:r>
        <w:separator/>
      </w:r>
    </w:p>
  </w:footnote>
  <w:footnote w:type="continuationSeparator" w:id="0">
    <w:p w14:paraId="517CEB6F" w14:textId="77777777" w:rsidR="00250FEB" w:rsidRDefault="00250F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0872230">
    <w:abstractNumId w:val="8"/>
  </w:num>
  <w:num w:numId="2" w16cid:durableId="667757946">
    <w:abstractNumId w:val="6"/>
  </w:num>
  <w:num w:numId="3" w16cid:durableId="509612429">
    <w:abstractNumId w:val="5"/>
  </w:num>
  <w:num w:numId="4" w16cid:durableId="2008286866">
    <w:abstractNumId w:val="4"/>
  </w:num>
  <w:num w:numId="5" w16cid:durableId="791560319">
    <w:abstractNumId w:val="7"/>
  </w:num>
  <w:num w:numId="6" w16cid:durableId="190805796">
    <w:abstractNumId w:val="3"/>
  </w:num>
  <w:num w:numId="7" w16cid:durableId="397367673">
    <w:abstractNumId w:val="2"/>
  </w:num>
  <w:num w:numId="8" w16cid:durableId="377894382">
    <w:abstractNumId w:val="1"/>
  </w:num>
  <w:num w:numId="9" w16cid:durableId="1696073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1635"/>
    <w:rsid w:val="00250FEB"/>
    <w:rsid w:val="0029639D"/>
    <w:rsid w:val="002F1A8E"/>
    <w:rsid w:val="00326F90"/>
    <w:rsid w:val="005D0A69"/>
    <w:rsid w:val="006257CA"/>
    <w:rsid w:val="006C103E"/>
    <w:rsid w:val="00750B00"/>
    <w:rsid w:val="008B25DE"/>
    <w:rsid w:val="009D782F"/>
    <w:rsid w:val="00A37FAC"/>
    <w:rsid w:val="00AA1D8D"/>
    <w:rsid w:val="00AC5F99"/>
    <w:rsid w:val="00B47730"/>
    <w:rsid w:val="00C50741"/>
    <w:rsid w:val="00CB0664"/>
    <w:rsid w:val="00D509F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71537E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361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Oprea Gheorghe-Daniel</cp:lastModifiedBy>
  <cp:revision>3</cp:revision>
  <cp:lastPrinted>2026-09-16T09:55:00Z</cp:lastPrinted>
  <dcterms:created xsi:type="dcterms:W3CDTF">2013-12-23T23:15:00Z</dcterms:created>
  <dcterms:modified xsi:type="dcterms:W3CDTF">2026-11-02T09:07:00Z</dcterms:modified>
  <cp:category/>
</cp:coreProperties>
</file>