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D36F9" w:rsidRPr="003D36F9" w14:paraId="61197D55" w14:textId="77777777" w:rsidTr="00135FC8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B94254" w14:textId="77777777" w:rsidR="003D36F9" w:rsidRPr="003D36F9" w:rsidRDefault="003D36F9" w:rsidP="00135FC8">
            <w:pPr>
              <w:keepNext/>
              <w:jc w:val="center"/>
              <w:rPr>
                <w:i/>
                <w:noProof/>
                <w:lang w:val="ro-RO"/>
              </w:rPr>
            </w:pPr>
            <w:r w:rsidRPr="003D36F9">
              <w:rPr>
                <w:i/>
                <w:noProof/>
                <w:lang w:val="ro-RO"/>
              </w:rPr>
              <w:t>COMUNA BLĂGEȘTI</w:t>
            </w:r>
          </w:p>
          <w:p w14:paraId="28328435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3506AA1D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Județul</w:t>
            </w:r>
          </w:p>
          <w:p w14:paraId="5BB8F19A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BACĂU</w:t>
            </w:r>
          </w:p>
        </w:tc>
      </w:tr>
      <w:tr w:rsidR="003D36F9" w:rsidRPr="003D36F9" w14:paraId="1D850658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29E9FE4C" w14:textId="77777777" w:rsidR="003D36F9" w:rsidRPr="003D36F9" w:rsidRDefault="003D36F9" w:rsidP="00135FC8">
            <w:pPr>
              <w:rPr>
                <w:noProof/>
                <w:lang w:val="ro-RO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10CD69FA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Autoritatea administrației publice</w:t>
            </w:r>
          </w:p>
          <w:p w14:paraId="3367506C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Comuna Blăgești</w:t>
            </w:r>
          </w:p>
        </w:tc>
      </w:tr>
      <w:tr w:rsidR="003D36F9" w:rsidRPr="003D36F9" w14:paraId="1FC93A31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13511FE9" w14:textId="77777777" w:rsidR="003D36F9" w:rsidRPr="003D36F9" w:rsidRDefault="003D36F9" w:rsidP="00135FC8">
            <w:pPr>
              <w:rPr>
                <w:noProof/>
                <w:lang w:val="ro-RO"/>
              </w:rPr>
            </w:pPr>
          </w:p>
        </w:tc>
        <w:tc>
          <w:tcPr>
            <w:tcW w:w="2409" w:type="dxa"/>
            <w:shd w:val="clear" w:color="auto" w:fill="F0F0F0"/>
          </w:tcPr>
          <w:p w14:paraId="2A41DB21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Cod de identificare fiscală (CIF)</w:t>
            </w:r>
          </w:p>
          <w:p w14:paraId="3B803E48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4834777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1E219F6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Adresa oficială</w:t>
            </w:r>
          </w:p>
          <w:p w14:paraId="1A0AC8FD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sediul · sat Blăgești, com. Blăgești, str. Școlii, nr. 1, jud. Bacău, cod 607065,</w:t>
            </w:r>
          </w:p>
          <w:p w14:paraId="2ACD447D" w14:textId="77777777" w:rsidR="003D36F9" w:rsidRPr="003D36F9" w:rsidRDefault="003D36F9" w:rsidP="00135FC8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tel.: 0334.805.110, e-mail: primaria_blagesti@yahoo.com</w:t>
            </w:r>
          </w:p>
        </w:tc>
      </w:tr>
      <w:tr w:rsidR="003D36F9" w:rsidRPr="003D36F9" w14:paraId="3CFA1031" w14:textId="77777777" w:rsidTr="00135FC8">
        <w:trPr>
          <w:cantSplit/>
          <w:trHeight w:val="510"/>
        </w:trPr>
        <w:tc>
          <w:tcPr>
            <w:tcW w:w="1606" w:type="dxa"/>
            <w:vMerge/>
          </w:tcPr>
          <w:p w14:paraId="05CA27EC" w14:textId="77777777" w:rsidR="003D36F9" w:rsidRPr="003D36F9" w:rsidRDefault="003D36F9" w:rsidP="00135FC8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376A2C1A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Număr de înregistrare</w:t>
            </w:r>
          </w:p>
          <w:p w14:paraId="7F2AB117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shd w:val="clear" w:color="auto" w:fill="F0F0F0"/>
          </w:tcPr>
          <w:p w14:paraId="23D8C2C8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lang w:val="ro-RO"/>
              </w:rPr>
              <w:t>Data</w:t>
            </w:r>
          </w:p>
          <w:p w14:paraId="4DB53D36" w14:textId="77777777" w:rsidR="003D36F9" w:rsidRPr="003D36F9" w:rsidRDefault="003D36F9" w:rsidP="00135FC8">
            <w:pPr>
              <w:keepNext/>
              <w:rPr>
                <w:noProof/>
                <w:lang w:val="ro-RO"/>
              </w:rPr>
            </w:pPr>
          </w:p>
        </w:tc>
      </w:tr>
      <w:tr w:rsidR="003D36F9" w:rsidRPr="003D36F9" w14:paraId="5E5808B7" w14:textId="77777777" w:rsidTr="00135FC8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04BFDE4" w14:textId="77777777" w:rsidR="003D36F9" w:rsidRPr="003D36F9" w:rsidRDefault="003D36F9" w:rsidP="00135FC8">
            <w:pPr>
              <w:rPr>
                <w:noProof/>
                <w:lang w:val="ro-RO"/>
              </w:rPr>
            </w:pPr>
            <w:r w:rsidRPr="003D36F9">
              <w:rPr>
                <w:i/>
                <w:noProof/>
                <w:lang w:val="ro-RO"/>
              </w:rPr>
              <w:t xml:space="preserve"> se completează de autoritate — solicitantul nu scrie în această zonă</w:t>
            </w:r>
          </w:p>
        </w:tc>
      </w:tr>
    </w:tbl>
    <w:p w14:paraId="72533C1B" w14:textId="77777777" w:rsidR="003D36F9" w:rsidRPr="003D36F9" w:rsidRDefault="003D36F9" w:rsidP="003D36F9">
      <w:pPr>
        <w:spacing w:line="168" w:lineRule="auto"/>
        <w:rPr>
          <w:noProof/>
          <w:lang w:val="ro-RO"/>
        </w:rPr>
      </w:pPr>
    </w:p>
    <w:p w14:paraId="6EE796C5" w14:textId="77777777" w:rsidR="00377113" w:rsidRPr="003D36F9" w:rsidRDefault="00000000">
      <w:pPr>
        <w:spacing w:before="140" w:after="40"/>
        <w:jc w:val="center"/>
        <w:rPr>
          <w:noProof/>
          <w:sz w:val="28"/>
          <w:szCs w:val="28"/>
          <w:lang w:val="ro-RO"/>
        </w:rPr>
      </w:pPr>
      <w:r w:rsidRPr="003D36F9">
        <w:rPr>
          <w:b/>
          <w:noProof/>
          <w:sz w:val="28"/>
          <w:szCs w:val="28"/>
          <w:lang w:val="ro-RO"/>
        </w:rPr>
        <w:t>CERERE</w:t>
      </w:r>
    </w:p>
    <w:p w14:paraId="458FF3BC" w14:textId="77777777" w:rsidR="00377113" w:rsidRPr="003D36F9" w:rsidRDefault="00377113">
      <w:pPr>
        <w:spacing w:after="60"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3D36F9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sz w:val="16"/>
                <w:lang w:val="ro-RO"/>
              </w:rPr>
              <w:t xml:space="preserve"> 1. </w:t>
            </w:r>
            <w:r w:rsidRPr="003D36F9">
              <w:rPr>
                <w:b/>
                <w:noProof/>
                <w:color w:val="000000"/>
                <w:sz w:val="18"/>
                <w:lang w:val="ro-RO"/>
              </w:rPr>
              <w:t>CĂTRE</w:t>
            </w:r>
          </w:p>
        </w:tc>
      </w:tr>
      <w:tr w:rsidR="00377113" w:rsidRPr="003D36F9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Instituția</w:t>
            </w:r>
          </w:p>
          <w:p w14:paraId="2863ECC5" w14:textId="6430E22D" w:rsidR="00377113" w:rsidRPr="003D36F9" w:rsidRDefault="003D36F9" w:rsidP="003D36F9">
            <w:pPr>
              <w:keepNext/>
              <w:jc w:val="center"/>
              <w:rPr>
                <w:noProof/>
                <w:lang w:val="ro-RO"/>
              </w:rPr>
            </w:pPr>
            <w:r w:rsidRPr="003D36F9">
              <w:rPr>
                <w:b/>
                <w:bCs/>
                <w:iCs/>
                <w:noProof/>
                <w:lang w:val="ro-RO"/>
              </w:rPr>
              <w:t>PRIMARUL COMUNEI BLĂGEȘTI</w:t>
            </w:r>
          </w:p>
          <w:p w14:paraId="1C7F07C7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D36F9" w:rsidRDefault="00000000">
            <w:pPr>
              <w:spacing w:line="228" w:lineRule="auto"/>
              <w:rPr>
                <w:noProof/>
                <w:lang w:val="ro-RO"/>
              </w:rPr>
            </w:pPr>
            <w:r w:rsidRPr="003D36F9">
              <w:rPr>
                <w:noProof/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:rsidRPr="003D36F9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sz w:val="16"/>
                <w:lang w:val="ro-RO"/>
              </w:rPr>
              <w:t xml:space="preserve"> 2. </w:t>
            </w:r>
            <w:r w:rsidRPr="003D36F9">
              <w:rPr>
                <w:b/>
                <w:noProof/>
                <w:color w:val="000000"/>
                <w:sz w:val="18"/>
                <w:lang w:val="ro-RO"/>
              </w:rPr>
              <w:t>SOLICITANTUL</w:t>
            </w:r>
          </w:p>
        </w:tc>
      </w:tr>
      <w:tr w:rsidR="00377113" w:rsidRPr="003D36F9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Nume și prenume</w:t>
            </w:r>
          </w:p>
          <w:p w14:paraId="492F91CD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0F931FA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CNP</w:t>
            </w:r>
          </w:p>
          <w:p w14:paraId="32FF08C1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noProof/>
                <w:sz w:val="16"/>
                <w:lang w:val="ro-RO"/>
              </w:rPr>
              <w:t xml:space="preserve"> Act de identitate</w:t>
            </w:r>
          </w:p>
        </w:tc>
      </w:tr>
      <w:tr w:rsidR="00377113" w:rsidRPr="003D36F9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Seria</w:t>
            </w:r>
          </w:p>
          <w:p w14:paraId="744D4F37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54E4DCF4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Numărul</w:t>
            </w:r>
          </w:p>
          <w:p w14:paraId="6AFD4CBD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275CF2C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Eliberat de</w:t>
            </w:r>
          </w:p>
          <w:p w14:paraId="4C997CA9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375049A5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La data</w:t>
            </w:r>
          </w:p>
          <w:p w14:paraId="1E260826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noProof/>
                <w:sz w:val="16"/>
                <w:lang w:val="ro-RO"/>
              </w:rPr>
              <w:t xml:space="preserve"> Domiciliul</w:t>
            </w:r>
          </w:p>
        </w:tc>
      </w:tr>
      <w:tr w:rsidR="00377113" w:rsidRPr="003D36F9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Județul</w:t>
            </w:r>
          </w:p>
          <w:p w14:paraId="1815C0EF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1597517E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Municipiul / orașul / comuna</w:t>
            </w:r>
          </w:p>
          <w:p w14:paraId="691DF8E2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3DE1D317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Satul / sectorul</w:t>
            </w:r>
          </w:p>
          <w:p w14:paraId="1B6BDCCB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Strada</w:t>
            </w:r>
          </w:p>
          <w:p w14:paraId="255C5EF4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63B36D30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Nr.</w:t>
            </w:r>
          </w:p>
          <w:p w14:paraId="7570AD44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7EB3F9F1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Sc.</w:t>
            </w:r>
          </w:p>
          <w:p w14:paraId="598896A6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68084122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Et.</w:t>
            </w:r>
          </w:p>
          <w:p w14:paraId="1FB7A599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635895CD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Ap.</w:t>
            </w:r>
          </w:p>
          <w:p w14:paraId="5877D4A7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0825FC30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34487808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1606" w:type="dxa"/>
          </w:tcPr>
          <w:p w14:paraId="5B31A664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Țara</w:t>
            </w:r>
          </w:p>
          <w:p w14:paraId="1AC94237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noProof/>
                <w:sz w:val="16"/>
                <w:lang w:val="ro-RO"/>
              </w:rPr>
              <w:t xml:space="preserve"> Date de contact</w:t>
            </w:r>
          </w:p>
        </w:tc>
      </w:tr>
      <w:tr w:rsidR="00377113" w:rsidRPr="003D36F9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Telefon / fax</w:t>
            </w:r>
          </w:p>
          <w:p w14:paraId="488DB23E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7EFBC837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E-mail</w:t>
            </w:r>
          </w:p>
          <w:p w14:paraId="1C3CE210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</w:tr>
    </w:tbl>
    <w:p w14:paraId="6E863ACA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p w14:paraId="2E8A375E" w14:textId="77777777" w:rsidR="00377113" w:rsidRPr="003D36F9" w:rsidRDefault="00000000">
      <w:pPr>
        <w:spacing w:before="80" w:after="60"/>
        <w:jc w:val="center"/>
        <w:rPr>
          <w:noProof/>
          <w:lang w:val="ro-RO"/>
        </w:rPr>
      </w:pPr>
      <w:r w:rsidRPr="003D36F9">
        <w:rPr>
          <w:noProof/>
          <w:sz w:val="18"/>
          <w:lang w:val="ro-RO"/>
        </w:rPr>
        <w:t>în temeiul art. 257 alin. (17) din Legea nr. 169/2026 privind Codul amenajării teritoriului, urbanismului și construcțiilor,</w:t>
      </w:r>
    </w:p>
    <w:p w14:paraId="21143514" w14:textId="77777777" w:rsidR="00004412" w:rsidRPr="003D36F9" w:rsidRDefault="00000000">
      <w:pPr>
        <w:spacing w:before="80" w:after="60"/>
        <w:jc w:val="center"/>
        <w:rPr>
          <w:b/>
          <w:noProof/>
          <w:color w:val="000000"/>
          <w:sz w:val="18"/>
          <w:lang w:val="ro-RO"/>
        </w:rPr>
      </w:pPr>
      <w:r w:rsidRPr="003D36F9">
        <w:rPr>
          <w:noProof/>
          <w:sz w:val="18"/>
          <w:lang w:val="ro-RO"/>
        </w:rPr>
        <w:t>solicit prelungirea valabilității</w:t>
      </w:r>
      <w:r w:rsidR="00004412" w:rsidRPr="003D36F9">
        <w:rPr>
          <w:b/>
          <w:noProof/>
          <w:color w:val="000000"/>
          <w:sz w:val="18"/>
          <w:lang w:val="ro-RO"/>
        </w:rPr>
        <w:t xml:space="preserve"> </w:t>
      </w:r>
    </w:p>
    <w:p w14:paraId="077ADEDA" w14:textId="5045CE9D" w:rsidR="00377113" w:rsidRPr="003D36F9" w:rsidRDefault="00004412">
      <w:pPr>
        <w:spacing w:before="80" w:after="60"/>
        <w:jc w:val="center"/>
        <w:rPr>
          <w:noProof/>
          <w:sz w:val="20"/>
          <w:szCs w:val="20"/>
          <w:lang w:val="ro-RO"/>
        </w:rPr>
      </w:pPr>
      <w:r w:rsidRPr="003D36F9">
        <w:rPr>
          <w:b/>
          <w:noProof/>
          <w:color w:val="000000"/>
          <w:sz w:val="20"/>
          <w:szCs w:val="20"/>
          <w:lang w:val="ro-RO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:rsidRPr="003D36F9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Nr.</w:t>
            </w:r>
          </w:p>
          <w:p w14:paraId="1491A8A0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32FEB634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Din data</w:t>
            </w:r>
          </w:p>
          <w:p w14:paraId="70A0A594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5621" w:type="dxa"/>
            <w:gridSpan w:val="2"/>
          </w:tcPr>
          <w:p w14:paraId="5DFD23E9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Emis de</w:t>
            </w:r>
          </w:p>
          <w:p w14:paraId="5357994E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Prelungirea solicitată — de la data</w:t>
            </w:r>
          </w:p>
          <w:p w14:paraId="073435BA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78FDD7CA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până la data</w:t>
            </w:r>
          </w:p>
          <w:p w14:paraId="3D4C5B91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</w:tr>
    </w:tbl>
    <w:p w14:paraId="7B9769F8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:rsidRPr="003D36F9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sz w:val="16"/>
                <w:lang w:val="ro-RO"/>
              </w:rPr>
              <w:t xml:space="preserve"> 4. </w:t>
            </w:r>
            <w:r w:rsidRPr="003D36F9">
              <w:rPr>
                <w:b/>
                <w:noProof/>
                <w:color w:val="000000"/>
                <w:sz w:val="18"/>
                <w:lang w:val="ro-RO"/>
              </w:rPr>
              <w:t>IMOBILUL</w:t>
            </w:r>
          </w:p>
        </w:tc>
      </w:tr>
      <w:tr w:rsidR="00377113" w:rsidRPr="003D36F9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2003EB16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noProof/>
                <w:sz w:val="16"/>
                <w:lang w:val="ro-RO"/>
              </w:rPr>
              <w:t xml:space="preserve"> </w: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D36F9">
              <w:rPr>
                <w:noProof/>
                <w:sz w:val="16"/>
                <w:lang w:val="ro-RO"/>
              </w:rPr>
              <w:t xml:space="preserve"> teren     </w: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D36F9">
              <w:rPr>
                <w:noProof/>
                <w:sz w:val="16"/>
                <w:lang w:val="ro-RO"/>
              </w:rPr>
              <w:t xml:space="preserve"> construcții</w:t>
            </w:r>
          </w:p>
        </w:tc>
      </w:tr>
      <w:tr w:rsidR="00377113" w:rsidRPr="003D36F9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Județ</w:t>
            </w:r>
          </w:p>
          <w:p w14:paraId="545515E0" w14:textId="5CB04B9E" w:rsidR="00377113" w:rsidRPr="003D36F9" w:rsidRDefault="003D36F9" w:rsidP="003D36F9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BACĂU</w:t>
            </w:r>
          </w:p>
        </w:tc>
        <w:tc>
          <w:tcPr>
            <w:tcW w:w="3212" w:type="dxa"/>
            <w:gridSpan w:val="2"/>
          </w:tcPr>
          <w:p w14:paraId="5F352457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Municipiu / oraș / comună</w:t>
            </w:r>
          </w:p>
          <w:p w14:paraId="14C00203" w14:textId="56071965" w:rsidR="00377113" w:rsidRPr="003D36F9" w:rsidRDefault="003D36F9" w:rsidP="003D36F9">
            <w:pPr>
              <w:keepNext/>
              <w:jc w:val="center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BLĂGEȘTI</w:t>
            </w:r>
          </w:p>
        </w:tc>
        <w:tc>
          <w:tcPr>
            <w:tcW w:w="3212" w:type="dxa"/>
            <w:gridSpan w:val="2"/>
          </w:tcPr>
          <w:p w14:paraId="2519EFDA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Sat / sector</w:t>
            </w:r>
          </w:p>
          <w:p w14:paraId="6F1351F6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Cod poștal</w:t>
            </w:r>
          </w:p>
          <w:p w14:paraId="0E9D7B3A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4818" w:type="dxa"/>
            <w:gridSpan w:val="3"/>
          </w:tcPr>
          <w:p w14:paraId="4A8D120C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Strada</w:t>
            </w:r>
          </w:p>
          <w:p w14:paraId="20FA361F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803" w:type="dxa"/>
          </w:tcPr>
          <w:p w14:paraId="39FAFBFC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Nr.</w:t>
            </w:r>
          </w:p>
          <w:p w14:paraId="6CA1B947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  <w:tc>
          <w:tcPr>
            <w:tcW w:w="2409" w:type="dxa"/>
          </w:tcPr>
          <w:p w14:paraId="134DC49E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Bl. / sc. / et. / ap.</w:t>
            </w:r>
          </w:p>
          <w:p w14:paraId="297CA390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  <w:tr w:rsidR="00377113" w:rsidRPr="003D36F9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Număr cadastral</w:t>
            </w:r>
          </w:p>
          <w:p w14:paraId="3E14DDE5" w14:textId="77777777" w:rsidR="00377113" w:rsidRPr="003D36F9" w:rsidRDefault="00377113" w:rsidP="003D36F9">
            <w:pPr>
              <w:keepNext/>
              <w:rPr>
                <w:noProof/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Carte funciară nr.</w:t>
            </w:r>
          </w:p>
          <w:p w14:paraId="0636B066" w14:textId="77777777" w:rsidR="00377113" w:rsidRPr="003D36F9" w:rsidRDefault="00377113">
            <w:pPr>
              <w:keepNext/>
              <w:rPr>
                <w:noProof/>
                <w:lang w:val="ro-RO"/>
              </w:rPr>
            </w:pPr>
          </w:p>
        </w:tc>
      </w:tr>
    </w:tbl>
    <w:p w14:paraId="2A5FFFCA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:rsidRPr="003D36F9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sz w:val="16"/>
                <w:lang w:val="ro-RO"/>
              </w:rPr>
              <w:t xml:space="preserve"> 5. </w:t>
            </w:r>
            <w:r w:rsidRPr="003D36F9">
              <w:rPr>
                <w:b/>
                <w:noProof/>
                <w:color w:val="000000"/>
                <w:sz w:val="18"/>
                <w:lang w:val="ro-RO"/>
              </w:rPr>
              <w:t>SE ANEXEAZĂ</w:t>
            </w:r>
          </w:p>
        </w:tc>
      </w:tr>
      <w:tr w:rsidR="00377113" w:rsidRPr="003D36F9" w14:paraId="53555C64" w14:textId="77777777">
        <w:trPr>
          <w:cantSplit/>
        </w:trPr>
        <w:tc>
          <w:tcPr>
            <w:tcW w:w="9636" w:type="dxa"/>
          </w:tcPr>
          <w:p w14:paraId="05B03106" w14:textId="7459E05F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noProof/>
                <w:sz w:val="16"/>
                <w:lang w:val="ro-RO"/>
              </w:rPr>
              <w:t xml:space="preserve"> </w: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D36F9">
              <w:rPr>
                <w:noProof/>
                <w:sz w:val="16"/>
                <w:lang w:val="ro-RO"/>
              </w:rPr>
              <w:t xml:space="preserve"> certificatul de urbanism (în original)     </w: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instrText xml:space="preserve"> FORMCHECKBOX </w:instrText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separate"/>
            </w:r>
            <w:r w:rsidR="003D36F9" w:rsidRPr="00340763">
              <w:rPr>
                <w:rFonts w:ascii="Courier New" w:hAnsi="Courier New" w:cs="Courier New"/>
                <w:sz w:val="16"/>
                <w:szCs w:val="16"/>
                <w:lang w:val="ro-RO"/>
              </w:rPr>
              <w:fldChar w:fldCharType="end"/>
            </w:r>
            <w:r w:rsidRPr="003D36F9">
              <w:rPr>
                <w:noProof/>
                <w:sz w:val="16"/>
                <w:lang w:val="ro-RO"/>
              </w:rPr>
              <w:t xml:space="preserve"> documentul privind achitarea taxei (copie)</w:t>
            </w:r>
          </w:p>
        </w:tc>
      </w:tr>
    </w:tbl>
    <w:p w14:paraId="0CC63E6D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:rsidRPr="003D36F9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Pr="003D36F9" w:rsidRDefault="00000000">
            <w:pPr>
              <w:keepNext/>
              <w:rPr>
                <w:noProof/>
                <w:lang w:val="ro-RO"/>
              </w:rPr>
            </w:pPr>
            <w:r w:rsidRPr="003D36F9">
              <w:rPr>
                <w:b/>
                <w:noProof/>
                <w:sz w:val="16"/>
                <w:lang w:val="ro-RO"/>
              </w:rPr>
              <w:t xml:space="preserve"> 6. </w:t>
            </w:r>
            <w:r w:rsidRPr="003D36F9">
              <w:rPr>
                <w:b/>
                <w:noProof/>
                <w:color w:val="000000"/>
                <w:sz w:val="18"/>
                <w:lang w:val="ro-RO"/>
              </w:rPr>
              <w:t>DATA ȘI SEMNĂTURA</w:t>
            </w:r>
          </w:p>
        </w:tc>
      </w:tr>
      <w:tr w:rsidR="00377113" w:rsidRPr="003D36F9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Data</w:t>
            </w:r>
          </w:p>
          <w:p w14:paraId="6A45905A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  <w:tc>
          <w:tcPr>
            <w:tcW w:w="4818" w:type="dxa"/>
          </w:tcPr>
          <w:p w14:paraId="09BFB97F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Solicitantul</w:t>
            </w:r>
          </w:p>
          <w:p w14:paraId="1B3BE6B9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  <w:tc>
          <w:tcPr>
            <w:tcW w:w="3212" w:type="dxa"/>
          </w:tcPr>
          <w:p w14:paraId="640F19C7" w14:textId="77777777" w:rsidR="00377113" w:rsidRPr="003D36F9" w:rsidRDefault="00000000">
            <w:pPr>
              <w:rPr>
                <w:noProof/>
                <w:lang w:val="ro-RO"/>
              </w:rPr>
            </w:pPr>
            <w:r w:rsidRPr="003D36F9">
              <w:rPr>
                <w:b/>
                <w:noProof/>
                <w:color w:val="0D5F78"/>
                <w:lang w:val="ro-RO"/>
              </w:rPr>
              <w:t>Semnătura</w:t>
            </w:r>
          </w:p>
          <w:p w14:paraId="325CC794" w14:textId="77777777" w:rsidR="00377113" w:rsidRPr="003D36F9" w:rsidRDefault="00377113">
            <w:pPr>
              <w:rPr>
                <w:noProof/>
                <w:lang w:val="ro-RO"/>
              </w:rPr>
            </w:pPr>
          </w:p>
        </w:tc>
      </w:tr>
    </w:tbl>
    <w:p w14:paraId="2943DD2B" w14:textId="77777777" w:rsidR="00377113" w:rsidRPr="003D36F9" w:rsidRDefault="00377113">
      <w:pPr>
        <w:spacing w:line="168" w:lineRule="auto"/>
        <w:rPr>
          <w:noProof/>
          <w:lang w:val="ro-RO"/>
        </w:rPr>
      </w:pPr>
    </w:p>
    <w:sectPr w:rsidR="00377113" w:rsidRPr="003D36F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6B5B" w14:textId="77777777" w:rsidR="00CE0904" w:rsidRDefault="00CE0904">
      <w:r>
        <w:separator/>
      </w:r>
    </w:p>
  </w:endnote>
  <w:endnote w:type="continuationSeparator" w:id="0">
    <w:p w14:paraId="254C85CF" w14:textId="77777777" w:rsidR="00CE0904" w:rsidRDefault="00CE0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E713" w14:textId="77777777" w:rsidR="00CE0904" w:rsidRDefault="00CE0904">
      <w:r>
        <w:separator/>
      </w:r>
    </w:p>
  </w:footnote>
  <w:footnote w:type="continuationSeparator" w:id="0">
    <w:p w14:paraId="70924B5C" w14:textId="77777777" w:rsidR="00CE0904" w:rsidRDefault="00CE0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3D36F9"/>
    <w:rsid w:val="005D0A69"/>
    <w:rsid w:val="006C103E"/>
    <w:rsid w:val="00AA1D8D"/>
    <w:rsid w:val="00B47730"/>
    <w:rsid w:val="00CB0664"/>
    <w:rsid w:val="00CD60E9"/>
    <w:rsid w:val="00CE09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Oprea Gheorghe-Daniel</cp:lastModifiedBy>
  <cp:revision>2</cp:revision>
  <dcterms:created xsi:type="dcterms:W3CDTF">2013-12-23T23:15:00Z</dcterms:created>
  <dcterms:modified xsi:type="dcterms:W3CDTF">2026-11-02T09:11:00Z</dcterms:modified>
  <cp:category/>
</cp:coreProperties>
</file>