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46778" w:rsidRPr="00340763" w14:paraId="4B480A49" w14:textId="77777777" w:rsidTr="00696BDA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E1F790" w14:textId="77777777" w:rsidR="00C46778" w:rsidRPr="00340763" w:rsidRDefault="00C46778" w:rsidP="00696BDA">
            <w:pPr>
              <w:keepNext/>
              <w:jc w:val="center"/>
              <w:rPr>
                <w:i/>
                <w:lang w:val="ro-RO"/>
              </w:rPr>
            </w:pPr>
            <w:r w:rsidRPr="00340763">
              <w:rPr>
                <w:i/>
                <w:lang w:val="ro-RO"/>
              </w:rPr>
              <w:t>COMUNA BLĂGEȘTI</w:t>
            </w:r>
          </w:p>
          <w:p w14:paraId="5A6B80A0" w14:textId="27CA17E0" w:rsidR="00C46778" w:rsidRPr="00340763" w:rsidRDefault="00C46778" w:rsidP="00696BDA">
            <w:pPr>
              <w:keepNext/>
              <w:jc w:val="center"/>
              <w:rPr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9326366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Județul</w:t>
            </w:r>
          </w:p>
          <w:p w14:paraId="4D1C21C3" w14:textId="77777777" w:rsidR="00C46778" w:rsidRPr="00340763" w:rsidRDefault="00C46778" w:rsidP="00696BDA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>BACĂU</w:t>
            </w:r>
          </w:p>
        </w:tc>
      </w:tr>
      <w:tr w:rsidR="00C46778" w:rsidRPr="00340763" w14:paraId="53FB8B2F" w14:textId="77777777" w:rsidTr="00696BDA">
        <w:trPr>
          <w:cantSplit/>
          <w:trHeight w:val="510"/>
        </w:trPr>
        <w:tc>
          <w:tcPr>
            <w:tcW w:w="1606" w:type="dxa"/>
            <w:vMerge/>
          </w:tcPr>
          <w:p w14:paraId="25BF6132" w14:textId="77777777" w:rsidR="00C46778" w:rsidRPr="00340763" w:rsidRDefault="00C46778" w:rsidP="00696BDA">
            <w:pPr>
              <w:rPr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3A008A5D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Autoritatea administrației publice</w:t>
            </w:r>
          </w:p>
          <w:p w14:paraId="41C8EB66" w14:textId="77777777" w:rsidR="00C46778" w:rsidRPr="00340763" w:rsidRDefault="00C46778" w:rsidP="00696BDA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>Comuna Blăgești</w:t>
            </w:r>
          </w:p>
        </w:tc>
      </w:tr>
      <w:tr w:rsidR="00C46778" w:rsidRPr="00340763" w14:paraId="5C601A06" w14:textId="77777777" w:rsidTr="00696BDA">
        <w:trPr>
          <w:cantSplit/>
          <w:trHeight w:val="510"/>
        </w:trPr>
        <w:tc>
          <w:tcPr>
            <w:tcW w:w="1606" w:type="dxa"/>
            <w:vMerge/>
          </w:tcPr>
          <w:p w14:paraId="74176FD3" w14:textId="77777777" w:rsidR="00C46778" w:rsidRPr="00340763" w:rsidRDefault="00C46778" w:rsidP="00696BDA">
            <w:pPr>
              <w:rPr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4229E51E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Cod de identificare fiscală (CIF)</w:t>
            </w:r>
          </w:p>
          <w:p w14:paraId="5C47864A" w14:textId="77777777" w:rsidR="00C46778" w:rsidRPr="00340763" w:rsidRDefault="00C46778" w:rsidP="00696BDA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EF7AF48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Adresa oficială</w:t>
            </w:r>
          </w:p>
          <w:p w14:paraId="3F0C344C" w14:textId="77777777" w:rsidR="00C46778" w:rsidRPr="00340763" w:rsidRDefault="00C46778" w:rsidP="00696BDA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 xml:space="preserve">sediul · sat Blăgești, </w:t>
            </w:r>
            <w:proofErr w:type="spellStart"/>
            <w:r w:rsidRPr="00340763">
              <w:rPr>
                <w:lang w:val="ro-RO"/>
              </w:rPr>
              <w:t>com</w:t>
            </w:r>
            <w:proofErr w:type="spellEnd"/>
            <w:r w:rsidRPr="00340763">
              <w:rPr>
                <w:lang w:val="ro-RO"/>
              </w:rPr>
              <w:t>. Blăgești, str. Școlii, nr. 1, jud. Bacău, cod 607065,</w:t>
            </w:r>
          </w:p>
          <w:p w14:paraId="523F2AF7" w14:textId="77777777" w:rsidR="00C46778" w:rsidRPr="00340763" w:rsidRDefault="00C46778" w:rsidP="00696BDA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>tel.: 0334.805.110, e-mail: primaria_blagesti@yahoo.com</w:t>
            </w:r>
          </w:p>
        </w:tc>
      </w:tr>
      <w:tr w:rsidR="00C46778" w:rsidRPr="00340763" w14:paraId="79038246" w14:textId="77777777" w:rsidTr="00696BDA">
        <w:trPr>
          <w:cantSplit/>
          <w:trHeight w:val="510"/>
        </w:trPr>
        <w:tc>
          <w:tcPr>
            <w:tcW w:w="1606" w:type="dxa"/>
            <w:vMerge/>
          </w:tcPr>
          <w:p w14:paraId="6DD33F47" w14:textId="77777777" w:rsidR="00C46778" w:rsidRPr="00340763" w:rsidRDefault="00C46778" w:rsidP="00696BDA">
            <w:pPr>
              <w:rPr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5C2F8499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Număr de înregistrare</w:t>
            </w:r>
          </w:p>
          <w:p w14:paraId="25FEBA86" w14:textId="77777777" w:rsidR="00C46778" w:rsidRPr="00340763" w:rsidRDefault="00C46778" w:rsidP="00696BDA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38467175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Data</w:t>
            </w:r>
          </w:p>
          <w:p w14:paraId="017B79FD" w14:textId="77777777" w:rsidR="00C46778" w:rsidRPr="00340763" w:rsidRDefault="00C46778" w:rsidP="00696BDA">
            <w:pPr>
              <w:keepNext/>
              <w:rPr>
                <w:lang w:val="ro-RO"/>
              </w:rPr>
            </w:pPr>
          </w:p>
        </w:tc>
      </w:tr>
      <w:tr w:rsidR="00C46778" w:rsidRPr="00340763" w14:paraId="066FB0BB" w14:textId="77777777" w:rsidTr="00696BDA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6A9AD72" w14:textId="77777777" w:rsidR="00C46778" w:rsidRPr="00340763" w:rsidRDefault="00C46778" w:rsidP="00696BDA">
            <w:pPr>
              <w:rPr>
                <w:lang w:val="ro-RO"/>
              </w:rPr>
            </w:pPr>
            <w:r w:rsidRPr="00340763">
              <w:rPr>
                <w:i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05DB9FE6" w14:textId="77777777" w:rsidR="00C46778" w:rsidRPr="00340763" w:rsidRDefault="00C46778" w:rsidP="00C46778">
      <w:pPr>
        <w:spacing w:line="168" w:lineRule="auto"/>
        <w:rPr>
          <w:lang w:val="ro-RO"/>
        </w:rPr>
      </w:pPr>
    </w:p>
    <w:p w14:paraId="79F54518" w14:textId="6681477A" w:rsidR="00BD4241" w:rsidRPr="00340763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340763">
        <w:rPr>
          <w:b/>
          <w:sz w:val="28"/>
          <w:szCs w:val="28"/>
          <w:lang w:val="ro-RO"/>
        </w:rPr>
        <w:t>CERERE</w:t>
      </w:r>
    </w:p>
    <w:p w14:paraId="5168B443" w14:textId="77777777" w:rsidR="00BD4241" w:rsidRPr="00340763" w:rsidRDefault="00BD4241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46778" w:rsidRPr="00340763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t xml:space="preserve"> 1. </w:t>
            </w:r>
            <w:r w:rsidRPr="00340763">
              <w:rPr>
                <w:b/>
                <w:sz w:val="18"/>
                <w:lang w:val="ro-RO"/>
              </w:rPr>
              <w:t>CĂTRE</w:t>
            </w:r>
          </w:p>
        </w:tc>
      </w:tr>
      <w:tr w:rsidR="00C46778" w:rsidRPr="00340763" w14:paraId="7AB29200" w14:textId="77777777" w:rsidTr="00696BDA">
        <w:trPr>
          <w:cantSplit/>
          <w:trHeight w:val="510"/>
        </w:trPr>
        <w:tc>
          <w:tcPr>
            <w:tcW w:w="9636" w:type="dxa"/>
          </w:tcPr>
          <w:p w14:paraId="03CA2E29" w14:textId="77777777" w:rsidR="00C46778" w:rsidRPr="00340763" w:rsidRDefault="00C46778" w:rsidP="00696BDA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Instituția</w:t>
            </w:r>
          </w:p>
          <w:p w14:paraId="7E59A080" w14:textId="77777777" w:rsidR="00C46778" w:rsidRPr="00340763" w:rsidRDefault="00C46778" w:rsidP="00696BDA">
            <w:pPr>
              <w:keepNext/>
              <w:jc w:val="center"/>
              <w:rPr>
                <w:b/>
                <w:bCs/>
                <w:iCs/>
                <w:lang w:val="ro-RO"/>
              </w:rPr>
            </w:pPr>
            <w:r w:rsidRPr="00340763">
              <w:rPr>
                <w:b/>
                <w:bCs/>
                <w:iCs/>
                <w:lang w:val="ro-RO"/>
              </w:rPr>
              <w:t>PRIMARUL COMUNEI BLĂGEȘTI</w:t>
            </w:r>
          </w:p>
          <w:p w14:paraId="4F6F44E3" w14:textId="77777777" w:rsidR="00C46778" w:rsidRPr="00340763" w:rsidRDefault="00C46778" w:rsidP="00696BDA">
            <w:pPr>
              <w:keepNext/>
              <w:rPr>
                <w:lang w:val="ro-RO"/>
              </w:rPr>
            </w:pPr>
          </w:p>
        </w:tc>
      </w:tr>
      <w:tr w:rsidR="00BD4241" w:rsidRPr="00340763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340763" w:rsidRDefault="00000000">
            <w:pPr>
              <w:spacing w:line="228" w:lineRule="auto"/>
              <w:rPr>
                <w:lang w:val="ro-RO"/>
              </w:rPr>
            </w:pPr>
            <w:r w:rsidRPr="00340763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340763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46778" w:rsidRPr="00340763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t xml:space="preserve"> 2. </w:t>
            </w:r>
            <w:r w:rsidRPr="00340763">
              <w:rPr>
                <w:b/>
                <w:sz w:val="18"/>
                <w:lang w:val="ro-RO"/>
              </w:rPr>
              <w:t>SOLICITANTUL</w:t>
            </w:r>
          </w:p>
        </w:tc>
      </w:tr>
      <w:tr w:rsidR="00C46778" w:rsidRPr="00340763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Nume și prenume</w:t>
            </w:r>
          </w:p>
          <w:p w14:paraId="06BA1AF7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CNP</w:t>
            </w:r>
          </w:p>
          <w:p w14:paraId="6F17B983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Act de identitate</w:t>
            </w:r>
          </w:p>
        </w:tc>
      </w:tr>
      <w:tr w:rsidR="00C46778" w:rsidRPr="00340763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Seria</w:t>
            </w:r>
          </w:p>
          <w:p w14:paraId="2CE8C383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78A133C8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Numărul</w:t>
            </w:r>
          </w:p>
          <w:p w14:paraId="5B4C6C87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Eliberat de</w:t>
            </w:r>
          </w:p>
          <w:p w14:paraId="0D7A84B1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041307A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La data</w:t>
            </w:r>
          </w:p>
          <w:p w14:paraId="4FED784F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Domiciliul</w:t>
            </w:r>
          </w:p>
        </w:tc>
      </w:tr>
      <w:tr w:rsidR="00C46778" w:rsidRPr="00340763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Județul</w:t>
            </w:r>
          </w:p>
          <w:p w14:paraId="02B03665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Municipiul / orașul / comuna</w:t>
            </w:r>
          </w:p>
          <w:p w14:paraId="12749B16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Satul / sectorul</w:t>
            </w:r>
          </w:p>
          <w:p w14:paraId="08E7A1B8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Strada</w:t>
            </w:r>
          </w:p>
          <w:p w14:paraId="747EBF17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D75DCFA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Nr.</w:t>
            </w:r>
          </w:p>
          <w:p w14:paraId="6DAB33F7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5BF58011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Sc.</w:t>
            </w:r>
          </w:p>
          <w:p w14:paraId="743EF765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EA5DB1F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Et.</w:t>
            </w:r>
          </w:p>
          <w:p w14:paraId="2BD410CD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1954877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Ap.</w:t>
            </w:r>
          </w:p>
          <w:p w14:paraId="5709B55A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A7F1969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Cod poștal</w:t>
            </w:r>
          </w:p>
          <w:p w14:paraId="68FE9CAC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ACD4FEC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Țara</w:t>
            </w:r>
          </w:p>
          <w:p w14:paraId="017FD79F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Date de contact</w:t>
            </w:r>
          </w:p>
        </w:tc>
      </w:tr>
      <w:tr w:rsidR="00C46778" w:rsidRPr="00340763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Telefon / fax</w:t>
            </w:r>
          </w:p>
          <w:p w14:paraId="061FE1EC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E-mail</w:t>
            </w:r>
          </w:p>
          <w:p w14:paraId="53EB2E29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Reprezentare</w:t>
            </w:r>
          </w:p>
        </w:tc>
      </w:tr>
      <w:tr w:rsidR="00C46778" w:rsidRPr="00340763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În calitate de reprezentant al</w:t>
            </w:r>
          </w:p>
          <w:p w14:paraId="6970A0EC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CUI / CIF</w:t>
            </w:r>
          </w:p>
          <w:p w14:paraId="793AF090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BD4241" w:rsidRPr="00340763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221913D" w:rsidR="00BD4241" w:rsidRPr="00340763" w:rsidRDefault="00000000">
            <w:pPr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titular al dreptului de proprietate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împuternicit al titularului</w:t>
            </w:r>
          </w:p>
        </w:tc>
      </w:tr>
    </w:tbl>
    <w:p w14:paraId="0783D327" w14:textId="77777777" w:rsidR="00BD4241" w:rsidRPr="00340763" w:rsidRDefault="00BD4241">
      <w:pPr>
        <w:spacing w:line="168" w:lineRule="auto"/>
        <w:rPr>
          <w:lang w:val="ro-RO"/>
        </w:rPr>
      </w:pPr>
    </w:p>
    <w:p w14:paraId="6748266E" w14:textId="77777777" w:rsidR="00BD4241" w:rsidRPr="00340763" w:rsidRDefault="00000000">
      <w:pPr>
        <w:spacing w:before="80" w:after="60"/>
        <w:jc w:val="center"/>
        <w:rPr>
          <w:lang w:val="ro-RO"/>
        </w:rPr>
      </w:pPr>
      <w:r w:rsidRPr="00340763">
        <w:rPr>
          <w:sz w:val="18"/>
          <w:lang w:val="ro-RO"/>
        </w:rPr>
        <w:t>în conformitate cu prevederile Legii nr. 169/2026 privind Codul amenajării teritoriului, urbanismului și construcțiilor,</w:t>
      </w:r>
    </w:p>
    <w:p w14:paraId="55F72AB1" w14:textId="77777777" w:rsidR="00BD4241" w:rsidRPr="00340763" w:rsidRDefault="00000000">
      <w:pPr>
        <w:spacing w:before="80" w:after="60"/>
        <w:jc w:val="center"/>
        <w:rPr>
          <w:lang w:val="ro-RO"/>
        </w:rPr>
      </w:pPr>
      <w:r w:rsidRPr="00340763">
        <w:rPr>
          <w:sz w:val="18"/>
          <w:lang w:val="ro-RO"/>
        </w:rPr>
        <w:t>solicit emiterea</w:t>
      </w:r>
    </w:p>
    <w:p w14:paraId="458BA7BA" w14:textId="77777777" w:rsidR="00917520" w:rsidRPr="00340763" w:rsidRDefault="00000000">
      <w:pPr>
        <w:spacing w:after="160"/>
        <w:jc w:val="center"/>
        <w:rPr>
          <w:b/>
          <w:sz w:val="20"/>
          <w:lang w:val="ro-RO"/>
        </w:rPr>
      </w:pPr>
      <w:r w:rsidRPr="00340763">
        <w:rPr>
          <w:b/>
          <w:sz w:val="20"/>
          <w:lang w:val="ro-RO"/>
        </w:rPr>
        <w:t>CERTIFICATULUI DE URBANISM</w:t>
      </w:r>
    </w:p>
    <w:p w14:paraId="062DB540" w14:textId="00B1F188" w:rsidR="00BD4241" w:rsidRPr="00340763" w:rsidRDefault="00000000">
      <w:pPr>
        <w:spacing w:after="160"/>
        <w:jc w:val="center"/>
        <w:rPr>
          <w:b/>
          <w:sz w:val="20"/>
          <w:lang w:val="ro-RO"/>
        </w:rPr>
      </w:pPr>
      <w:r w:rsidRPr="00340763">
        <w:rPr>
          <w:b/>
          <w:sz w:val="20"/>
          <w:lang w:val="ro-RO"/>
        </w:rPr>
        <w:t xml:space="preserve"> PENTRU</w:t>
      </w:r>
    </w:p>
    <w:p w14:paraId="44A1332E" w14:textId="48374482" w:rsidR="00462384" w:rsidRPr="00340763" w:rsidRDefault="00C46778">
      <w:pPr>
        <w:spacing w:after="160"/>
        <w:jc w:val="center"/>
        <w:rPr>
          <w:b/>
          <w:sz w:val="20"/>
          <w:lang w:val="ro-RO"/>
        </w:rPr>
      </w:pP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Pr="00340763">
        <w:rPr>
          <w:sz w:val="16"/>
          <w:szCs w:val="16"/>
          <w:lang w:val="ro-RO"/>
        </w:rPr>
        <w:t xml:space="preserve"> </w:t>
      </w:r>
      <w:r w:rsidR="00917520" w:rsidRPr="00340763">
        <w:rPr>
          <w:rFonts w:ascii="Segoe UI Symbol" w:hAnsi="Segoe UI Symbol" w:cs="Segoe UI Symbol"/>
          <w:sz w:val="16"/>
          <w:lang w:val="ro-RO"/>
        </w:rPr>
        <w:t xml:space="preserve"> </w:t>
      </w:r>
      <w:r w:rsidR="00462384" w:rsidRPr="00340763">
        <w:rPr>
          <w:b/>
          <w:sz w:val="20"/>
          <w:lang w:val="ro-RO"/>
        </w:rPr>
        <w:t xml:space="preserve">CONSTRUIRE / </w:t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Pr="00340763">
        <w:rPr>
          <w:sz w:val="16"/>
          <w:szCs w:val="16"/>
          <w:lang w:val="ro-RO"/>
        </w:rPr>
        <w:t xml:space="preserve"> </w:t>
      </w:r>
      <w:r w:rsidR="00917520" w:rsidRPr="00340763">
        <w:rPr>
          <w:rFonts w:ascii="Segoe UI Symbol" w:hAnsi="Segoe UI Symbol" w:cs="Segoe UI Symbol"/>
          <w:sz w:val="16"/>
          <w:lang w:val="ro-RO"/>
        </w:rPr>
        <w:t xml:space="preserve"> </w:t>
      </w:r>
      <w:r w:rsidR="00462384" w:rsidRPr="00340763">
        <w:rPr>
          <w:b/>
          <w:sz w:val="20"/>
          <w:lang w:val="ro-RO"/>
        </w:rPr>
        <w:t>DESFIINȚARE</w:t>
      </w:r>
    </w:p>
    <w:p w14:paraId="6BCF1DD1" w14:textId="5E62E018" w:rsidR="00A256C2" w:rsidRPr="00340763" w:rsidRDefault="00C46778" w:rsidP="00462384">
      <w:pPr>
        <w:spacing w:after="160"/>
        <w:jc w:val="center"/>
        <w:rPr>
          <w:lang w:val="ro-RO"/>
        </w:rPr>
      </w:pP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Pr="00340763">
        <w:rPr>
          <w:sz w:val="16"/>
          <w:szCs w:val="16"/>
          <w:lang w:val="ro-RO"/>
        </w:rPr>
        <w:t xml:space="preserve"> </w:t>
      </w:r>
      <w:r w:rsidR="00A256C2" w:rsidRPr="00340763">
        <w:rPr>
          <w:sz w:val="16"/>
          <w:lang w:val="ro-RO"/>
        </w:rPr>
        <w:t xml:space="preserve"> pentru clădiri și amenajări  </w:t>
      </w:r>
      <w:r w:rsidR="00917520" w:rsidRPr="00340763">
        <w:rPr>
          <w:sz w:val="16"/>
          <w:lang w:val="ro-RO"/>
        </w:rPr>
        <w:t>/</w:t>
      </w:r>
      <w:r w:rsidR="00A256C2" w:rsidRPr="00340763">
        <w:rPr>
          <w:sz w:val="16"/>
          <w:lang w:val="ro-RO"/>
        </w:rPr>
        <w:t xml:space="preserve">   </w:t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Pr="00340763">
        <w:rPr>
          <w:sz w:val="16"/>
          <w:szCs w:val="16"/>
          <w:lang w:val="ro-RO"/>
        </w:rPr>
        <w:t xml:space="preserve"> </w:t>
      </w:r>
      <w:r w:rsidR="00462384" w:rsidRPr="00340763">
        <w:rPr>
          <w:sz w:val="16"/>
          <w:lang w:val="ro-RO"/>
        </w:rPr>
        <w:t xml:space="preserve"> lucrări inginerești</w:t>
      </w:r>
      <w:r w:rsidR="00462384" w:rsidRPr="00340763">
        <w:rPr>
          <w:lang w:val="ro-RO"/>
        </w:rPr>
        <w:t xml:space="preserve">  </w:t>
      </w:r>
      <w:r w:rsidR="00917520" w:rsidRPr="00340763">
        <w:rPr>
          <w:lang w:val="ro-RO"/>
        </w:rPr>
        <w:t>/</w:t>
      </w:r>
      <w:r w:rsidR="00462384" w:rsidRPr="00340763">
        <w:rPr>
          <w:lang w:val="ro-RO"/>
        </w:rPr>
        <w:t xml:space="preserve">   </w:t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Pr="00340763">
        <w:rPr>
          <w:sz w:val="16"/>
          <w:szCs w:val="16"/>
          <w:lang w:val="ro-RO"/>
        </w:rPr>
        <w:t xml:space="preserve"> </w:t>
      </w:r>
      <w:r w:rsidR="00A256C2" w:rsidRPr="00340763">
        <w:rPr>
          <w:sz w:val="16"/>
          <w:lang w:val="ro-RO"/>
        </w:rPr>
        <w:t xml:space="preserve"> pentru construc</w:t>
      </w:r>
      <w:r w:rsidR="00A256C2" w:rsidRPr="00340763">
        <w:rPr>
          <w:rFonts w:cs="Times New Roman"/>
          <w:sz w:val="16"/>
          <w:lang w:val="ro-RO"/>
        </w:rPr>
        <w:t>ț</w:t>
      </w:r>
      <w:r w:rsidR="00A256C2" w:rsidRPr="00340763">
        <w:rPr>
          <w:sz w:val="16"/>
          <w:lang w:val="ro-RO"/>
        </w:rPr>
        <w:t>ii cu caracter special</w:t>
      </w:r>
    </w:p>
    <w:p w14:paraId="386D6A02" w14:textId="77777777" w:rsidR="00BD4241" w:rsidRPr="00340763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46778" w:rsidRPr="00340763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în </w:t>
            </w:r>
            <w:r w:rsidR="00A256C2" w:rsidRPr="00340763">
              <w:rPr>
                <w:sz w:val="16"/>
                <w:lang w:val="ro-RO"/>
              </w:rPr>
              <w:t>vederea realizării obiectivului de investiții</w:t>
            </w:r>
            <w:r w:rsidRPr="00340763">
              <w:rPr>
                <w:sz w:val="16"/>
                <w:lang w:val="ro-RO"/>
              </w:rPr>
              <w:t>:</w:t>
            </w:r>
          </w:p>
        </w:tc>
      </w:tr>
      <w:tr w:rsidR="00BD4241" w:rsidRPr="00340763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340763" w:rsidRDefault="00BD4241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0B54D5C1" w14:textId="77777777" w:rsidR="00BD4241" w:rsidRPr="00340763" w:rsidRDefault="00BD4241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19288D7C" w14:textId="77777777" w:rsidR="00BD4241" w:rsidRPr="00340763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C46778" w:rsidRPr="00340763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t xml:space="preserve"> 3. </w:t>
            </w:r>
            <w:r w:rsidRPr="00340763">
              <w:rPr>
                <w:b/>
                <w:sz w:val="18"/>
                <w:lang w:val="ro-RO"/>
              </w:rPr>
              <w:t>IMOBILUL/ELE</w:t>
            </w:r>
          </w:p>
        </w:tc>
      </w:tr>
      <w:tr w:rsidR="00C46778" w:rsidRPr="00340763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1334A762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teren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construcții</w:t>
            </w:r>
          </w:p>
        </w:tc>
      </w:tr>
      <w:tr w:rsidR="00C46778" w:rsidRPr="00340763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Județ</w:t>
            </w:r>
          </w:p>
          <w:p w14:paraId="1B01471E" w14:textId="2514BB05" w:rsidR="00BD4241" w:rsidRPr="00340763" w:rsidRDefault="00C46778" w:rsidP="00C46778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>BACĂU</w:t>
            </w:r>
          </w:p>
        </w:tc>
        <w:tc>
          <w:tcPr>
            <w:tcW w:w="3212" w:type="dxa"/>
            <w:gridSpan w:val="3"/>
          </w:tcPr>
          <w:p w14:paraId="1B1218BA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Municipiu / oraș / comună</w:t>
            </w:r>
          </w:p>
          <w:p w14:paraId="204B4E58" w14:textId="6FF09505" w:rsidR="00BD4241" w:rsidRPr="00340763" w:rsidRDefault="00C46778" w:rsidP="00C46778">
            <w:pPr>
              <w:keepNext/>
              <w:jc w:val="center"/>
              <w:rPr>
                <w:lang w:val="ro-RO"/>
              </w:rPr>
            </w:pPr>
            <w:r w:rsidRPr="00340763">
              <w:rPr>
                <w:lang w:val="ro-RO"/>
              </w:rPr>
              <w:t>BLĂGEȘTI</w:t>
            </w:r>
          </w:p>
        </w:tc>
        <w:tc>
          <w:tcPr>
            <w:tcW w:w="3212" w:type="dxa"/>
            <w:gridSpan w:val="2"/>
          </w:tcPr>
          <w:p w14:paraId="04095758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Sat / sector</w:t>
            </w:r>
          </w:p>
          <w:p w14:paraId="7568887B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Cod poștal</w:t>
            </w:r>
          </w:p>
          <w:p w14:paraId="0DE8BF00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Strada</w:t>
            </w:r>
          </w:p>
          <w:p w14:paraId="14FD81C0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5C6769DB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Nr.</w:t>
            </w:r>
          </w:p>
          <w:p w14:paraId="0654DEDD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00F671C5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Bl. / sc. / et. / ap.</w:t>
            </w:r>
          </w:p>
          <w:p w14:paraId="09774FDD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C46778" w:rsidRPr="00340763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Număr cadastral/ele</w:t>
            </w:r>
          </w:p>
          <w:p w14:paraId="2A482E4D" w14:textId="77777777" w:rsidR="00BD4241" w:rsidRPr="00340763" w:rsidRDefault="00BD4241" w:rsidP="00C46778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Carte funciară nr.</w:t>
            </w:r>
          </w:p>
          <w:p w14:paraId="5C821E97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  <w:tr w:rsidR="00BD4241" w:rsidRPr="00340763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Suprafața terenului (m²)</w:t>
            </w:r>
          </w:p>
          <w:p w14:paraId="7A8081F1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lang w:val="ro-RO"/>
              </w:rPr>
              <w:t>Suprafața construcției (m²)</w:t>
            </w:r>
          </w:p>
          <w:p w14:paraId="12AE18A8" w14:textId="77777777" w:rsidR="00BD4241" w:rsidRPr="00340763" w:rsidRDefault="00BD4241">
            <w:pPr>
              <w:keepNext/>
              <w:rPr>
                <w:lang w:val="ro-RO"/>
              </w:rPr>
            </w:pPr>
          </w:p>
        </w:tc>
      </w:tr>
    </w:tbl>
    <w:p w14:paraId="05AFE76A" w14:textId="77777777" w:rsidR="00BD4241" w:rsidRPr="00340763" w:rsidRDefault="00BD4241">
      <w:pPr>
        <w:spacing w:line="168" w:lineRule="auto"/>
        <w:rPr>
          <w:lang w:val="ro-RO"/>
        </w:rPr>
      </w:pPr>
    </w:p>
    <w:p w14:paraId="484D8D92" w14:textId="77777777" w:rsidR="00BD4241" w:rsidRPr="00340763" w:rsidRDefault="00000000">
      <w:pPr>
        <w:rPr>
          <w:lang w:val="ro-RO"/>
        </w:rPr>
      </w:pPr>
      <w:r w:rsidRPr="00340763">
        <w:rPr>
          <w:lang w:val="ro-RO"/>
        </w:rP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46778" w:rsidRPr="00340763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lastRenderedPageBreak/>
              <w:t xml:space="preserve"> 4. </w:t>
            </w:r>
            <w:r w:rsidRPr="00340763">
              <w:rPr>
                <w:b/>
                <w:sz w:val="18"/>
                <w:lang w:val="ro-RO"/>
              </w:rPr>
              <w:t>ÎNCADRAREA LUCRĂRILOR</w:t>
            </w:r>
          </w:p>
        </w:tc>
      </w:tr>
      <w:tr w:rsidR="00C46778" w:rsidRPr="00340763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340763" w:rsidRDefault="00000000">
            <w:pPr>
              <w:keepNext/>
              <w:rPr>
                <w:b/>
                <w:bCs/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Pr="00340763">
              <w:rPr>
                <w:b/>
                <w:bCs/>
                <w:sz w:val="16"/>
                <w:lang w:val="ro-RO"/>
              </w:rPr>
              <w:t>A · Lucrări de construcții noi</w:t>
            </w:r>
          </w:p>
        </w:tc>
      </w:tr>
      <w:tr w:rsidR="00C46778" w:rsidRPr="00340763" w14:paraId="4CBB7AF4" w14:textId="77777777">
        <w:trPr>
          <w:cantSplit/>
        </w:trPr>
        <w:tc>
          <w:tcPr>
            <w:tcW w:w="9636" w:type="dxa"/>
          </w:tcPr>
          <w:p w14:paraId="62395695" w14:textId="00D3B725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clădiri civile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clădiri industriale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clădiri agricole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construcții cu caracter special</w:t>
            </w:r>
          </w:p>
        </w:tc>
      </w:tr>
      <w:tr w:rsidR="00C46778" w:rsidRPr="00340763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917520" w:rsidRPr="00340763">
              <w:rPr>
                <w:sz w:val="16"/>
                <w:lang w:val="ro-RO"/>
              </w:rPr>
              <w:t>r</w:t>
            </w:r>
            <w:r w:rsidRPr="00340763">
              <w:rPr>
                <w:sz w:val="16"/>
                <w:lang w:val="ro-RO"/>
              </w:rPr>
              <w:t>ealizate</w:t>
            </w:r>
            <w:r w:rsidR="00A256C2" w:rsidRPr="00340763">
              <w:rPr>
                <w:sz w:val="16"/>
                <w:lang w:val="ro-RO"/>
              </w:rPr>
              <w:t xml:space="preserve"> (se va bifa, în </w:t>
            </w:r>
            <w:proofErr w:type="spellStart"/>
            <w:r w:rsidR="00A256C2" w:rsidRPr="00340763">
              <w:rPr>
                <w:sz w:val="16"/>
                <w:lang w:val="ro-RO"/>
              </w:rPr>
              <w:t>masura</w:t>
            </w:r>
            <w:proofErr w:type="spellEnd"/>
            <w:r w:rsidR="00A256C2" w:rsidRPr="00340763">
              <w:rPr>
                <w:sz w:val="16"/>
                <w:lang w:val="ro-RO"/>
              </w:rPr>
              <w:t xml:space="preserve"> în care sunt cunoscute solicitantului informațiile cu privire la amplasarea în zona de protecție/protejată) </w:t>
            </w:r>
            <w:r w:rsidRPr="00340763">
              <w:rPr>
                <w:sz w:val="16"/>
                <w:lang w:val="ro-RO"/>
              </w:rPr>
              <w:t>:</w:t>
            </w:r>
          </w:p>
        </w:tc>
      </w:tr>
      <w:tr w:rsidR="00C46778" w:rsidRPr="00340763" w14:paraId="16707DF8" w14:textId="77777777">
        <w:trPr>
          <w:cantSplit/>
        </w:trPr>
        <w:tc>
          <w:tcPr>
            <w:tcW w:w="9636" w:type="dxa"/>
          </w:tcPr>
          <w:p w14:paraId="1830A858" w14:textId="446CA53C" w:rsidR="00A256C2" w:rsidRPr="00340763" w:rsidRDefault="00000000">
            <w:pPr>
              <w:keepNext/>
              <w:rPr>
                <w:sz w:val="16"/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în afara zonei de protecție a monumentelor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în zona de protecție a monumentelor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în afara zonelor construite protejate     </w:t>
            </w:r>
          </w:p>
          <w:p w14:paraId="7336BFFF" w14:textId="34B325BA" w:rsidR="00BD4241" w:rsidRPr="00340763" w:rsidRDefault="00A256C2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în zone construite protejate                         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nu sunt cunoscute solicitantului astfel de informații     </w:t>
            </w:r>
          </w:p>
        </w:tc>
      </w:tr>
      <w:tr w:rsidR="00C46778" w:rsidRPr="00340763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340763" w:rsidRDefault="00000000">
            <w:pPr>
              <w:keepNext/>
              <w:rPr>
                <w:b/>
                <w:bCs/>
                <w:sz w:val="16"/>
                <w:lang w:val="ro-RO"/>
              </w:rPr>
            </w:pPr>
            <w:r w:rsidRPr="00340763">
              <w:rPr>
                <w:b/>
                <w:bCs/>
                <w:sz w:val="16"/>
                <w:lang w:val="ro-RO"/>
              </w:rPr>
              <w:t xml:space="preserve"> B</w:t>
            </w:r>
            <w:r w:rsidR="00917520" w:rsidRPr="00340763">
              <w:rPr>
                <w:b/>
                <w:bCs/>
                <w:sz w:val="16"/>
                <w:lang w:val="ro-RO"/>
              </w:rPr>
              <w:t>.</w:t>
            </w:r>
            <w:r w:rsidRPr="00340763">
              <w:rPr>
                <w:b/>
                <w:bCs/>
                <w:sz w:val="16"/>
                <w:lang w:val="ro-RO"/>
              </w:rPr>
              <w:t xml:space="preserve"> ·Intervenții asupra construcțiilor existente</w:t>
            </w:r>
            <w:r w:rsidR="00917520" w:rsidRPr="00340763">
              <w:rPr>
                <w:b/>
                <w:bCs/>
                <w:sz w:val="16"/>
                <w:lang w:val="ro-RO"/>
              </w:rPr>
              <w:t xml:space="preserve"> realizate : </w:t>
            </w:r>
          </w:p>
          <w:p w14:paraId="749D5A7F" w14:textId="6148DED6" w:rsidR="00BD4241" w:rsidRPr="00340763" w:rsidRDefault="00917520">
            <w:pPr>
              <w:keepNext/>
              <w:rPr>
                <w:b/>
                <w:bCs/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</w:t>
            </w:r>
            <w:r w:rsidRPr="00340763">
              <w:rPr>
                <w:b/>
                <w:bCs/>
                <w:sz w:val="16"/>
                <w:lang w:val="ro-RO"/>
              </w:rPr>
              <w:t>B.1. la alte clădiri decât cele prevăzute la lit. B.2) și B.3)</w:t>
            </w:r>
          </w:p>
        </w:tc>
      </w:tr>
      <w:tr w:rsidR="00C46778" w:rsidRPr="00340763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1C82CCE5" w:rsidR="00BD4241" w:rsidRPr="00340763" w:rsidRDefault="00000000">
            <w:pPr>
              <w:keepNext/>
              <w:rPr>
                <w:b/>
                <w:bCs/>
                <w:sz w:val="16"/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="00917520" w:rsidRPr="00340763">
              <w:rPr>
                <w:sz w:val="16"/>
                <w:lang w:val="ro-RO"/>
              </w:rPr>
              <w:t xml:space="preserve"> </w:t>
            </w:r>
            <w:r w:rsidRPr="00340763">
              <w:rPr>
                <w:b/>
                <w:bCs/>
                <w:sz w:val="16"/>
                <w:lang w:val="ro-RO"/>
              </w:rPr>
              <w:t xml:space="preserve">B.2 </w:t>
            </w:r>
            <w:r w:rsidR="00917520" w:rsidRPr="00340763">
              <w:rPr>
                <w:b/>
                <w:bCs/>
                <w:sz w:val="16"/>
                <w:lang w:val="ro-RO"/>
              </w:rPr>
              <w:t>.</w:t>
            </w:r>
            <w:r w:rsidRPr="00340763">
              <w:rPr>
                <w:b/>
                <w:bCs/>
                <w:sz w:val="16"/>
                <w:lang w:val="ro-RO"/>
              </w:rPr>
              <w:t>·l</w:t>
            </w:r>
            <w:r w:rsidR="00917520" w:rsidRPr="00340763">
              <w:rPr>
                <w:b/>
                <w:bCs/>
                <w:sz w:val="16"/>
                <w:lang w:val="ro-RO"/>
              </w:rPr>
              <w:t>a construcții</w:t>
            </w:r>
            <w:r w:rsidRPr="00340763">
              <w:rPr>
                <w:b/>
                <w:bCs/>
                <w:sz w:val="16"/>
                <w:lang w:val="ro-RO"/>
              </w:rPr>
              <w:t>:</w:t>
            </w:r>
          </w:p>
        </w:tc>
      </w:tr>
      <w:tr w:rsidR="00C46778" w:rsidRPr="00340763" w14:paraId="38C10CCA" w14:textId="77777777">
        <w:trPr>
          <w:cantSplit/>
        </w:trPr>
        <w:tc>
          <w:tcPr>
            <w:tcW w:w="9636" w:type="dxa"/>
          </w:tcPr>
          <w:p w14:paraId="4A7D01F6" w14:textId="6D531229" w:rsidR="00BD4241" w:rsidRPr="00340763" w:rsidRDefault="00C46778">
            <w:pPr>
              <w:keepNext/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C46778" w:rsidRPr="00340763" w14:paraId="68A8984F" w14:textId="77777777">
        <w:trPr>
          <w:cantSplit/>
        </w:trPr>
        <w:tc>
          <w:tcPr>
            <w:tcW w:w="9636" w:type="dxa"/>
          </w:tcPr>
          <w:p w14:paraId="611473BA" w14:textId="226A9D24" w:rsidR="00BD4241" w:rsidRPr="00340763" w:rsidRDefault="00C46778">
            <w:pPr>
              <w:keepNext/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aflate în zona de protecție a monumentelor istorice</w:t>
            </w:r>
          </w:p>
        </w:tc>
      </w:tr>
      <w:tr w:rsidR="00C46778" w:rsidRPr="00340763" w14:paraId="2E03D770" w14:textId="77777777">
        <w:trPr>
          <w:cantSplit/>
        </w:trPr>
        <w:tc>
          <w:tcPr>
            <w:tcW w:w="9636" w:type="dxa"/>
          </w:tcPr>
          <w:p w14:paraId="26E80490" w14:textId="3DE5FDE0" w:rsidR="00BD4241" w:rsidRPr="00340763" w:rsidRDefault="00C46778">
            <w:pPr>
              <w:keepNext/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aflate în zone construite protejate, stabilite potrivit legii</w:t>
            </w:r>
          </w:p>
        </w:tc>
      </w:tr>
      <w:tr w:rsidR="00C46778" w:rsidRPr="00340763" w14:paraId="399BC221" w14:textId="77777777">
        <w:trPr>
          <w:cantSplit/>
        </w:trPr>
        <w:tc>
          <w:tcPr>
            <w:tcW w:w="9636" w:type="dxa"/>
          </w:tcPr>
          <w:p w14:paraId="646CB655" w14:textId="4B8404BB" w:rsidR="00BD4241" w:rsidRPr="00340763" w:rsidRDefault="00C46778">
            <w:pPr>
              <w:keepNext/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cu valoare arhitecturală sau istorică deosebită, stabilite prin documentații de urbanism aprobate</w:t>
            </w:r>
          </w:p>
        </w:tc>
      </w:tr>
      <w:tr w:rsidR="00C46778" w:rsidRPr="00340763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74CA2064" w:rsidR="00BD4241" w:rsidRPr="00340763" w:rsidRDefault="00C46778">
            <w:pPr>
              <w:keepNext/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="00917520" w:rsidRPr="00340763">
              <w:rPr>
                <w:b/>
                <w:bCs/>
                <w:sz w:val="16"/>
                <w:lang w:val="ro-RO"/>
              </w:rPr>
              <w:t xml:space="preserve">  B.3 · la clădiri / construcții cu caracter special</w:t>
            </w:r>
            <w:r w:rsidR="00917520" w:rsidRPr="00340763">
              <w:rPr>
                <w:sz w:val="16"/>
                <w:lang w:val="ro-RO"/>
              </w:rPr>
              <w:t xml:space="preserve">             </w: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="00917520" w:rsidRPr="00340763">
              <w:rPr>
                <w:sz w:val="16"/>
                <w:lang w:val="ro-RO"/>
              </w:rPr>
              <w:t xml:space="preserve"> altele decât cele stabilite la lit. B.2)</w:t>
            </w:r>
          </w:p>
        </w:tc>
      </w:tr>
      <w:tr w:rsidR="00C46778" w:rsidRPr="00340763" w14:paraId="239F77F8" w14:textId="77777777">
        <w:trPr>
          <w:cantSplit/>
        </w:trPr>
        <w:tc>
          <w:tcPr>
            <w:tcW w:w="9636" w:type="dxa"/>
          </w:tcPr>
          <w:p w14:paraId="7D6B977C" w14:textId="27EC400D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917520" w:rsidRPr="00340763">
              <w:rPr>
                <w:sz w:val="16"/>
                <w:lang w:val="ro-RO"/>
              </w:rPr>
              <w:t xml:space="preserve">                                                                                           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="00917520" w:rsidRPr="00340763">
              <w:rPr>
                <w:sz w:val="16"/>
                <w:lang w:val="ro-RO"/>
              </w:rPr>
              <w:t xml:space="preserve"> din categoria celor stabilite la lit. B.2)</w:t>
            </w:r>
          </w:p>
        </w:tc>
      </w:tr>
      <w:tr w:rsidR="00C46778" w:rsidRPr="00340763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C · Amenajări</w:t>
            </w:r>
          </w:p>
        </w:tc>
      </w:tr>
      <w:tr w:rsidR="00C46778" w:rsidRPr="00340763" w14:paraId="34F7FA5C" w14:textId="77777777">
        <w:trPr>
          <w:cantSplit/>
        </w:trPr>
        <w:tc>
          <w:tcPr>
            <w:tcW w:w="9636" w:type="dxa"/>
          </w:tcPr>
          <w:p w14:paraId="4CFD8584" w14:textId="014ABF30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amenajări civile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amenajări și îmbunătățiri funciare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construcții provizorii / cu caracter temporar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cercetarea / prospectarea terenurilor, foraje, excavări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cercetări pentru zăcăminte naturale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spații verzi, plantate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spații publice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organizare de șantier</w:t>
            </w:r>
          </w:p>
        </w:tc>
      </w:tr>
      <w:tr w:rsidR="00C46778" w:rsidRPr="00340763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D · Lucrări inginerești</w:t>
            </w:r>
          </w:p>
        </w:tc>
      </w:tr>
      <w:tr w:rsidR="00BD4241" w:rsidRPr="00340763" w14:paraId="4831990D" w14:textId="77777777">
        <w:trPr>
          <w:cantSplit/>
        </w:trPr>
        <w:tc>
          <w:tcPr>
            <w:tcW w:w="9636" w:type="dxa"/>
          </w:tcPr>
          <w:p w14:paraId="0320360C" w14:textId="273AB4AF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infrastructură de transport</w:t>
            </w:r>
          </w:p>
          <w:p w14:paraId="05C62BB3" w14:textId="6C96CC95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infrastructură energetică</w:t>
            </w:r>
          </w:p>
          <w:p w14:paraId="1E87347E" w14:textId="1D82EEB6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rețele de comunicații electronice</w:t>
            </w:r>
          </w:p>
          <w:p w14:paraId="43F594AA" w14:textId="504E02DA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gospodărirea apelor</w:t>
            </w:r>
          </w:p>
          <w:p w14:paraId="3F55129D" w14:textId="1331AB70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hidrotehnice</w:t>
            </w:r>
          </w:p>
          <w:p w14:paraId="3DB7F2E4" w14:textId="2BAFD3E0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miniere</w:t>
            </w:r>
          </w:p>
          <w:p w14:paraId="54EDF735" w14:textId="35A9E02A" w:rsidR="00BD4241" w:rsidRPr="00340763" w:rsidRDefault="00C46778">
            <w:pPr>
              <w:rPr>
                <w:lang w:val="ro-RO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alte lucrări inginerești necesare realizării unor obiective de interes public</w:t>
            </w:r>
          </w:p>
        </w:tc>
      </w:tr>
    </w:tbl>
    <w:p w14:paraId="31C957AC" w14:textId="77777777" w:rsidR="00BD4241" w:rsidRPr="00340763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46778" w:rsidRPr="00340763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t xml:space="preserve"> 5. </w:t>
            </w:r>
            <w:r w:rsidRPr="00340763">
              <w:rPr>
                <w:b/>
                <w:sz w:val="18"/>
                <w:lang w:val="ro-RO"/>
              </w:rPr>
              <w:t>SE ANEXEAZĂ</w:t>
            </w:r>
          </w:p>
        </w:tc>
      </w:tr>
      <w:tr w:rsidR="00BD4241" w:rsidRPr="00340763" w14:paraId="5B0ED88D" w14:textId="77777777">
        <w:trPr>
          <w:cantSplit/>
        </w:trPr>
        <w:tc>
          <w:tcPr>
            <w:tcW w:w="9636" w:type="dxa"/>
          </w:tcPr>
          <w:p w14:paraId="19DE41B0" w14:textId="35DABB5A" w:rsidR="00200AB0" w:rsidRPr="00340763" w:rsidRDefault="00000000">
            <w:pPr>
              <w:rPr>
                <w:sz w:val="16"/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extras de carte funciară actualizat     </w:t>
            </w:r>
          </w:p>
          <w:p w14:paraId="0D86EE92" w14:textId="78C7B747" w:rsidR="00A256C2" w:rsidRPr="00340763" w:rsidRDefault="00200AB0">
            <w:pPr>
              <w:rPr>
                <w:sz w:val="16"/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plan de situație propus, cu amprenta la sol a corpurilor</w:t>
            </w:r>
            <w:r w:rsidR="00A256C2" w:rsidRPr="00340763">
              <w:rPr>
                <w:sz w:val="16"/>
                <w:lang w:val="ro-RO"/>
              </w:rPr>
              <w:t xml:space="preserve"> de clădire</w:t>
            </w:r>
            <w:r w:rsidRPr="00340763">
              <w:rPr>
                <w:sz w:val="16"/>
                <w:lang w:val="ro-RO"/>
              </w:rPr>
              <w:t xml:space="preserve"> propuse spre construire /desființare / extindere</w:t>
            </w:r>
            <w:r w:rsidR="00A256C2" w:rsidRPr="00340763">
              <w:rPr>
                <w:sz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   </w:t>
            </w:r>
          </w:p>
          <w:p w14:paraId="19AB48A6" w14:textId="36E353F3" w:rsidR="00BD4241" w:rsidRPr="00340763" w:rsidRDefault="00A256C2">
            <w:pPr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plan de încadrare în zonă</w:t>
            </w:r>
            <w:r w:rsidR="00745F29" w:rsidRPr="00340763">
              <w:rPr>
                <w:sz w:val="16"/>
                <w:lang w:val="ro-RO"/>
              </w:rPr>
              <w:t xml:space="preserve"> în sistem Stereo 70</w:t>
            </w:r>
            <w:r w:rsidRPr="00340763">
              <w:rPr>
                <w:sz w:val="16"/>
                <w:lang w:val="ro-RO"/>
              </w:rPr>
              <w:t xml:space="preserve">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descrierea succintă a investiției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împuternicirea, dacă este cazul</w:t>
            </w:r>
          </w:p>
        </w:tc>
      </w:tr>
    </w:tbl>
    <w:p w14:paraId="639687AA" w14:textId="77777777" w:rsidR="00BD4241" w:rsidRPr="00340763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46778" w:rsidRPr="00340763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t xml:space="preserve"> 6. </w:t>
            </w:r>
            <w:r w:rsidRPr="00340763">
              <w:rPr>
                <w:b/>
                <w:sz w:val="18"/>
                <w:lang w:val="ro-RO"/>
              </w:rPr>
              <w:t>COMUNICAREA RĂSPUNSULUI</w:t>
            </w:r>
          </w:p>
        </w:tc>
      </w:tr>
      <w:tr w:rsidR="00BD4241" w:rsidRPr="00340763" w14:paraId="7F3B093B" w14:textId="77777777">
        <w:trPr>
          <w:cantSplit/>
        </w:trPr>
        <w:tc>
          <w:tcPr>
            <w:tcW w:w="9636" w:type="dxa"/>
          </w:tcPr>
          <w:p w14:paraId="732C22AC" w14:textId="767ECB0D" w:rsidR="00BD4241" w:rsidRPr="00340763" w:rsidRDefault="00000000">
            <w:pPr>
              <w:rPr>
                <w:lang w:val="ro-RO"/>
              </w:rPr>
            </w:pPr>
            <w:r w:rsidRPr="00340763">
              <w:rPr>
                <w:sz w:val="16"/>
                <w:lang w:val="ro-RO"/>
              </w:rPr>
              <w:t xml:space="preserve">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în format scris, prin poștă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în format digital, la adresa de e-mail indicată     </w: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C46778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C46778" w:rsidRPr="00340763">
              <w:rPr>
                <w:sz w:val="16"/>
                <w:szCs w:val="16"/>
                <w:lang w:val="ro-RO"/>
              </w:rPr>
              <w:t xml:space="preserve"> </w:t>
            </w:r>
            <w:r w:rsidRPr="00340763">
              <w:rPr>
                <w:sz w:val="16"/>
                <w:lang w:val="ro-RO"/>
              </w:rPr>
              <w:t xml:space="preserve"> ridicare de la sediul autorității</w:t>
            </w:r>
          </w:p>
        </w:tc>
      </w:tr>
    </w:tbl>
    <w:p w14:paraId="16DE1A3E" w14:textId="77777777" w:rsidR="00BD4241" w:rsidRPr="00340763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46778" w:rsidRPr="00340763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340763" w:rsidRDefault="00000000">
            <w:pPr>
              <w:keepNext/>
              <w:rPr>
                <w:lang w:val="ro-RO"/>
              </w:rPr>
            </w:pPr>
            <w:r w:rsidRPr="00340763">
              <w:rPr>
                <w:b/>
                <w:sz w:val="16"/>
                <w:lang w:val="ro-RO"/>
              </w:rPr>
              <w:t xml:space="preserve"> 7. </w:t>
            </w:r>
            <w:r w:rsidRPr="00340763">
              <w:rPr>
                <w:b/>
                <w:sz w:val="18"/>
                <w:lang w:val="ro-RO"/>
              </w:rPr>
              <w:t>DATA ȘI SEMNĂTURA</w:t>
            </w:r>
          </w:p>
        </w:tc>
      </w:tr>
      <w:tr w:rsidR="00BD4241" w:rsidRPr="00340763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340763" w:rsidRDefault="00000000">
            <w:pPr>
              <w:rPr>
                <w:lang w:val="ro-RO"/>
              </w:rPr>
            </w:pPr>
            <w:r w:rsidRPr="00340763">
              <w:rPr>
                <w:b/>
                <w:lang w:val="ro-RO"/>
              </w:rPr>
              <w:t>Data</w:t>
            </w:r>
          </w:p>
          <w:p w14:paraId="0640A92C" w14:textId="77777777" w:rsidR="00BD4241" w:rsidRPr="00340763" w:rsidRDefault="00BD4241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79A6A644" w14:textId="77777777" w:rsidR="00BD4241" w:rsidRPr="00340763" w:rsidRDefault="00000000">
            <w:pPr>
              <w:rPr>
                <w:lang w:val="ro-RO"/>
              </w:rPr>
            </w:pPr>
            <w:r w:rsidRPr="00340763">
              <w:rPr>
                <w:b/>
                <w:lang w:val="ro-RO"/>
              </w:rPr>
              <w:t>Solicitantul</w:t>
            </w:r>
          </w:p>
          <w:p w14:paraId="09458222" w14:textId="77777777" w:rsidR="00BD4241" w:rsidRPr="00340763" w:rsidRDefault="00BD4241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4A9DF68B" w14:textId="77777777" w:rsidR="00BD4241" w:rsidRPr="00340763" w:rsidRDefault="00000000">
            <w:pPr>
              <w:rPr>
                <w:lang w:val="ro-RO"/>
              </w:rPr>
            </w:pPr>
            <w:r w:rsidRPr="00340763">
              <w:rPr>
                <w:b/>
                <w:lang w:val="ro-RO"/>
              </w:rPr>
              <w:t>Semnătura</w:t>
            </w:r>
          </w:p>
          <w:p w14:paraId="29080212" w14:textId="77777777" w:rsidR="00BD4241" w:rsidRPr="00340763" w:rsidRDefault="00BD4241">
            <w:pPr>
              <w:rPr>
                <w:lang w:val="ro-RO"/>
              </w:rPr>
            </w:pPr>
          </w:p>
        </w:tc>
      </w:tr>
    </w:tbl>
    <w:p w14:paraId="5CBD0F60" w14:textId="77777777" w:rsidR="00BD4241" w:rsidRPr="00340763" w:rsidRDefault="00BD4241">
      <w:pPr>
        <w:spacing w:line="168" w:lineRule="auto"/>
        <w:rPr>
          <w:lang w:val="ro-RO"/>
        </w:rPr>
      </w:pPr>
    </w:p>
    <w:sectPr w:rsidR="00BD4241" w:rsidRPr="0034076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49EEC" w14:textId="77777777" w:rsidR="0093376C" w:rsidRDefault="0093376C">
      <w:r>
        <w:separator/>
      </w:r>
    </w:p>
  </w:endnote>
  <w:endnote w:type="continuationSeparator" w:id="0">
    <w:p w14:paraId="46DDE10A" w14:textId="77777777" w:rsidR="0093376C" w:rsidRDefault="0093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2403" w14:textId="77777777" w:rsidR="0093376C" w:rsidRDefault="0093376C">
      <w:r>
        <w:separator/>
      </w:r>
    </w:p>
  </w:footnote>
  <w:footnote w:type="continuationSeparator" w:id="0">
    <w:p w14:paraId="57A6A9F4" w14:textId="77777777" w:rsidR="0093376C" w:rsidRDefault="00933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340763"/>
    <w:rsid w:val="004232B2"/>
    <w:rsid w:val="004408E8"/>
    <w:rsid w:val="00462384"/>
    <w:rsid w:val="005D0A69"/>
    <w:rsid w:val="006C103E"/>
    <w:rsid w:val="00745F29"/>
    <w:rsid w:val="00850B64"/>
    <w:rsid w:val="00917520"/>
    <w:rsid w:val="0093376C"/>
    <w:rsid w:val="009511F8"/>
    <w:rsid w:val="00A256C2"/>
    <w:rsid w:val="00AA1D8D"/>
    <w:rsid w:val="00B47730"/>
    <w:rsid w:val="00BD4241"/>
    <w:rsid w:val="00C33597"/>
    <w:rsid w:val="00C46778"/>
    <w:rsid w:val="00CB0664"/>
    <w:rsid w:val="00D50DD0"/>
    <w:rsid w:val="00F448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742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3</cp:revision>
  <dcterms:created xsi:type="dcterms:W3CDTF">2013-12-23T23:15:00Z</dcterms:created>
  <dcterms:modified xsi:type="dcterms:W3CDTF">2026-11-02T09:00:00Z</dcterms:modified>
  <cp:category/>
</cp:coreProperties>
</file>