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FC09DA" w:rsidRPr="009A6ACE" w14:paraId="0036A362" w14:textId="77777777" w:rsidTr="00086392">
        <w:trPr>
          <w:cantSplit/>
          <w:trHeight w:val="510"/>
        </w:trPr>
        <w:tc>
          <w:tcPr>
            <w:tcW w:w="1606" w:type="dxa"/>
            <w:vMerge w:val="restart"/>
            <w:vAlign w:val="center"/>
          </w:tcPr>
          <w:p w14:paraId="21225657" w14:textId="77777777" w:rsidR="00FC09DA" w:rsidRPr="009A6ACE" w:rsidRDefault="00FC09DA" w:rsidP="00086392">
            <w:pPr>
              <w:keepNext/>
              <w:jc w:val="center"/>
              <w:rPr>
                <w:i/>
                <w:noProof/>
                <w:lang w:val="ro-RO"/>
              </w:rPr>
            </w:pPr>
            <w:r w:rsidRPr="009A6ACE">
              <w:rPr>
                <w:i/>
                <w:noProof/>
                <w:lang w:val="ro-RO"/>
              </w:rPr>
              <w:t>COMUNA BLĂGEȘTI</w:t>
            </w:r>
          </w:p>
          <w:p w14:paraId="3D570FE9" w14:textId="77777777" w:rsidR="00FC09DA" w:rsidRPr="009A6ACE" w:rsidRDefault="00FC09DA" w:rsidP="00086392">
            <w:pPr>
              <w:keepNext/>
              <w:jc w:val="center"/>
              <w:rPr>
                <w:noProof/>
                <w:lang w:val="ro-RO"/>
              </w:rPr>
            </w:pPr>
          </w:p>
        </w:tc>
        <w:tc>
          <w:tcPr>
            <w:tcW w:w="8030" w:type="dxa"/>
            <w:gridSpan w:val="3"/>
            <w:shd w:val="clear" w:color="auto" w:fill="F0F0F0"/>
          </w:tcPr>
          <w:p w14:paraId="500A4259" w14:textId="77777777" w:rsidR="00FC09DA" w:rsidRPr="009A6ACE" w:rsidRDefault="00FC09DA" w:rsidP="00086392">
            <w:pPr>
              <w:keepNext/>
              <w:rPr>
                <w:noProof/>
                <w:lang w:val="ro-RO"/>
              </w:rPr>
            </w:pPr>
            <w:r w:rsidRPr="009A6ACE">
              <w:rPr>
                <w:b/>
                <w:noProof/>
                <w:lang w:val="ro-RO"/>
              </w:rPr>
              <w:t>Județul</w:t>
            </w:r>
          </w:p>
          <w:p w14:paraId="34A02EF8" w14:textId="77777777" w:rsidR="00FC09DA" w:rsidRPr="009A6ACE" w:rsidRDefault="00FC09DA" w:rsidP="00086392">
            <w:pPr>
              <w:keepNext/>
              <w:jc w:val="center"/>
              <w:rPr>
                <w:noProof/>
                <w:lang w:val="ro-RO"/>
              </w:rPr>
            </w:pPr>
            <w:r w:rsidRPr="009A6ACE">
              <w:rPr>
                <w:noProof/>
                <w:lang w:val="ro-RO"/>
              </w:rPr>
              <w:t>BACĂU</w:t>
            </w:r>
          </w:p>
        </w:tc>
      </w:tr>
      <w:tr w:rsidR="00FC09DA" w:rsidRPr="009A6ACE" w14:paraId="263BF0EC" w14:textId="77777777" w:rsidTr="00086392">
        <w:trPr>
          <w:cantSplit/>
          <w:trHeight w:val="510"/>
        </w:trPr>
        <w:tc>
          <w:tcPr>
            <w:tcW w:w="1606" w:type="dxa"/>
            <w:vMerge/>
          </w:tcPr>
          <w:p w14:paraId="4B269E6C" w14:textId="77777777" w:rsidR="00FC09DA" w:rsidRPr="009A6ACE" w:rsidRDefault="00FC09DA" w:rsidP="00086392">
            <w:pPr>
              <w:rPr>
                <w:noProof/>
                <w:lang w:val="ro-RO"/>
              </w:rPr>
            </w:pPr>
          </w:p>
        </w:tc>
        <w:tc>
          <w:tcPr>
            <w:tcW w:w="8030" w:type="dxa"/>
            <w:gridSpan w:val="3"/>
            <w:shd w:val="clear" w:color="auto" w:fill="F0F0F0"/>
          </w:tcPr>
          <w:p w14:paraId="23987B71" w14:textId="77777777" w:rsidR="00FC09DA" w:rsidRPr="009A6ACE" w:rsidRDefault="00FC09DA" w:rsidP="00086392">
            <w:pPr>
              <w:keepNext/>
              <w:rPr>
                <w:noProof/>
                <w:lang w:val="ro-RO"/>
              </w:rPr>
            </w:pPr>
            <w:r w:rsidRPr="009A6ACE">
              <w:rPr>
                <w:b/>
                <w:noProof/>
                <w:lang w:val="ro-RO"/>
              </w:rPr>
              <w:t>Autoritatea administrației publice</w:t>
            </w:r>
          </w:p>
          <w:p w14:paraId="2BC456A0" w14:textId="77777777" w:rsidR="00FC09DA" w:rsidRPr="009A6ACE" w:rsidRDefault="00FC09DA" w:rsidP="00086392">
            <w:pPr>
              <w:keepNext/>
              <w:jc w:val="center"/>
              <w:rPr>
                <w:noProof/>
                <w:lang w:val="ro-RO"/>
              </w:rPr>
            </w:pPr>
            <w:r w:rsidRPr="009A6ACE">
              <w:rPr>
                <w:noProof/>
                <w:lang w:val="ro-RO"/>
              </w:rPr>
              <w:t>Comuna Blăgești</w:t>
            </w:r>
          </w:p>
        </w:tc>
      </w:tr>
      <w:tr w:rsidR="00FC09DA" w:rsidRPr="009A6ACE" w14:paraId="463A0C86" w14:textId="77777777" w:rsidTr="00086392">
        <w:trPr>
          <w:cantSplit/>
          <w:trHeight w:val="510"/>
        </w:trPr>
        <w:tc>
          <w:tcPr>
            <w:tcW w:w="1606" w:type="dxa"/>
            <w:vMerge/>
          </w:tcPr>
          <w:p w14:paraId="64965B6F" w14:textId="77777777" w:rsidR="00FC09DA" w:rsidRPr="009A6ACE" w:rsidRDefault="00FC09DA" w:rsidP="00086392">
            <w:pPr>
              <w:rPr>
                <w:noProof/>
                <w:lang w:val="ro-RO"/>
              </w:rPr>
            </w:pPr>
          </w:p>
        </w:tc>
        <w:tc>
          <w:tcPr>
            <w:tcW w:w="2409" w:type="dxa"/>
            <w:shd w:val="clear" w:color="auto" w:fill="F0F0F0"/>
          </w:tcPr>
          <w:p w14:paraId="773E9906" w14:textId="77777777" w:rsidR="00FC09DA" w:rsidRPr="009A6ACE" w:rsidRDefault="00FC09DA" w:rsidP="00086392">
            <w:pPr>
              <w:keepNext/>
              <w:rPr>
                <w:noProof/>
                <w:lang w:val="ro-RO"/>
              </w:rPr>
            </w:pPr>
            <w:r w:rsidRPr="009A6ACE">
              <w:rPr>
                <w:b/>
                <w:noProof/>
                <w:lang w:val="ro-RO"/>
              </w:rPr>
              <w:t>Cod de identificare fiscală (CIF)</w:t>
            </w:r>
          </w:p>
          <w:p w14:paraId="37816401" w14:textId="77777777" w:rsidR="00FC09DA" w:rsidRPr="009A6ACE" w:rsidRDefault="00FC09DA" w:rsidP="00086392">
            <w:pPr>
              <w:keepNext/>
              <w:jc w:val="center"/>
              <w:rPr>
                <w:noProof/>
                <w:lang w:val="ro-RO"/>
              </w:rPr>
            </w:pPr>
            <w:r w:rsidRPr="009A6ACE">
              <w:rPr>
                <w:noProof/>
                <w:lang w:val="ro-RO"/>
              </w:rPr>
              <w:t>4834777</w:t>
            </w:r>
          </w:p>
        </w:tc>
        <w:tc>
          <w:tcPr>
            <w:tcW w:w="5621" w:type="dxa"/>
            <w:gridSpan w:val="2"/>
            <w:shd w:val="clear" w:color="auto" w:fill="F0F0F0"/>
          </w:tcPr>
          <w:p w14:paraId="79E658B2" w14:textId="77777777" w:rsidR="00FC09DA" w:rsidRPr="009A6ACE" w:rsidRDefault="00FC09DA" w:rsidP="00086392">
            <w:pPr>
              <w:keepNext/>
              <w:rPr>
                <w:noProof/>
                <w:lang w:val="ro-RO"/>
              </w:rPr>
            </w:pPr>
            <w:r w:rsidRPr="009A6ACE">
              <w:rPr>
                <w:b/>
                <w:noProof/>
                <w:lang w:val="ro-RO"/>
              </w:rPr>
              <w:t>Adresa oficială</w:t>
            </w:r>
          </w:p>
          <w:p w14:paraId="14E598CE" w14:textId="77777777" w:rsidR="00FC09DA" w:rsidRPr="009A6ACE" w:rsidRDefault="00FC09DA" w:rsidP="00086392">
            <w:pPr>
              <w:keepNext/>
              <w:jc w:val="center"/>
              <w:rPr>
                <w:noProof/>
                <w:lang w:val="ro-RO"/>
              </w:rPr>
            </w:pPr>
            <w:r w:rsidRPr="009A6ACE">
              <w:rPr>
                <w:noProof/>
                <w:lang w:val="ro-RO"/>
              </w:rPr>
              <w:t>sediul · sat Blăgești, com. Blăgești, str. Școlii, nr. 1, jud. Bacău, cod 607065,</w:t>
            </w:r>
          </w:p>
          <w:p w14:paraId="4723DF4B" w14:textId="77777777" w:rsidR="00FC09DA" w:rsidRPr="009A6ACE" w:rsidRDefault="00FC09DA" w:rsidP="00086392">
            <w:pPr>
              <w:keepNext/>
              <w:jc w:val="center"/>
              <w:rPr>
                <w:noProof/>
                <w:lang w:val="ro-RO"/>
              </w:rPr>
            </w:pPr>
            <w:r w:rsidRPr="009A6ACE">
              <w:rPr>
                <w:noProof/>
                <w:lang w:val="ro-RO"/>
              </w:rPr>
              <w:t>tel.: 0334.805.110, e-mail: primaria_blagesti@yahoo.com</w:t>
            </w:r>
          </w:p>
        </w:tc>
      </w:tr>
      <w:tr w:rsidR="00FC09DA" w:rsidRPr="009A6ACE" w14:paraId="4C739870" w14:textId="77777777" w:rsidTr="00086392">
        <w:trPr>
          <w:cantSplit/>
          <w:trHeight w:val="510"/>
        </w:trPr>
        <w:tc>
          <w:tcPr>
            <w:tcW w:w="1606" w:type="dxa"/>
            <w:vMerge/>
          </w:tcPr>
          <w:p w14:paraId="3BFF4713" w14:textId="77777777" w:rsidR="00FC09DA" w:rsidRPr="009A6ACE" w:rsidRDefault="00FC09DA" w:rsidP="00086392">
            <w:pPr>
              <w:rPr>
                <w:noProof/>
                <w:lang w:val="ro-RO"/>
              </w:rPr>
            </w:pPr>
          </w:p>
        </w:tc>
        <w:tc>
          <w:tcPr>
            <w:tcW w:w="4818" w:type="dxa"/>
            <w:gridSpan w:val="2"/>
            <w:shd w:val="clear" w:color="auto" w:fill="F0F0F0"/>
          </w:tcPr>
          <w:p w14:paraId="4B5667F0" w14:textId="77777777" w:rsidR="00FC09DA" w:rsidRPr="009A6ACE" w:rsidRDefault="00FC09DA" w:rsidP="00086392">
            <w:pPr>
              <w:keepNext/>
              <w:rPr>
                <w:noProof/>
                <w:lang w:val="ro-RO"/>
              </w:rPr>
            </w:pPr>
            <w:r w:rsidRPr="009A6ACE">
              <w:rPr>
                <w:b/>
                <w:noProof/>
                <w:lang w:val="ro-RO"/>
              </w:rPr>
              <w:t>Număr de înregistrare</w:t>
            </w:r>
          </w:p>
          <w:p w14:paraId="4CDE3954" w14:textId="77777777" w:rsidR="00FC09DA" w:rsidRPr="009A6ACE" w:rsidRDefault="00FC09DA" w:rsidP="00086392">
            <w:pPr>
              <w:keepNext/>
              <w:rPr>
                <w:noProof/>
                <w:lang w:val="ro-RO"/>
              </w:rPr>
            </w:pPr>
          </w:p>
        </w:tc>
        <w:tc>
          <w:tcPr>
            <w:tcW w:w="3212" w:type="dxa"/>
            <w:shd w:val="clear" w:color="auto" w:fill="F0F0F0"/>
          </w:tcPr>
          <w:p w14:paraId="044A2EE0" w14:textId="77777777" w:rsidR="00FC09DA" w:rsidRPr="009A6ACE" w:rsidRDefault="00FC09DA" w:rsidP="00086392">
            <w:pPr>
              <w:keepNext/>
              <w:rPr>
                <w:noProof/>
                <w:lang w:val="ro-RO"/>
              </w:rPr>
            </w:pPr>
            <w:r w:rsidRPr="009A6ACE">
              <w:rPr>
                <w:b/>
                <w:noProof/>
                <w:lang w:val="ro-RO"/>
              </w:rPr>
              <w:t>Data</w:t>
            </w:r>
          </w:p>
          <w:p w14:paraId="2CF4F54F" w14:textId="77777777" w:rsidR="00FC09DA" w:rsidRPr="009A6ACE" w:rsidRDefault="00FC09DA" w:rsidP="00086392">
            <w:pPr>
              <w:keepNext/>
              <w:rPr>
                <w:noProof/>
                <w:lang w:val="ro-RO"/>
              </w:rPr>
            </w:pPr>
          </w:p>
        </w:tc>
      </w:tr>
      <w:tr w:rsidR="00FC09DA" w:rsidRPr="009A6ACE" w14:paraId="208F42DB" w14:textId="77777777" w:rsidTr="00086392">
        <w:trPr>
          <w:cantSplit/>
        </w:trPr>
        <w:tc>
          <w:tcPr>
            <w:tcW w:w="9636" w:type="dxa"/>
            <w:gridSpan w:val="4"/>
            <w:shd w:val="clear" w:color="auto" w:fill="F0F0F0"/>
          </w:tcPr>
          <w:p w14:paraId="09ABD822" w14:textId="77777777" w:rsidR="00FC09DA" w:rsidRPr="009A6ACE" w:rsidRDefault="00FC09DA" w:rsidP="00086392">
            <w:pPr>
              <w:rPr>
                <w:noProof/>
                <w:lang w:val="ro-RO"/>
              </w:rPr>
            </w:pPr>
            <w:r w:rsidRPr="009A6ACE">
              <w:rPr>
                <w:i/>
                <w:noProof/>
                <w:lang w:val="ro-RO"/>
              </w:rPr>
              <w:t xml:space="preserve"> se completează de autoritate — solicitantul nu scrie în această zonă</w:t>
            </w:r>
          </w:p>
        </w:tc>
      </w:tr>
    </w:tbl>
    <w:p w14:paraId="33048F5F" w14:textId="77777777" w:rsidR="00FC09DA" w:rsidRPr="009A6ACE" w:rsidRDefault="00FC09DA" w:rsidP="00FC09DA">
      <w:pPr>
        <w:spacing w:before="140" w:after="40"/>
        <w:jc w:val="center"/>
        <w:rPr>
          <w:noProof/>
          <w:sz w:val="28"/>
          <w:szCs w:val="28"/>
          <w:lang w:val="ro-RO"/>
        </w:rPr>
      </w:pPr>
      <w:r w:rsidRPr="009A6ACE">
        <w:rPr>
          <w:b/>
          <w:noProof/>
          <w:sz w:val="28"/>
          <w:szCs w:val="28"/>
          <w:lang w:val="ro-RO"/>
        </w:rPr>
        <w:t>CERERE</w:t>
      </w:r>
    </w:p>
    <w:p w14:paraId="5B0DC5BF" w14:textId="77777777" w:rsidR="003C7CA3" w:rsidRPr="00FC09DA" w:rsidRDefault="003C7CA3">
      <w:pPr>
        <w:spacing w:after="60"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C09DA" w14:paraId="472EA448" w14:textId="77777777">
        <w:trPr>
          <w:cantSplit/>
        </w:trPr>
        <w:tc>
          <w:tcPr>
            <w:tcW w:w="9636" w:type="dxa"/>
            <w:shd w:val="clear" w:color="auto" w:fill="F4F4F4"/>
          </w:tcPr>
          <w:p w14:paraId="3A681D09" w14:textId="77777777" w:rsidR="003C7CA3" w:rsidRPr="00FC09DA" w:rsidRDefault="003454F7">
            <w:pPr>
              <w:keepNext/>
              <w:rPr>
                <w:lang w:val="ro-RO"/>
              </w:rPr>
            </w:pPr>
            <w:r w:rsidRPr="00FC09DA">
              <w:rPr>
                <w:b/>
                <w:sz w:val="16"/>
                <w:lang w:val="ro-RO"/>
              </w:rPr>
              <w:t xml:space="preserve"> 1. </w:t>
            </w:r>
            <w:r w:rsidRPr="00FC09DA">
              <w:rPr>
                <w:b/>
                <w:color w:val="000000"/>
                <w:sz w:val="18"/>
                <w:lang w:val="ro-RO"/>
              </w:rPr>
              <w:t>CĂTRE</w:t>
            </w:r>
          </w:p>
        </w:tc>
      </w:tr>
      <w:tr w:rsidR="003C7CA3" w:rsidRPr="00FC09DA" w14:paraId="00DF9E39" w14:textId="77777777">
        <w:trPr>
          <w:cantSplit/>
          <w:trHeight w:val="510"/>
        </w:trPr>
        <w:tc>
          <w:tcPr>
            <w:tcW w:w="9636" w:type="dxa"/>
          </w:tcPr>
          <w:p w14:paraId="636138F8" w14:textId="77777777" w:rsidR="003C7CA3" w:rsidRPr="00FC09DA" w:rsidRDefault="003454F7">
            <w:pPr>
              <w:keepNext/>
              <w:rPr>
                <w:lang w:val="ro-RO"/>
              </w:rPr>
            </w:pPr>
            <w:r w:rsidRPr="00FC09DA">
              <w:rPr>
                <w:b/>
                <w:color w:val="0D5F78"/>
                <w:lang w:val="ro-RO"/>
              </w:rPr>
              <w:t>Instituția</w:t>
            </w:r>
          </w:p>
          <w:p w14:paraId="7F5527AA" w14:textId="624EC9E6" w:rsidR="003C7CA3" w:rsidRPr="00FC09DA" w:rsidRDefault="00FC09DA" w:rsidP="00FC09DA">
            <w:pPr>
              <w:keepNext/>
              <w:jc w:val="center"/>
              <w:rPr>
                <w:lang w:val="ro-RO"/>
              </w:rPr>
            </w:pPr>
            <w:r w:rsidRPr="009A6ACE">
              <w:rPr>
                <w:b/>
                <w:bCs/>
                <w:iCs/>
                <w:noProof/>
                <w:lang w:val="ro-RO"/>
              </w:rPr>
              <w:t>PRIMARUL COMUNEI BLĂGEȘTI</w:t>
            </w:r>
          </w:p>
        </w:tc>
      </w:tr>
      <w:tr w:rsidR="003C7CA3" w:rsidRPr="00FC09DA" w14:paraId="3F0255BC" w14:textId="77777777">
        <w:trPr>
          <w:cantSplit/>
        </w:trPr>
        <w:tc>
          <w:tcPr>
            <w:tcW w:w="9636" w:type="dxa"/>
            <w:shd w:val="clear" w:color="auto" w:fill="F4F4F4"/>
          </w:tcPr>
          <w:p w14:paraId="1DC58EC1" w14:textId="77777777" w:rsidR="003C7CA3" w:rsidRPr="00FC09DA" w:rsidRDefault="003454F7">
            <w:pPr>
              <w:spacing w:line="228" w:lineRule="auto"/>
              <w:rPr>
                <w:lang w:val="ro-RO"/>
              </w:rPr>
            </w:pPr>
            <w:r w:rsidRPr="00FC09DA">
              <w:rPr>
                <w:lang w:val="ro-RO"/>
              </w:rPr>
              <w:t>Cererea va fi transmisă către președintele consiliului județean, primarul general, primarul de sector sau primarul municipiului / orașului / comunei, după caz.</w:t>
            </w:r>
          </w:p>
        </w:tc>
      </w:tr>
    </w:tbl>
    <w:p w14:paraId="579FE78C" w14:textId="77777777" w:rsidR="003C7CA3" w:rsidRPr="00FC09DA"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3C7CA3" w:rsidRPr="00FC09DA" w14:paraId="30A794B1" w14:textId="77777777">
        <w:trPr>
          <w:cantSplit/>
        </w:trPr>
        <w:tc>
          <w:tcPr>
            <w:tcW w:w="9636" w:type="dxa"/>
            <w:gridSpan w:val="8"/>
            <w:shd w:val="clear" w:color="auto" w:fill="F4F4F4"/>
          </w:tcPr>
          <w:p w14:paraId="2C82CAB7" w14:textId="77777777" w:rsidR="003C7CA3" w:rsidRPr="00FC09DA" w:rsidRDefault="003454F7">
            <w:pPr>
              <w:keepNext/>
              <w:rPr>
                <w:lang w:val="ro-RO"/>
              </w:rPr>
            </w:pPr>
            <w:r w:rsidRPr="00FC09DA">
              <w:rPr>
                <w:b/>
                <w:sz w:val="16"/>
                <w:lang w:val="ro-RO"/>
              </w:rPr>
              <w:t xml:space="preserve"> 2. </w:t>
            </w:r>
            <w:r w:rsidRPr="00FC09DA">
              <w:rPr>
                <w:b/>
                <w:color w:val="000000"/>
                <w:sz w:val="18"/>
                <w:lang w:val="ro-RO"/>
              </w:rPr>
              <w:t>SOLICITANTUL</w:t>
            </w:r>
          </w:p>
        </w:tc>
      </w:tr>
      <w:tr w:rsidR="003C7CA3" w:rsidRPr="00FC09DA" w14:paraId="29428782" w14:textId="77777777">
        <w:trPr>
          <w:cantSplit/>
          <w:trHeight w:val="510"/>
        </w:trPr>
        <w:tc>
          <w:tcPr>
            <w:tcW w:w="5621" w:type="dxa"/>
            <w:gridSpan w:val="5"/>
          </w:tcPr>
          <w:p w14:paraId="28000559" w14:textId="77777777" w:rsidR="003C7CA3" w:rsidRPr="00FC09DA" w:rsidRDefault="003454F7">
            <w:pPr>
              <w:keepNext/>
              <w:rPr>
                <w:lang w:val="ro-RO"/>
              </w:rPr>
            </w:pPr>
            <w:r w:rsidRPr="00FC09DA">
              <w:rPr>
                <w:b/>
                <w:color w:val="0D5F78"/>
                <w:lang w:val="ro-RO"/>
              </w:rPr>
              <w:t>Nume și prenume</w:t>
            </w:r>
          </w:p>
          <w:p w14:paraId="23D9DFE8" w14:textId="77777777" w:rsidR="003C7CA3" w:rsidRPr="00FC09DA" w:rsidRDefault="003C7CA3">
            <w:pPr>
              <w:keepNext/>
              <w:rPr>
                <w:lang w:val="ro-RO"/>
              </w:rPr>
            </w:pPr>
          </w:p>
        </w:tc>
        <w:tc>
          <w:tcPr>
            <w:tcW w:w="4015" w:type="dxa"/>
            <w:gridSpan w:val="3"/>
          </w:tcPr>
          <w:p w14:paraId="786F8013" w14:textId="77777777" w:rsidR="003C7CA3" w:rsidRPr="00FC09DA" w:rsidRDefault="003454F7">
            <w:pPr>
              <w:keepNext/>
              <w:rPr>
                <w:lang w:val="ro-RO"/>
              </w:rPr>
            </w:pPr>
            <w:r w:rsidRPr="00FC09DA">
              <w:rPr>
                <w:b/>
                <w:color w:val="0D5F78"/>
                <w:lang w:val="ro-RO"/>
              </w:rPr>
              <w:t>CNP</w:t>
            </w:r>
          </w:p>
          <w:p w14:paraId="68914CF7" w14:textId="77777777" w:rsidR="003C7CA3" w:rsidRPr="00FC09DA" w:rsidRDefault="003C7CA3">
            <w:pPr>
              <w:keepNext/>
              <w:rPr>
                <w:lang w:val="ro-RO"/>
              </w:rPr>
            </w:pPr>
          </w:p>
        </w:tc>
      </w:tr>
      <w:tr w:rsidR="003C7CA3" w:rsidRPr="00FC09DA" w14:paraId="7BDDBA2B" w14:textId="77777777">
        <w:trPr>
          <w:cantSplit/>
        </w:trPr>
        <w:tc>
          <w:tcPr>
            <w:tcW w:w="9636" w:type="dxa"/>
            <w:gridSpan w:val="8"/>
            <w:shd w:val="clear" w:color="auto" w:fill="F4F4F4"/>
          </w:tcPr>
          <w:p w14:paraId="78554FA7" w14:textId="77777777" w:rsidR="003C7CA3" w:rsidRPr="00FC09DA" w:rsidRDefault="003454F7">
            <w:pPr>
              <w:keepNext/>
              <w:rPr>
                <w:lang w:val="ro-RO"/>
              </w:rPr>
            </w:pPr>
            <w:r w:rsidRPr="00FC09DA">
              <w:rPr>
                <w:sz w:val="16"/>
                <w:lang w:val="ro-RO"/>
              </w:rPr>
              <w:t xml:space="preserve"> Act de identitate</w:t>
            </w:r>
          </w:p>
        </w:tc>
      </w:tr>
      <w:tr w:rsidR="003C7CA3" w:rsidRPr="00FC09DA" w14:paraId="3BB88CF2" w14:textId="77777777">
        <w:trPr>
          <w:cantSplit/>
          <w:trHeight w:val="510"/>
        </w:trPr>
        <w:tc>
          <w:tcPr>
            <w:tcW w:w="1606" w:type="dxa"/>
          </w:tcPr>
          <w:p w14:paraId="043BF13F" w14:textId="77777777" w:rsidR="003C7CA3" w:rsidRPr="00FC09DA" w:rsidRDefault="003454F7">
            <w:pPr>
              <w:keepNext/>
              <w:rPr>
                <w:lang w:val="ro-RO"/>
              </w:rPr>
            </w:pPr>
            <w:r w:rsidRPr="00FC09DA">
              <w:rPr>
                <w:b/>
                <w:color w:val="0D5F78"/>
                <w:lang w:val="ro-RO"/>
              </w:rPr>
              <w:t>Seria</w:t>
            </w:r>
          </w:p>
          <w:p w14:paraId="0AA2A77A" w14:textId="77777777" w:rsidR="003C7CA3" w:rsidRPr="00FC09DA" w:rsidRDefault="003C7CA3">
            <w:pPr>
              <w:keepNext/>
              <w:rPr>
                <w:lang w:val="ro-RO"/>
              </w:rPr>
            </w:pPr>
          </w:p>
        </w:tc>
        <w:tc>
          <w:tcPr>
            <w:tcW w:w="1606" w:type="dxa"/>
          </w:tcPr>
          <w:p w14:paraId="1CFF9F88" w14:textId="77777777" w:rsidR="003C7CA3" w:rsidRPr="00FC09DA" w:rsidRDefault="003454F7">
            <w:pPr>
              <w:keepNext/>
              <w:rPr>
                <w:lang w:val="ro-RO"/>
              </w:rPr>
            </w:pPr>
            <w:r w:rsidRPr="00FC09DA">
              <w:rPr>
                <w:b/>
                <w:color w:val="0D5F78"/>
                <w:lang w:val="ro-RO"/>
              </w:rPr>
              <w:t>Numărul</w:t>
            </w:r>
          </w:p>
          <w:p w14:paraId="1597DE54" w14:textId="77777777" w:rsidR="003C7CA3" w:rsidRPr="00FC09DA" w:rsidRDefault="003C7CA3">
            <w:pPr>
              <w:keepNext/>
              <w:rPr>
                <w:lang w:val="ro-RO"/>
              </w:rPr>
            </w:pPr>
          </w:p>
        </w:tc>
        <w:tc>
          <w:tcPr>
            <w:tcW w:w="4818" w:type="dxa"/>
            <w:gridSpan w:val="5"/>
          </w:tcPr>
          <w:p w14:paraId="7E38FFA6" w14:textId="77777777" w:rsidR="003C7CA3" w:rsidRPr="00FC09DA" w:rsidRDefault="003454F7">
            <w:pPr>
              <w:keepNext/>
              <w:rPr>
                <w:lang w:val="ro-RO"/>
              </w:rPr>
            </w:pPr>
            <w:r w:rsidRPr="00FC09DA">
              <w:rPr>
                <w:b/>
                <w:color w:val="0D5F78"/>
                <w:lang w:val="ro-RO"/>
              </w:rPr>
              <w:t>Eliberat de</w:t>
            </w:r>
          </w:p>
          <w:p w14:paraId="6BB479EA" w14:textId="77777777" w:rsidR="003C7CA3" w:rsidRPr="00FC09DA" w:rsidRDefault="003C7CA3">
            <w:pPr>
              <w:keepNext/>
              <w:rPr>
                <w:lang w:val="ro-RO"/>
              </w:rPr>
            </w:pPr>
          </w:p>
        </w:tc>
        <w:tc>
          <w:tcPr>
            <w:tcW w:w="1606" w:type="dxa"/>
          </w:tcPr>
          <w:p w14:paraId="05B5F488" w14:textId="77777777" w:rsidR="003C7CA3" w:rsidRPr="00FC09DA" w:rsidRDefault="003454F7">
            <w:pPr>
              <w:keepNext/>
              <w:rPr>
                <w:lang w:val="ro-RO"/>
              </w:rPr>
            </w:pPr>
            <w:r w:rsidRPr="00FC09DA">
              <w:rPr>
                <w:b/>
                <w:color w:val="0D5F78"/>
                <w:lang w:val="ro-RO"/>
              </w:rPr>
              <w:t>La data</w:t>
            </w:r>
          </w:p>
          <w:p w14:paraId="3072B5E3" w14:textId="77777777" w:rsidR="003C7CA3" w:rsidRPr="00FC09DA" w:rsidRDefault="003C7CA3">
            <w:pPr>
              <w:keepNext/>
              <w:rPr>
                <w:lang w:val="ro-RO"/>
              </w:rPr>
            </w:pPr>
          </w:p>
        </w:tc>
      </w:tr>
      <w:tr w:rsidR="003C7CA3" w:rsidRPr="00FC09DA" w14:paraId="5F34DFE7" w14:textId="77777777">
        <w:trPr>
          <w:cantSplit/>
        </w:trPr>
        <w:tc>
          <w:tcPr>
            <w:tcW w:w="9636" w:type="dxa"/>
            <w:gridSpan w:val="8"/>
            <w:shd w:val="clear" w:color="auto" w:fill="F4F4F4"/>
          </w:tcPr>
          <w:p w14:paraId="320404B2" w14:textId="77777777" w:rsidR="003C7CA3" w:rsidRPr="00FC09DA" w:rsidRDefault="003454F7">
            <w:pPr>
              <w:keepNext/>
              <w:rPr>
                <w:lang w:val="ro-RO"/>
              </w:rPr>
            </w:pPr>
            <w:r w:rsidRPr="00FC09DA">
              <w:rPr>
                <w:sz w:val="16"/>
                <w:lang w:val="ro-RO"/>
              </w:rPr>
              <w:t xml:space="preserve"> Domiciliul</w:t>
            </w:r>
          </w:p>
        </w:tc>
      </w:tr>
      <w:tr w:rsidR="003C7CA3" w:rsidRPr="00FC09DA" w14:paraId="5559BD49" w14:textId="77777777">
        <w:trPr>
          <w:cantSplit/>
          <w:trHeight w:val="510"/>
        </w:trPr>
        <w:tc>
          <w:tcPr>
            <w:tcW w:w="3212" w:type="dxa"/>
            <w:gridSpan w:val="2"/>
          </w:tcPr>
          <w:p w14:paraId="0A7E8673" w14:textId="77777777" w:rsidR="003C7CA3" w:rsidRPr="00FC09DA" w:rsidRDefault="003454F7">
            <w:pPr>
              <w:keepNext/>
              <w:rPr>
                <w:lang w:val="ro-RO"/>
              </w:rPr>
            </w:pPr>
            <w:r w:rsidRPr="00FC09DA">
              <w:rPr>
                <w:b/>
                <w:color w:val="0D5F78"/>
                <w:lang w:val="ro-RO"/>
              </w:rPr>
              <w:t>Județul</w:t>
            </w:r>
          </w:p>
          <w:p w14:paraId="32F8A1FA" w14:textId="77777777" w:rsidR="003C7CA3" w:rsidRPr="00FC09DA" w:rsidRDefault="003C7CA3">
            <w:pPr>
              <w:keepNext/>
              <w:rPr>
                <w:lang w:val="ro-RO"/>
              </w:rPr>
            </w:pPr>
          </w:p>
        </w:tc>
        <w:tc>
          <w:tcPr>
            <w:tcW w:w="3212" w:type="dxa"/>
            <w:gridSpan w:val="4"/>
          </w:tcPr>
          <w:p w14:paraId="076AB024" w14:textId="77777777" w:rsidR="003C7CA3" w:rsidRPr="00FC09DA" w:rsidRDefault="003454F7">
            <w:pPr>
              <w:keepNext/>
              <w:rPr>
                <w:lang w:val="ro-RO"/>
              </w:rPr>
            </w:pPr>
            <w:r w:rsidRPr="00FC09DA">
              <w:rPr>
                <w:b/>
                <w:color w:val="0D5F78"/>
                <w:lang w:val="ro-RO"/>
              </w:rPr>
              <w:t>Municipiul / orașul / comuna</w:t>
            </w:r>
          </w:p>
          <w:p w14:paraId="22F41106" w14:textId="77777777" w:rsidR="003C7CA3" w:rsidRPr="00FC09DA" w:rsidRDefault="003C7CA3">
            <w:pPr>
              <w:keepNext/>
              <w:rPr>
                <w:lang w:val="ro-RO"/>
              </w:rPr>
            </w:pPr>
          </w:p>
        </w:tc>
        <w:tc>
          <w:tcPr>
            <w:tcW w:w="3212" w:type="dxa"/>
            <w:gridSpan w:val="2"/>
          </w:tcPr>
          <w:p w14:paraId="083DD2A6" w14:textId="77777777" w:rsidR="003C7CA3" w:rsidRPr="00FC09DA" w:rsidRDefault="003454F7">
            <w:pPr>
              <w:keepNext/>
              <w:rPr>
                <w:lang w:val="ro-RO"/>
              </w:rPr>
            </w:pPr>
            <w:r w:rsidRPr="00FC09DA">
              <w:rPr>
                <w:b/>
                <w:color w:val="0D5F78"/>
                <w:lang w:val="ro-RO"/>
              </w:rPr>
              <w:t>Satul / sectorul</w:t>
            </w:r>
          </w:p>
          <w:p w14:paraId="46C6D803" w14:textId="77777777" w:rsidR="003C7CA3" w:rsidRPr="00FC09DA" w:rsidRDefault="003C7CA3">
            <w:pPr>
              <w:keepNext/>
              <w:rPr>
                <w:lang w:val="ro-RO"/>
              </w:rPr>
            </w:pPr>
          </w:p>
        </w:tc>
      </w:tr>
      <w:tr w:rsidR="003C7CA3" w:rsidRPr="00FC09DA" w14:paraId="50FF5E1E" w14:textId="77777777">
        <w:trPr>
          <w:cantSplit/>
          <w:trHeight w:val="510"/>
        </w:trPr>
        <w:tc>
          <w:tcPr>
            <w:tcW w:w="3212" w:type="dxa"/>
            <w:gridSpan w:val="2"/>
          </w:tcPr>
          <w:p w14:paraId="6EBF7D52" w14:textId="77777777" w:rsidR="003C7CA3" w:rsidRPr="00FC09DA" w:rsidRDefault="003454F7">
            <w:pPr>
              <w:keepNext/>
              <w:rPr>
                <w:lang w:val="ro-RO"/>
              </w:rPr>
            </w:pPr>
            <w:r w:rsidRPr="00FC09DA">
              <w:rPr>
                <w:b/>
                <w:color w:val="0D5F78"/>
                <w:lang w:val="ro-RO"/>
              </w:rPr>
              <w:t>Strada</w:t>
            </w:r>
          </w:p>
          <w:p w14:paraId="4337B0E5" w14:textId="77777777" w:rsidR="003C7CA3" w:rsidRPr="00FC09DA" w:rsidRDefault="003C7CA3">
            <w:pPr>
              <w:keepNext/>
              <w:rPr>
                <w:lang w:val="ro-RO"/>
              </w:rPr>
            </w:pPr>
          </w:p>
        </w:tc>
        <w:tc>
          <w:tcPr>
            <w:tcW w:w="803" w:type="dxa"/>
          </w:tcPr>
          <w:p w14:paraId="4A8A0FA4" w14:textId="77777777" w:rsidR="003C7CA3" w:rsidRPr="00FC09DA" w:rsidRDefault="003454F7">
            <w:pPr>
              <w:keepNext/>
              <w:rPr>
                <w:lang w:val="ro-RO"/>
              </w:rPr>
            </w:pPr>
            <w:r w:rsidRPr="00FC09DA">
              <w:rPr>
                <w:b/>
                <w:color w:val="0D5F78"/>
                <w:lang w:val="ro-RO"/>
              </w:rPr>
              <w:t>Nr.</w:t>
            </w:r>
          </w:p>
          <w:p w14:paraId="2D86E73D" w14:textId="77777777" w:rsidR="003C7CA3" w:rsidRPr="00FC09DA" w:rsidRDefault="003C7CA3">
            <w:pPr>
              <w:keepNext/>
              <w:rPr>
                <w:lang w:val="ro-RO"/>
              </w:rPr>
            </w:pPr>
          </w:p>
        </w:tc>
        <w:tc>
          <w:tcPr>
            <w:tcW w:w="803" w:type="dxa"/>
          </w:tcPr>
          <w:p w14:paraId="2B61CEC7" w14:textId="77777777" w:rsidR="003C7CA3" w:rsidRPr="00FC09DA" w:rsidRDefault="003454F7">
            <w:pPr>
              <w:keepNext/>
              <w:rPr>
                <w:lang w:val="ro-RO"/>
              </w:rPr>
            </w:pPr>
            <w:r w:rsidRPr="00FC09DA">
              <w:rPr>
                <w:b/>
                <w:color w:val="0D5F78"/>
                <w:lang w:val="ro-RO"/>
              </w:rPr>
              <w:t>Sc.</w:t>
            </w:r>
          </w:p>
          <w:p w14:paraId="624663EF" w14:textId="77777777" w:rsidR="003C7CA3" w:rsidRPr="00FC09DA" w:rsidRDefault="003C7CA3">
            <w:pPr>
              <w:keepNext/>
              <w:rPr>
                <w:lang w:val="ro-RO"/>
              </w:rPr>
            </w:pPr>
          </w:p>
        </w:tc>
        <w:tc>
          <w:tcPr>
            <w:tcW w:w="803" w:type="dxa"/>
          </w:tcPr>
          <w:p w14:paraId="4174B824" w14:textId="77777777" w:rsidR="003C7CA3" w:rsidRPr="00FC09DA" w:rsidRDefault="003454F7">
            <w:pPr>
              <w:keepNext/>
              <w:rPr>
                <w:lang w:val="ro-RO"/>
              </w:rPr>
            </w:pPr>
            <w:r w:rsidRPr="00FC09DA">
              <w:rPr>
                <w:b/>
                <w:color w:val="0D5F78"/>
                <w:lang w:val="ro-RO"/>
              </w:rPr>
              <w:t>Et.</w:t>
            </w:r>
          </w:p>
          <w:p w14:paraId="35C921A2" w14:textId="77777777" w:rsidR="003C7CA3" w:rsidRPr="00FC09DA" w:rsidRDefault="003C7CA3">
            <w:pPr>
              <w:keepNext/>
              <w:rPr>
                <w:lang w:val="ro-RO"/>
              </w:rPr>
            </w:pPr>
          </w:p>
        </w:tc>
        <w:tc>
          <w:tcPr>
            <w:tcW w:w="803" w:type="dxa"/>
          </w:tcPr>
          <w:p w14:paraId="001C148E" w14:textId="77777777" w:rsidR="003C7CA3" w:rsidRPr="00FC09DA" w:rsidRDefault="003454F7">
            <w:pPr>
              <w:keepNext/>
              <w:rPr>
                <w:lang w:val="ro-RO"/>
              </w:rPr>
            </w:pPr>
            <w:r w:rsidRPr="00FC09DA">
              <w:rPr>
                <w:b/>
                <w:color w:val="0D5F78"/>
                <w:lang w:val="ro-RO"/>
              </w:rPr>
              <w:t>Ap.</w:t>
            </w:r>
          </w:p>
          <w:p w14:paraId="504D30C0" w14:textId="77777777" w:rsidR="003C7CA3" w:rsidRPr="00FC09DA" w:rsidRDefault="003C7CA3">
            <w:pPr>
              <w:keepNext/>
              <w:rPr>
                <w:lang w:val="ro-RO"/>
              </w:rPr>
            </w:pPr>
          </w:p>
        </w:tc>
        <w:tc>
          <w:tcPr>
            <w:tcW w:w="1606" w:type="dxa"/>
          </w:tcPr>
          <w:p w14:paraId="3C541330" w14:textId="77777777" w:rsidR="003C7CA3" w:rsidRPr="00FC09DA" w:rsidRDefault="003454F7">
            <w:pPr>
              <w:keepNext/>
              <w:rPr>
                <w:lang w:val="ro-RO"/>
              </w:rPr>
            </w:pPr>
            <w:r w:rsidRPr="00FC09DA">
              <w:rPr>
                <w:b/>
                <w:color w:val="0D5F78"/>
                <w:lang w:val="ro-RO"/>
              </w:rPr>
              <w:t>Cod poștal</w:t>
            </w:r>
          </w:p>
          <w:p w14:paraId="0070EDB6" w14:textId="77777777" w:rsidR="003C7CA3" w:rsidRPr="00FC09DA" w:rsidRDefault="003C7CA3">
            <w:pPr>
              <w:keepNext/>
              <w:rPr>
                <w:lang w:val="ro-RO"/>
              </w:rPr>
            </w:pPr>
          </w:p>
        </w:tc>
        <w:tc>
          <w:tcPr>
            <w:tcW w:w="1606" w:type="dxa"/>
          </w:tcPr>
          <w:p w14:paraId="075C075C" w14:textId="77777777" w:rsidR="003C7CA3" w:rsidRPr="00FC09DA" w:rsidRDefault="003454F7">
            <w:pPr>
              <w:keepNext/>
              <w:rPr>
                <w:lang w:val="ro-RO"/>
              </w:rPr>
            </w:pPr>
            <w:r w:rsidRPr="00FC09DA">
              <w:rPr>
                <w:b/>
                <w:color w:val="0D5F78"/>
                <w:lang w:val="ro-RO"/>
              </w:rPr>
              <w:t>Țara</w:t>
            </w:r>
          </w:p>
          <w:p w14:paraId="7092F64A" w14:textId="77777777" w:rsidR="003C7CA3" w:rsidRPr="00FC09DA" w:rsidRDefault="003C7CA3">
            <w:pPr>
              <w:keepNext/>
              <w:rPr>
                <w:lang w:val="ro-RO"/>
              </w:rPr>
            </w:pPr>
          </w:p>
        </w:tc>
      </w:tr>
      <w:tr w:rsidR="003C7CA3" w:rsidRPr="00FC09DA" w14:paraId="49F94177" w14:textId="77777777">
        <w:trPr>
          <w:cantSplit/>
        </w:trPr>
        <w:tc>
          <w:tcPr>
            <w:tcW w:w="9636" w:type="dxa"/>
            <w:gridSpan w:val="8"/>
            <w:shd w:val="clear" w:color="auto" w:fill="F4F4F4"/>
          </w:tcPr>
          <w:p w14:paraId="6FCA966A" w14:textId="77777777" w:rsidR="003C7CA3" w:rsidRPr="00FC09DA" w:rsidRDefault="003454F7">
            <w:pPr>
              <w:keepNext/>
              <w:rPr>
                <w:lang w:val="ro-RO"/>
              </w:rPr>
            </w:pPr>
            <w:r w:rsidRPr="00FC09DA">
              <w:rPr>
                <w:sz w:val="16"/>
                <w:lang w:val="ro-RO"/>
              </w:rPr>
              <w:t xml:space="preserve"> Date de contact</w:t>
            </w:r>
          </w:p>
        </w:tc>
      </w:tr>
      <w:tr w:rsidR="003C7CA3" w:rsidRPr="00FC09DA" w14:paraId="692FAC07" w14:textId="77777777">
        <w:trPr>
          <w:cantSplit/>
          <w:trHeight w:val="510"/>
        </w:trPr>
        <w:tc>
          <w:tcPr>
            <w:tcW w:w="4015" w:type="dxa"/>
            <w:gridSpan w:val="3"/>
          </w:tcPr>
          <w:p w14:paraId="7A514DDD" w14:textId="77777777" w:rsidR="003C7CA3" w:rsidRPr="00FC09DA" w:rsidRDefault="003454F7">
            <w:pPr>
              <w:keepNext/>
              <w:rPr>
                <w:lang w:val="ro-RO"/>
              </w:rPr>
            </w:pPr>
            <w:r w:rsidRPr="00FC09DA">
              <w:rPr>
                <w:b/>
                <w:color w:val="0D5F78"/>
                <w:lang w:val="ro-RO"/>
              </w:rPr>
              <w:t>Telefon / fax</w:t>
            </w:r>
          </w:p>
          <w:p w14:paraId="1C251D1C" w14:textId="77777777" w:rsidR="003C7CA3" w:rsidRPr="00FC09DA" w:rsidRDefault="003C7CA3">
            <w:pPr>
              <w:keepNext/>
              <w:rPr>
                <w:lang w:val="ro-RO"/>
              </w:rPr>
            </w:pPr>
          </w:p>
        </w:tc>
        <w:tc>
          <w:tcPr>
            <w:tcW w:w="5621" w:type="dxa"/>
            <w:gridSpan w:val="5"/>
          </w:tcPr>
          <w:p w14:paraId="56DA7E88" w14:textId="77777777" w:rsidR="003C7CA3" w:rsidRPr="00FC09DA" w:rsidRDefault="003454F7">
            <w:pPr>
              <w:keepNext/>
              <w:rPr>
                <w:lang w:val="ro-RO"/>
              </w:rPr>
            </w:pPr>
            <w:r w:rsidRPr="00FC09DA">
              <w:rPr>
                <w:b/>
                <w:color w:val="0D5F78"/>
                <w:lang w:val="ro-RO"/>
              </w:rPr>
              <w:t>E-mail</w:t>
            </w:r>
          </w:p>
          <w:p w14:paraId="17350C90" w14:textId="77777777" w:rsidR="003C7CA3" w:rsidRPr="00FC09DA" w:rsidRDefault="003C7CA3">
            <w:pPr>
              <w:keepNext/>
              <w:rPr>
                <w:lang w:val="ro-RO"/>
              </w:rPr>
            </w:pPr>
          </w:p>
        </w:tc>
      </w:tr>
      <w:tr w:rsidR="003C7CA3" w:rsidRPr="00FC09DA" w14:paraId="201FC873" w14:textId="77777777">
        <w:trPr>
          <w:cantSplit/>
        </w:trPr>
        <w:tc>
          <w:tcPr>
            <w:tcW w:w="9636" w:type="dxa"/>
            <w:gridSpan w:val="8"/>
            <w:shd w:val="clear" w:color="auto" w:fill="F4F4F4"/>
          </w:tcPr>
          <w:p w14:paraId="64E77FD4" w14:textId="77777777" w:rsidR="003C7CA3" w:rsidRPr="00FC09DA" w:rsidRDefault="003454F7">
            <w:pPr>
              <w:keepNext/>
              <w:rPr>
                <w:lang w:val="ro-RO"/>
              </w:rPr>
            </w:pPr>
            <w:r w:rsidRPr="00FC09DA">
              <w:rPr>
                <w:sz w:val="16"/>
                <w:lang w:val="ro-RO"/>
              </w:rPr>
              <w:t xml:space="preserve"> Reprezentare</w:t>
            </w:r>
          </w:p>
        </w:tc>
      </w:tr>
      <w:tr w:rsidR="003C7CA3" w:rsidRPr="00FC09DA" w14:paraId="1C66AA69" w14:textId="77777777">
        <w:trPr>
          <w:cantSplit/>
          <w:trHeight w:val="510"/>
        </w:trPr>
        <w:tc>
          <w:tcPr>
            <w:tcW w:w="6424" w:type="dxa"/>
            <w:gridSpan w:val="6"/>
          </w:tcPr>
          <w:p w14:paraId="7E59B4D9" w14:textId="77777777" w:rsidR="003C7CA3" w:rsidRPr="00FC09DA" w:rsidRDefault="003454F7">
            <w:pPr>
              <w:rPr>
                <w:lang w:val="ro-RO"/>
              </w:rPr>
            </w:pPr>
            <w:r w:rsidRPr="00FC09DA">
              <w:rPr>
                <w:b/>
                <w:color w:val="0D5F78"/>
                <w:lang w:val="ro-RO"/>
              </w:rPr>
              <w:t>În calitate de reprezentant al</w:t>
            </w:r>
          </w:p>
          <w:p w14:paraId="527BD733" w14:textId="77777777" w:rsidR="003C7CA3" w:rsidRPr="00FC09DA" w:rsidRDefault="003C7CA3">
            <w:pPr>
              <w:rPr>
                <w:lang w:val="ro-RO"/>
              </w:rPr>
            </w:pPr>
          </w:p>
        </w:tc>
        <w:tc>
          <w:tcPr>
            <w:tcW w:w="3212" w:type="dxa"/>
            <w:gridSpan w:val="2"/>
          </w:tcPr>
          <w:p w14:paraId="73FBAECB" w14:textId="77777777" w:rsidR="003C7CA3" w:rsidRPr="00FC09DA" w:rsidRDefault="003454F7">
            <w:pPr>
              <w:rPr>
                <w:lang w:val="ro-RO"/>
              </w:rPr>
            </w:pPr>
            <w:r w:rsidRPr="00FC09DA">
              <w:rPr>
                <w:b/>
                <w:color w:val="0D5F78"/>
                <w:lang w:val="ro-RO"/>
              </w:rPr>
              <w:t>CUI / CIF</w:t>
            </w:r>
          </w:p>
          <w:p w14:paraId="196D97D6" w14:textId="77777777" w:rsidR="003C7CA3" w:rsidRPr="00FC09DA" w:rsidRDefault="003C7CA3">
            <w:pPr>
              <w:rPr>
                <w:lang w:val="ro-RO"/>
              </w:rPr>
            </w:pPr>
          </w:p>
        </w:tc>
      </w:tr>
    </w:tbl>
    <w:p w14:paraId="29A4446E" w14:textId="77777777" w:rsidR="003C7CA3" w:rsidRPr="00FC09DA"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C09DA" w14:paraId="000CB846" w14:textId="77777777">
        <w:trPr>
          <w:cantSplit/>
        </w:trPr>
        <w:tc>
          <w:tcPr>
            <w:tcW w:w="9636" w:type="dxa"/>
            <w:shd w:val="clear" w:color="auto" w:fill="F4F4F4"/>
          </w:tcPr>
          <w:p w14:paraId="1DE1F1FA" w14:textId="77777777" w:rsidR="003C7CA3" w:rsidRPr="00FC09DA" w:rsidRDefault="003454F7">
            <w:pPr>
              <w:keepNext/>
              <w:rPr>
                <w:lang w:val="ro-RO"/>
              </w:rPr>
            </w:pPr>
            <w:r w:rsidRPr="00FC09DA">
              <w:rPr>
                <w:b/>
                <w:sz w:val="16"/>
                <w:lang w:val="ro-RO"/>
              </w:rPr>
              <w:t xml:space="preserve"> 3. </w:t>
            </w:r>
            <w:r w:rsidRPr="00FC09DA">
              <w:rPr>
                <w:b/>
                <w:color w:val="000000"/>
                <w:sz w:val="18"/>
                <w:lang w:val="ro-RO"/>
              </w:rPr>
              <w:t>TITULAR AL</w:t>
            </w:r>
          </w:p>
        </w:tc>
      </w:tr>
      <w:tr w:rsidR="003C7CA3" w:rsidRPr="00FC09DA" w14:paraId="1A6AF421" w14:textId="77777777">
        <w:trPr>
          <w:cantSplit/>
        </w:trPr>
        <w:tc>
          <w:tcPr>
            <w:tcW w:w="9636" w:type="dxa"/>
          </w:tcPr>
          <w:p w14:paraId="03060E9B" w14:textId="62867501" w:rsidR="003C7CA3" w:rsidRPr="00FC09DA" w:rsidRDefault="003454F7">
            <w:pPr>
              <w:rPr>
                <w:lang w:val="ro-RO"/>
              </w:rPr>
            </w:pPr>
            <w:r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dreptului de proprietate asupra imobilului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unui alt drept real corespunzător proprietății publice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dreptului de creanță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unui alt drept potrivit art. 248 alin. (2)</w:t>
            </w:r>
            <w:r w:rsidR="00C32AB5" w:rsidRPr="00FC09DA">
              <w:rPr>
                <w:sz w:val="16"/>
                <w:lang w:val="ro-RO"/>
              </w:rPr>
              <w:t xml:space="preserve"> din Legea nr.169/2026</w:t>
            </w:r>
          </w:p>
        </w:tc>
      </w:tr>
    </w:tbl>
    <w:p w14:paraId="14245061" w14:textId="77777777" w:rsidR="003C7CA3" w:rsidRPr="00FC09DA"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5B29C5" w:rsidRPr="00FC09DA" w14:paraId="1087A62F" w14:textId="77777777" w:rsidTr="00303E64">
        <w:trPr>
          <w:cantSplit/>
        </w:trPr>
        <w:tc>
          <w:tcPr>
            <w:tcW w:w="9636" w:type="dxa"/>
            <w:gridSpan w:val="2"/>
            <w:shd w:val="clear" w:color="auto" w:fill="F4F4F4"/>
          </w:tcPr>
          <w:p w14:paraId="3B2188BE" w14:textId="180A9649" w:rsidR="005B29C5" w:rsidRPr="00FC09DA" w:rsidRDefault="005B29C5" w:rsidP="00303E64">
            <w:pPr>
              <w:keepNext/>
              <w:rPr>
                <w:lang w:val="ro-RO"/>
              </w:rPr>
            </w:pPr>
            <w:r w:rsidRPr="00FC09DA">
              <w:rPr>
                <w:b/>
                <w:sz w:val="16"/>
                <w:lang w:val="ro-RO"/>
              </w:rPr>
              <w:t xml:space="preserve">4. </w:t>
            </w:r>
            <w:r w:rsidRPr="00FC09DA">
              <w:rPr>
                <w:b/>
                <w:color w:val="000000"/>
                <w:sz w:val="18"/>
                <w:lang w:val="ro-RO"/>
              </w:rPr>
              <w:t>TITULAR AL</w:t>
            </w:r>
          </w:p>
        </w:tc>
      </w:tr>
      <w:tr w:rsidR="005B29C5" w:rsidRPr="00FC09DA" w14:paraId="5D544392" w14:textId="77777777" w:rsidTr="00C47FA7">
        <w:trPr>
          <w:cantSplit/>
        </w:trPr>
        <w:tc>
          <w:tcPr>
            <w:tcW w:w="4818" w:type="dxa"/>
          </w:tcPr>
          <w:p w14:paraId="17241E11" w14:textId="07386F21" w:rsidR="005B29C5" w:rsidRPr="00FC09DA" w:rsidRDefault="005B29C5" w:rsidP="005B29C5">
            <w:pPr>
              <w:rPr>
                <w:lang w:val="ro-RO"/>
              </w:rPr>
            </w:pPr>
            <w:r w:rsidRPr="00FC09DA">
              <w:rPr>
                <w:b/>
                <w:color w:val="0D5F78"/>
                <w:lang w:val="ro-RO"/>
              </w:rPr>
              <w:t>Certificatului de urbanism nr. / data</w:t>
            </w:r>
          </w:p>
          <w:p w14:paraId="1B8AD45C" w14:textId="77777777" w:rsidR="005B29C5" w:rsidRPr="00FC09DA" w:rsidRDefault="005B29C5" w:rsidP="005B29C5">
            <w:pPr>
              <w:rPr>
                <w:lang w:val="ro-RO"/>
              </w:rPr>
            </w:pPr>
          </w:p>
        </w:tc>
        <w:tc>
          <w:tcPr>
            <w:tcW w:w="4818" w:type="dxa"/>
          </w:tcPr>
          <w:p w14:paraId="5FA2231A" w14:textId="77777777" w:rsidR="005B29C5" w:rsidRPr="00FC09DA" w:rsidRDefault="005B29C5" w:rsidP="005B29C5">
            <w:pPr>
              <w:rPr>
                <w:lang w:val="ro-RO"/>
              </w:rPr>
            </w:pPr>
            <w:r w:rsidRPr="00FC09DA">
              <w:rPr>
                <w:b/>
                <w:color w:val="0D5F78"/>
                <w:lang w:val="ro-RO"/>
              </w:rPr>
              <w:t>emis de</w:t>
            </w:r>
          </w:p>
          <w:p w14:paraId="3EFF25A7" w14:textId="79FDE017" w:rsidR="005B29C5" w:rsidRPr="00FC09DA" w:rsidRDefault="005B29C5" w:rsidP="005B29C5">
            <w:pPr>
              <w:rPr>
                <w:lang w:val="ro-RO"/>
              </w:rPr>
            </w:pPr>
          </w:p>
        </w:tc>
      </w:tr>
    </w:tbl>
    <w:p w14:paraId="24ABCC7F" w14:textId="77777777" w:rsidR="001531A5" w:rsidRPr="00FC09DA" w:rsidRDefault="00C32AB5" w:rsidP="00C32AB5">
      <w:pPr>
        <w:spacing w:before="80" w:after="60"/>
        <w:jc w:val="center"/>
        <w:rPr>
          <w:sz w:val="18"/>
          <w:lang w:val="ro-RO"/>
        </w:rPr>
      </w:pPr>
      <w:r w:rsidRPr="00FC09DA">
        <w:rPr>
          <w:sz w:val="18"/>
          <w:lang w:val="ro-RO"/>
        </w:rPr>
        <w:t xml:space="preserve">în conformitate cu prevederile Legii nr. 169/2026 privind Codul amenajării teritoriului, urbanismului și construcțiilor, </w:t>
      </w:r>
    </w:p>
    <w:p w14:paraId="1474EB1C" w14:textId="7A9E4436" w:rsidR="00C32AB5" w:rsidRPr="00FC09DA" w:rsidRDefault="00C32AB5" w:rsidP="00C32AB5">
      <w:pPr>
        <w:spacing w:before="80" w:after="60"/>
        <w:jc w:val="center"/>
        <w:rPr>
          <w:sz w:val="18"/>
          <w:lang w:val="ro-RO"/>
        </w:rPr>
      </w:pPr>
      <w:r w:rsidRPr="00FC09DA">
        <w:rPr>
          <w:sz w:val="18"/>
          <w:lang w:val="ro-RO"/>
        </w:rPr>
        <w:t>solicit emiterea</w:t>
      </w:r>
    </w:p>
    <w:p w14:paraId="025957C7" w14:textId="18C45868" w:rsidR="001531A5" w:rsidRPr="00FC09DA" w:rsidRDefault="00C32AB5" w:rsidP="00C32AB5">
      <w:pPr>
        <w:spacing w:after="160"/>
        <w:jc w:val="center"/>
        <w:rPr>
          <w:b/>
          <w:sz w:val="20"/>
          <w:lang w:val="ro-RO"/>
        </w:rPr>
      </w:pPr>
      <w:r w:rsidRPr="00FC09DA">
        <w:rPr>
          <w:b/>
          <w:sz w:val="20"/>
          <w:lang w:val="ro-RO"/>
        </w:rPr>
        <w:t xml:space="preserve">Autorizației de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b/>
          <w:sz w:val="20"/>
          <w:lang w:val="ro-RO"/>
        </w:rPr>
        <w:t xml:space="preserve"> construire /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b/>
          <w:sz w:val="20"/>
          <w:lang w:val="ro-RO"/>
        </w:rPr>
        <w:t xml:space="preserve"> desființare </w:t>
      </w:r>
    </w:p>
    <w:p w14:paraId="646C5D13" w14:textId="7E4D3A72" w:rsidR="00C32AB5" w:rsidRPr="00FC09DA" w:rsidRDefault="00FC09DA" w:rsidP="00C32AB5">
      <w:pPr>
        <w:spacing w:after="160"/>
        <w:jc w:val="center"/>
        <w:rPr>
          <w:b/>
          <w:sz w:val="20"/>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C32AB5" w:rsidRPr="00FC09DA">
        <w:rPr>
          <w:b/>
          <w:sz w:val="20"/>
          <w:lang w:val="ro-RO"/>
        </w:rPr>
        <w:t xml:space="preserve"> clădiri și amenjări /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C32AB5" w:rsidRPr="00FC09DA">
        <w:rPr>
          <w:b/>
          <w:sz w:val="20"/>
          <w:lang w:val="ro-RO"/>
        </w:rPr>
        <w:t xml:space="preserve"> lucrări inginerești /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C32AB5" w:rsidRPr="00FC09DA">
        <w:rPr>
          <w:b/>
          <w:sz w:val="20"/>
          <w:lang w:val="ro-RO"/>
        </w:rPr>
        <w:t xml:space="preserve"> construcții speciale</w:t>
      </w:r>
    </w:p>
    <w:p w14:paraId="76839621" w14:textId="0B39C1B5" w:rsidR="00C32AB5" w:rsidRPr="00FC09DA" w:rsidRDefault="00C32AB5" w:rsidP="00C32AB5">
      <w:pPr>
        <w:spacing w:after="160"/>
        <w:jc w:val="center"/>
        <w:rPr>
          <w:lang w:val="ro-RO"/>
        </w:rPr>
      </w:pPr>
      <w:r w:rsidRPr="00FC09DA">
        <w:rPr>
          <w:sz w:val="20"/>
          <w:lang w:val="ro-RO"/>
        </w:rPr>
        <w:t xml:space="preserve">precum și a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b/>
          <w:sz w:val="20"/>
          <w:lang w:val="ro-RO"/>
        </w:rPr>
        <w:t xml:space="preserve"> Autorizației de amenajare a organizării execuției</w:t>
      </w:r>
      <w:r w:rsidRPr="00FC09DA">
        <w:rPr>
          <w:b/>
          <w:sz w:val="20"/>
          <w:lang w:val="ro-RO"/>
        </w:rPr>
        <w:br/>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C32AB5" w:rsidRPr="00FC09DA" w14:paraId="35B98EF6" w14:textId="77777777" w:rsidTr="00303E64">
        <w:trPr>
          <w:cantSplit/>
        </w:trPr>
        <w:tc>
          <w:tcPr>
            <w:tcW w:w="9636" w:type="dxa"/>
            <w:shd w:val="clear" w:color="auto" w:fill="F4F4F4"/>
          </w:tcPr>
          <w:p w14:paraId="312363D4" w14:textId="2BBF1D99" w:rsidR="00C32AB5" w:rsidRPr="00FC09DA" w:rsidRDefault="00C32AB5" w:rsidP="00303E64">
            <w:pPr>
              <w:keepNext/>
              <w:rPr>
                <w:lang w:val="ro-RO"/>
              </w:rPr>
            </w:pPr>
            <w:r w:rsidRPr="00FC09DA">
              <w:rPr>
                <w:b/>
                <w:sz w:val="16"/>
                <w:lang w:val="ro-RO"/>
              </w:rPr>
              <w:t xml:space="preserve">5. </w:t>
            </w:r>
            <w:r w:rsidRPr="00FC09DA">
              <w:rPr>
                <w:b/>
                <w:sz w:val="18"/>
                <w:szCs w:val="18"/>
                <w:lang w:val="ro-RO"/>
              </w:rPr>
              <w:t>ÎN SCOPUL REALIZĂRII</w:t>
            </w:r>
            <w:r w:rsidRPr="00FC09DA">
              <w:rPr>
                <w:b/>
                <w:sz w:val="16"/>
                <w:lang w:val="ro-RO"/>
              </w:rPr>
              <w:t xml:space="preserve"> </w:t>
            </w:r>
            <w:r w:rsidRPr="00FC09DA">
              <w:rPr>
                <w:b/>
                <w:color w:val="000000"/>
                <w:sz w:val="18"/>
                <w:lang w:val="ro-RO"/>
              </w:rPr>
              <w:t>OBIECTIVULUI  / OBIECTULUI  DE INVESTIȚII</w:t>
            </w:r>
          </w:p>
        </w:tc>
      </w:tr>
      <w:tr w:rsidR="00C32AB5" w:rsidRPr="00FC09DA" w14:paraId="7C44D6E1" w14:textId="77777777" w:rsidTr="00303E64">
        <w:trPr>
          <w:cantSplit/>
        </w:trPr>
        <w:tc>
          <w:tcPr>
            <w:tcW w:w="9636" w:type="dxa"/>
            <w:shd w:val="clear" w:color="auto" w:fill="F4F4F4"/>
          </w:tcPr>
          <w:p w14:paraId="2AAE5021" w14:textId="56EF46F8" w:rsidR="00C32AB5" w:rsidRPr="00FC09DA" w:rsidRDefault="00C32AB5" w:rsidP="00303E64">
            <w:pPr>
              <w:keepNext/>
              <w:spacing w:line="228" w:lineRule="auto"/>
              <w:rPr>
                <w:lang w:val="ro-RO"/>
              </w:rPr>
            </w:pPr>
            <w:r w:rsidRPr="00FC09DA">
              <w:rPr>
                <w:lang w:val="ro-RO"/>
              </w:rPr>
              <w:t xml:space="preserve">include </w:t>
            </w:r>
            <w:r w:rsidR="001531A5" w:rsidRPr="00FC09DA">
              <w:rPr>
                <w:lang w:val="ro-RO"/>
              </w:rPr>
              <w:t xml:space="preserve">cel puțin </w:t>
            </w:r>
            <w:r w:rsidRPr="00FC09DA">
              <w:rPr>
                <w:lang w:val="ro-RO"/>
              </w:rPr>
              <w:t>funcțiunea principală și secundare</w:t>
            </w:r>
          </w:p>
        </w:tc>
      </w:tr>
      <w:tr w:rsidR="00C32AB5" w:rsidRPr="00FC09DA" w14:paraId="5552796F" w14:textId="77777777" w:rsidTr="00303E64">
        <w:trPr>
          <w:cantSplit/>
        </w:trPr>
        <w:tc>
          <w:tcPr>
            <w:tcW w:w="9636" w:type="dxa"/>
          </w:tcPr>
          <w:p w14:paraId="77F46E38" w14:textId="77777777" w:rsidR="00C32AB5" w:rsidRPr="00FC09DA" w:rsidRDefault="00C32AB5" w:rsidP="00303E64">
            <w:pPr>
              <w:keepNext/>
              <w:pBdr>
                <w:bottom w:val="dotted" w:sz="6" w:space="0" w:color="999999"/>
              </w:pBdr>
              <w:spacing w:after="80"/>
              <w:rPr>
                <w:lang w:val="ro-RO"/>
              </w:rPr>
            </w:pPr>
          </w:p>
          <w:p w14:paraId="77355D8A" w14:textId="77777777" w:rsidR="00C32AB5" w:rsidRPr="00FC09DA" w:rsidRDefault="00C32AB5" w:rsidP="00303E64">
            <w:pPr>
              <w:keepNext/>
              <w:pBdr>
                <w:bottom w:val="dotted" w:sz="6" w:space="0" w:color="999999"/>
              </w:pBdr>
              <w:spacing w:after="80"/>
              <w:rPr>
                <w:lang w:val="ro-RO"/>
              </w:rPr>
            </w:pPr>
          </w:p>
        </w:tc>
      </w:tr>
    </w:tbl>
    <w:p w14:paraId="2E66493B" w14:textId="40165133" w:rsidR="003C7CA3" w:rsidRPr="00FC09DA" w:rsidRDefault="003C7CA3">
      <w:pPr>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rsidRPr="00FC09DA" w14:paraId="141F6558" w14:textId="77777777">
        <w:trPr>
          <w:cantSplit/>
        </w:trPr>
        <w:tc>
          <w:tcPr>
            <w:tcW w:w="9636" w:type="dxa"/>
            <w:gridSpan w:val="7"/>
            <w:shd w:val="clear" w:color="auto" w:fill="F4F4F4"/>
          </w:tcPr>
          <w:p w14:paraId="25143AC5" w14:textId="57ECE718" w:rsidR="003C7CA3" w:rsidRPr="00FC09DA" w:rsidRDefault="003454F7">
            <w:pPr>
              <w:keepNext/>
              <w:rPr>
                <w:lang w:val="ro-RO"/>
              </w:rPr>
            </w:pPr>
            <w:r w:rsidRPr="00FC09DA">
              <w:rPr>
                <w:b/>
                <w:sz w:val="16"/>
                <w:lang w:val="ro-RO"/>
              </w:rPr>
              <w:t xml:space="preserve"> </w:t>
            </w:r>
            <w:r w:rsidR="00C32AB5" w:rsidRPr="00FC09DA">
              <w:rPr>
                <w:b/>
                <w:sz w:val="16"/>
                <w:lang w:val="ro-RO"/>
              </w:rPr>
              <w:t>6</w:t>
            </w:r>
            <w:r w:rsidRPr="00FC09DA">
              <w:rPr>
                <w:b/>
                <w:sz w:val="16"/>
                <w:lang w:val="ro-RO"/>
              </w:rPr>
              <w:t xml:space="preserve">. </w:t>
            </w:r>
            <w:r w:rsidRPr="00FC09DA">
              <w:rPr>
                <w:b/>
                <w:color w:val="000000"/>
                <w:sz w:val="18"/>
                <w:lang w:val="ro-RO"/>
              </w:rPr>
              <w:t>IMOBIL / IMOBILE</w:t>
            </w:r>
          </w:p>
        </w:tc>
      </w:tr>
      <w:tr w:rsidR="003C7CA3" w:rsidRPr="00FC09DA" w14:paraId="238DC723" w14:textId="77777777">
        <w:trPr>
          <w:cantSplit/>
        </w:trPr>
        <w:tc>
          <w:tcPr>
            <w:tcW w:w="9636" w:type="dxa"/>
            <w:gridSpan w:val="7"/>
            <w:shd w:val="clear" w:color="auto" w:fill="F4F4F4"/>
          </w:tcPr>
          <w:p w14:paraId="137FA947" w14:textId="77777777" w:rsidR="003C7CA3" w:rsidRPr="00FC09DA" w:rsidRDefault="003454F7">
            <w:pPr>
              <w:keepNext/>
              <w:spacing w:line="228" w:lineRule="auto"/>
              <w:rPr>
                <w:lang w:val="ro-RO"/>
              </w:rPr>
            </w:pPr>
            <w:r w:rsidRPr="00FC09DA">
              <w:rPr>
                <w:lang w:val="ro-RO"/>
              </w:rPr>
              <w:t>Pentru fiecare imobil se completează obligatoriu câte o anexă tehnică; celelalte imobile se înscriu în anexa de imobile.</w:t>
            </w:r>
          </w:p>
        </w:tc>
      </w:tr>
      <w:tr w:rsidR="003C7CA3" w:rsidRPr="00FC09DA" w14:paraId="2A794A33" w14:textId="77777777">
        <w:trPr>
          <w:cantSplit/>
        </w:trPr>
        <w:tc>
          <w:tcPr>
            <w:tcW w:w="9636" w:type="dxa"/>
            <w:gridSpan w:val="7"/>
            <w:shd w:val="clear" w:color="auto" w:fill="F4F4F4"/>
          </w:tcPr>
          <w:p w14:paraId="111D41FD" w14:textId="77777777" w:rsidR="003C7CA3" w:rsidRPr="00FC09DA" w:rsidRDefault="003454F7">
            <w:pPr>
              <w:keepNext/>
              <w:rPr>
                <w:lang w:val="ro-RO"/>
              </w:rPr>
            </w:pPr>
            <w:r w:rsidRPr="00FC09DA">
              <w:rPr>
                <w:sz w:val="16"/>
                <w:lang w:val="ro-RO"/>
              </w:rPr>
              <w:t xml:space="preserve"> Imobil 1</w:t>
            </w:r>
          </w:p>
        </w:tc>
      </w:tr>
      <w:tr w:rsidR="003C7CA3" w:rsidRPr="00FC09DA" w14:paraId="29520B4E" w14:textId="77777777">
        <w:trPr>
          <w:cantSplit/>
          <w:trHeight w:val="510"/>
        </w:trPr>
        <w:tc>
          <w:tcPr>
            <w:tcW w:w="3212" w:type="dxa"/>
          </w:tcPr>
          <w:p w14:paraId="0A203E5A" w14:textId="77777777" w:rsidR="003C7CA3" w:rsidRPr="00FC09DA" w:rsidRDefault="003454F7">
            <w:pPr>
              <w:keepNext/>
              <w:rPr>
                <w:lang w:val="ro-RO"/>
              </w:rPr>
            </w:pPr>
            <w:r w:rsidRPr="00FC09DA">
              <w:rPr>
                <w:b/>
                <w:color w:val="0D5F78"/>
                <w:lang w:val="ro-RO"/>
              </w:rPr>
              <w:t>Tip imobil</w:t>
            </w:r>
          </w:p>
          <w:p w14:paraId="1204C28A" w14:textId="0353E66F"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teren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construcții</w:t>
            </w:r>
          </w:p>
        </w:tc>
        <w:tc>
          <w:tcPr>
            <w:tcW w:w="3212" w:type="dxa"/>
            <w:gridSpan w:val="4"/>
          </w:tcPr>
          <w:p w14:paraId="5BA7D251" w14:textId="77777777" w:rsidR="003C7CA3" w:rsidRPr="00FC09DA" w:rsidRDefault="003454F7">
            <w:pPr>
              <w:keepNext/>
              <w:rPr>
                <w:lang w:val="ro-RO"/>
              </w:rPr>
            </w:pPr>
            <w:r w:rsidRPr="00FC09DA">
              <w:rPr>
                <w:b/>
                <w:color w:val="0D5F78"/>
                <w:lang w:val="ro-RO"/>
              </w:rPr>
              <w:t>Număr cadastral</w:t>
            </w:r>
          </w:p>
          <w:p w14:paraId="503C5161" w14:textId="77777777" w:rsidR="003C7CA3" w:rsidRPr="00FC09DA" w:rsidRDefault="003C7CA3">
            <w:pPr>
              <w:keepNext/>
              <w:rPr>
                <w:lang w:val="ro-RO"/>
              </w:rPr>
            </w:pPr>
          </w:p>
        </w:tc>
        <w:tc>
          <w:tcPr>
            <w:tcW w:w="3212" w:type="dxa"/>
            <w:gridSpan w:val="2"/>
          </w:tcPr>
          <w:p w14:paraId="350ADBEB" w14:textId="77777777" w:rsidR="003C7CA3" w:rsidRPr="00FC09DA" w:rsidRDefault="003454F7">
            <w:pPr>
              <w:keepNext/>
              <w:rPr>
                <w:lang w:val="ro-RO"/>
              </w:rPr>
            </w:pPr>
            <w:r w:rsidRPr="00FC09DA">
              <w:rPr>
                <w:b/>
                <w:color w:val="0D5F78"/>
                <w:lang w:val="ro-RO"/>
              </w:rPr>
              <w:t>Carte funciară nr.</w:t>
            </w:r>
          </w:p>
          <w:p w14:paraId="7CA38C80" w14:textId="77777777" w:rsidR="003C7CA3" w:rsidRPr="00FC09DA" w:rsidRDefault="003C7CA3">
            <w:pPr>
              <w:keepNext/>
              <w:rPr>
                <w:lang w:val="ro-RO"/>
              </w:rPr>
            </w:pPr>
          </w:p>
        </w:tc>
      </w:tr>
      <w:tr w:rsidR="003C7CA3" w:rsidRPr="00FC09DA" w14:paraId="108AC1B7" w14:textId="77777777">
        <w:trPr>
          <w:cantSplit/>
          <w:trHeight w:val="510"/>
        </w:trPr>
        <w:tc>
          <w:tcPr>
            <w:tcW w:w="3212" w:type="dxa"/>
          </w:tcPr>
          <w:p w14:paraId="4B886C1A" w14:textId="77777777" w:rsidR="003C7CA3" w:rsidRPr="00FC09DA" w:rsidRDefault="003454F7">
            <w:pPr>
              <w:keepNext/>
              <w:rPr>
                <w:lang w:val="ro-RO"/>
              </w:rPr>
            </w:pPr>
            <w:r w:rsidRPr="00FC09DA">
              <w:rPr>
                <w:b/>
                <w:color w:val="0D5F78"/>
                <w:lang w:val="ro-RO"/>
              </w:rPr>
              <w:t>Județul</w:t>
            </w:r>
          </w:p>
          <w:p w14:paraId="4BA80733" w14:textId="59CC07E3" w:rsidR="003C7CA3" w:rsidRPr="00FC09DA" w:rsidRDefault="00FC09DA" w:rsidP="00FC09DA">
            <w:pPr>
              <w:keepNext/>
              <w:jc w:val="center"/>
              <w:rPr>
                <w:lang w:val="ro-RO"/>
              </w:rPr>
            </w:pPr>
            <w:r>
              <w:rPr>
                <w:lang w:val="ro-RO"/>
              </w:rPr>
              <w:t>BACĂU</w:t>
            </w:r>
          </w:p>
        </w:tc>
        <w:tc>
          <w:tcPr>
            <w:tcW w:w="3212" w:type="dxa"/>
            <w:gridSpan w:val="4"/>
          </w:tcPr>
          <w:p w14:paraId="0828FCA2" w14:textId="77777777" w:rsidR="003C7CA3" w:rsidRPr="00FC09DA" w:rsidRDefault="003454F7">
            <w:pPr>
              <w:keepNext/>
              <w:rPr>
                <w:lang w:val="ro-RO"/>
              </w:rPr>
            </w:pPr>
            <w:r w:rsidRPr="00FC09DA">
              <w:rPr>
                <w:b/>
                <w:color w:val="0D5F78"/>
                <w:lang w:val="ro-RO"/>
              </w:rPr>
              <w:t>Municipiul / orașul / comuna</w:t>
            </w:r>
          </w:p>
          <w:p w14:paraId="277082CF" w14:textId="338410D3" w:rsidR="003C7CA3" w:rsidRPr="00FC09DA" w:rsidRDefault="00FC09DA" w:rsidP="00FC09DA">
            <w:pPr>
              <w:keepNext/>
              <w:jc w:val="center"/>
              <w:rPr>
                <w:lang w:val="ro-RO"/>
              </w:rPr>
            </w:pPr>
            <w:r>
              <w:rPr>
                <w:lang w:val="ro-RO"/>
              </w:rPr>
              <w:t>BLĂGEȘTI</w:t>
            </w:r>
          </w:p>
        </w:tc>
        <w:tc>
          <w:tcPr>
            <w:tcW w:w="3212" w:type="dxa"/>
            <w:gridSpan w:val="2"/>
          </w:tcPr>
          <w:p w14:paraId="2256FC45" w14:textId="77777777" w:rsidR="003C7CA3" w:rsidRPr="00FC09DA" w:rsidRDefault="003454F7">
            <w:pPr>
              <w:keepNext/>
              <w:rPr>
                <w:lang w:val="ro-RO"/>
              </w:rPr>
            </w:pPr>
            <w:r w:rsidRPr="00FC09DA">
              <w:rPr>
                <w:b/>
                <w:color w:val="0D5F78"/>
                <w:lang w:val="ro-RO"/>
              </w:rPr>
              <w:t>Satul / sectorul</w:t>
            </w:r>
          </w:p>
          <w:p w14:paraId="7E1897F6" w14:textId="77777777" w:rsidR="003C7CA3" w:rsidRPr="00FC09DA" w:rsidRDefault="003C7CA3">
            <w:pPr>
              <w:keepNext/>
              <w:rPr>
                <w:lang w:val="ro-RO"/>
              </w:rPr>
            </w:pPr>
          </w:p>
        </w:tc>
      </w:tr>
      <w:tr w:rsidR="003C7CA3" w:rsidRPr="00FC09DA" w14:paraId="12C6CF62" w14:textId="77777777">
        <w:trPr>
          <w:cantSplit/>
          <w:trHeight w:val="510"/>
        </w:trPr>
        <w:tc>
          <w:tcPr>
            <w:tcW w:w="3212" w:type="dxa"/>
          </w:tcPr>
          <w:p w14:paraId="36363B02" w14:textId="77777777" w:rsidR="003C7CA3" w:rsidRPr="00FC09DA" w:rsidRDefault="003454F7">
            <w:pPr>
              <w:keepNext/>
              <w:rPr>
                <w:lang w:val="ro-RO"/>
              </w:rPr>
            </w:pPr>
            <w:r w:rsidRPr="00FC09DA">
              <w:rPr>
                <w:b/>
                <w:color w:val="0D5F78"/>
                <w:lang w:val="ro-RO"/>
              </w:rPr>
              <w:t>Strada</w:t>
            </w:r>
          </w:p>
          <w:p w14:paraId="59829809" w14:textId="77777777" w:rsidR="003C7CA3" w:rsidRPr="00FC09DA" w:rsidRDefault="003C7CA3">
            <w:pPr>
              <w:keepNext/>
              <w:rPr>
                <w:lang w:val="ro-RO"/>
              </w:rPr>
            </w:pPr>
          </w:p>
        </w:tc>
        <w:tc>
          <w:tcPr>
            <w:tcW w:w="803" w:type="dxa"/>
          </w:tcPr>
          <w:p w14:paraId="020F8915" w14:textId="77777777" w:rsidR="003C7CA3" w:rsidRPr="00FC09DA" w:rsidRDefault="003454F7">
            <w:pPr>
              <w:keepNext/>
              <w:rPr>
                <w:lang w:val="ro-RO"/>
              </w:rPr>
            </w:pPr>
            <w:r w:rsidRPr="00FC09DA">
              <w:rPr>
                <w:b/>
                <w:color w:val="0D5F78"/>
                <w:lang w:val="ro-RO"/>
              </w:rPr>
              <w:t>Nr.</w:t>
            </w:r>
          </w:p>
          <w:p w14:paraId="290AAF1D" w14:textId="77777777" w:rsidR="003C7CA3" w:rsidRPr="00FC09DA" w:rsidRDefault="003C7CA3">
            <w:pPr>
              <w:keepNext/>
              <w:rPr>
                <w:lang w:val="ro-RO"/>
              </w:rPr>
            </w:pPr>
          </w:p>
        </w:tc>
        <w:tc>
          <w:tcPr>
            <w:tcW w:w="803" w:type="dxa"/>
          </w:tcPr>
          <w:p w14:paraId="19ECC621" w14:textId="77777777" w:rsidR="003C7CA3" w:rsidRPr="00FC09DA" w:rsidRDefault="003454F7">
            <w:pPr>
              <w:keepNext/>
              <w:rPr>
                <w:lang w:val="ro-RO"/>
              </w:rPr>
            </w:pPr>
            <w:r w:rsidRPr="00FC09DA">
              <w:rPr>
                <w:b/>
                <w:color w:val="0D5F78"/>
                <w:lang w:val="ro-RO"/>
              </w:rPr>
              <w:t>Sc.</w:t>
            </w:r>
          </w:p>
          <w:p w14:paraId="2B799B42" w14:textId="77777777" w:rsidR="003C7CA3" w:rsidRPr="00FC09DA" w:rsidRDefault="003C7CA3">
            <w:pPr>
              <w:keepNext/>
              <w:rPr>
                <w:lang w:val="ro-RO"/>
              </w:rPr>
            </w:pPr>
          </w:p>
        </w:tc>
        <w:tc>
          <w:tcPr>
            <w:tcW w:w="803" w:type="dxa"/>
          </w:tcPr>
          <w:p w14:paraId="73460073" w14:textId="77777777" w:rsidR="003C7CA3" w:rsidRPr="00FC09DA" w:rsidRDefault="003454F7">
            <w:pPr>
              <w:keepNext/>
              <w:rPr>
                <w:lang w:val="ro-RO"/>
              </w:rPr>
            </w:pPr>
            <w:r w:rsidRPr="00FC09DA">
              <w:rPr>
                <w:b/>
                <w:color w:val="0D5F78"/>
                <w:lang w:val="ro-RO"/>
              </w:rPr>
              <w:t>Et.</w:t>
            </w:r>
          </w:p>
          <w:p w14:paraId="5F8C34EF" w14:textId="77777777" w:rsidR="003C7CA3" w:rsidRPr="00FC09DA" w:rsidRDefault="003C7CA3">
            <w:pPr>
              <w:keepNext/>
              <w:rPr>
                <w:lang w:val="ro-RO"/>
              </w:rPr>
            </w:pPr>
          </w:p>
        </w:tc>
        <w:tc>
          <w:tcPr>
            <w:tcW w:w="803" w:type="dxa"/>
          </w:tcPr>
          <w:p w14:paraId="20D7AA17" w14:textId="77777777" w:rsidR="003C7CA3" w:rsidRPr="00FC09DA" w:rsidRDefault="003454F7">
            <w:pPr>
              <w:keepNext/>
              <w:rPr>
                <w:lang w:val="ro-RO"/>
              </w:rPr>
            </w:pPr>
            <w:r w:rsidRPr="00FC09DA">
              <w:rPr>
                <w:b/>
                <w:color w:val="0D5F78"/>
                <w:lang w:val="ro-RO"/>
              </w:rPr>
              <w:t>Ap.</w:t>
            </w:r>
          </w:p>
          <w:p w14:paraId="0CA4F21A" w14:textId="77777777" w:rsidR="003C7CA3" w:rsidRPr="00FC09DA" w:rsidRDefault="003C7CA3">
            <w:pPr>
              <w:keepNext/>
              <w:rPr>
                <w:lang w:val="ro-RO"/>
              </w:rPr>
            </w:pPr>
          </w:p>
        </w:tc>
        <w:tc>
          <w:tcPr>
            <w:tcW w:w="1606" w:type="dxa"/>
          </w:tcPr>
          <w:p w14:paraId="2EE87656" w14:textId="77777777" w:rsidR="003C7CA3" w:rsidRPr="00FC09DA" w:rsidRDefault="003454F7">
            <w:pPr>
              <w:keepNext/>
              <w:rPr>
                <w:lang w:val="ro-RO"/>
              </w:rPr>
            </w:pPr>
            <w:r w:rsidRPr="00FC09DA">
              <w:rPr>
                <w:b/>
                <w:color w:val="0D5F78"/>
                <w:lang w:val="ro-RO"/>
              </w:rPr>
              <w:t>Cod poștal</w:t>
            </w:r>
          </w:p>
          <w:p w14:paraId="27107F23" w14:textId="77777777" w:rsidR="003C7CA3" w:rsidRPr="00FC09DA" w:rsidRDefault="003C7CA3">
            <w:pPr>
              <w:keepNext/>
              <w:rPr>
                <w:lang w:val="ro-RO"/>
              </w:rPr>
            </w:pPr>
          </w:p>
        </w:tc>
        <w:tc>
          <w:tcPr>
            <w:tcW w:w="1606" w:type="dxa"/>
          </w:tcPr>
          <w:p w14:paraId="3EEA168A" w14:textId="77777777" w:rsidR="003C7CA3" w:rsidRPr="00FC09DA" w:rsidRDefault="003454F7">
            <w:pPr>
              <w:keepNext/>
              <w:rPr>
                <w:lang w:val="ro-RO"/>
              </w:rPr>
            </w:pPr>
            <w:r w:rsidRPr="00FC09DA">
              <w:rPr>
                <w:b/>
                <w:color w:val="0D5F78"/>
                <w:lang w:val="ro-RO"/>
              </w:rPr>
              <w:t>Țara</w:t>
            </w:r>
          </w:p>
          <w:p w14:paraId="356F8825" w14:textId="77777777" w:rsidR="003C7CA3" w:rsidRPr="00FC09DA" w:rsidRDefault="003C7CA3">
            <w:pPr>
              <w:keepNext/>
              <w:rPr>
                <w:lang w:val="ro-RO"/>
              </w:rPr>
            </w:pPr>
          </w:p>
        </w:tc>
      </w:tr>
    </w:tbl>
    <w:p w14:paraId="732043C2" w14:textId="77777777" w:rsidR="003C7CA3" w:rsidRPr="00FC09DA" w:rsidRDefault="003C7CA3">
      <w:pPr>
        <w:spacing w:line="168" w:lineRule="auto"/>
        <w:rPr>
          <w:lang w:val="ro-RO"/>
        </w:rPr>
      </w:pPr>
    </w:p>
    <w:p w14:paraId="317B91B1" w14:textId="77777777" w:rsidR="003C7CA3" w:rsidRPr="00FC09DA"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3C7CA3" w:rsidRPr="00FC09DA" w14:paraId="11BAE663" w14:textId="77777777">
        <w:trPr>
          <w:cantSplit/>
        </w:trPr>
        <w:tc>
          <w:tcPr>
            <w:tcW w:w="9636" w:type="dxa"/>
            <w:gridSpan w:val="4"/>
            <w:shd w:val="clear" w:color="auto" w:fill="F4F4F4"/>
          </w:tcPr>
          <w:p w14:paraId="6C910006" w14:textId="71DC325D" w:rsidR="003C7CA3" w:rsidRPr="00FC09DA" w:rsidRDefault="003454F7">
            <w:pPr>
              <w:keepNext/>
              <w:rPr>
                <w:lang w:val="ro-RO"/>
              </w:rPr>
            </w:pPr>
            <w:r w:rsidRPr="00FC09DA">
              <w:rPr>
                <w:b/>
                <w:sz w:val="16"/>
                <w:lang w:val="ro-RO"/>
              </w:rPr>
              <w:lastRenderedPageBreak/>
              <w:t xml:space="preserve"> </w:t>
            </w:r>
            <w:r w:rsidR="005B29C5" w:rsidRPr="00FC09DA">
              <w:rPr>
                <w:b/>
                <w:sz w:val="16"/>
                <w:lang w:val="ro-RO"/>
              </w:rPr>
              <w:t>7</w:t>
            </w:r>
            <w:r w:rsidRPr="00FC09DA">
              <w:rPr>
                <w:b/>
                <w:sz w:val="16"/>
                <w:lang w:val="ro-RO"/>
              </w:rPr>
              <w:t xml:space="preserve">. </w:t>
            </w:r>
            <w:r w:rsidRPr="00FC09DA">
              <w:rPr>
                <w:b/>
                <w:color w:val="000000"/>
                <w:sz w:val="18"/>
                <w:lang w:val="ro-RO"/>
              </w:rPr>
              <w:t>PROIECTUL ATAȘAT ȘI ECHIPA DE PROIECTARE</w:t>
            </w:r>
          </w:p>
        </w:tc>
      </w:tr>
      <w:tr w:rsidR="003C7CA3" w:rsidRPr="00FC09DA" w14:paraId="0ACAA9B2" w14:textId="77777777">
        <w:trPr>
          <w:cantSplit/>
        </w:trPr>
        <w:tc>
          <w:tcPr>
            <w:tcW w:w="9636" w:type="dxa"/>
            <w:gridSpan w:val="4"/>
          </w:tcPr>
          <w:p w14:paraId="389DB7C6" w14:textId="7A54142B" w:rsidR="005B29C5" w:rsidRPr="00FC09DA" w:rsidRDefault="003454F7">
            <w:pPr>
              <w:keepNext/>
              <w:rPr>
                <w:sz w:val="16"/>
                <w:lang w:val="ro-RO"/>
              </w:rPr>
            </w:pPr>
            <w:r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w:t>
            </w:r>
            <w:r w:rsidR="005B29C5" w:rsidRPr="00FC09DA">
              <w:rPr>
                <w:sz w:val="16"/>
                <w:lang w:val="ro-RO"/>
              </w:rPr>
              <w:t>P</w:t>
            </w:r>
            <w:r w:rsidRPr="00FC09DA">
              <w:rPr>
                <w:sz w:val="16"/>
                <w:lang w:val="ro-RO"/>
              </w:rPr>
              <w:t xml:space="preserve">roiect pentru autorizarea construirii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w:t>
            </w:r>
            <w:r w:rsidR="005B29C5" w:rsidRPr="00FC09DA">
              <w:rPr>
                <w:sz w:val="16"/>
                <w:lang w:val="ro-RO"/>
              </w:rPr>
              <w:t>P</w:t>
            </w:r>
            <w:r w:rsidRPr="00FC09DA">
              <w:rPr>
                <w:sz w:val="16"/>
                <w:lang w:val="ro-RO"/>
              </w:rPr>
              <w:t xml:space="preserve">roiect pentru autorizarea desființării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w:t>
            </w:r>
            <w:r w:rsidR="005B29C5" w:rsidRPr="00FC09DA">
              <w:rPr>
                <w:sz w:val="16"/>
                <w:lang w:val="ro-RO"/>
              </w:rPr>
              <w:t xml:space="preserve">Proiect pentru </w:t>
            </w:r>
            <w:r w:rsidRPr="00FC09DA">
              <w:rPr>
                <w:sz w:val="16"/>
                <w:lang w:val="ro-RO"/>
              </w:rPr>
              <w:t xml:space="preserve">intervenții asupra clădirilor existente     </w:t>
            </w:r>
          </w:p>
          <w:p w14:paraId="4A250F59" w14:textId="164A60A9" w:rsidR="003C7CA3" w:rsidRPr="00FC09DA" w:rsidRDefault="005B29C5">
            <w:pPr>
              <w:keepNext/>
              <w:rPr>
                <w:lang w:val="ro-RO"/>
              </w:rPr>
            </w:pPr>
            <w:r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Proiect pentru autorizarea amenajării</w:t>
            </w:r>
          </w:p>
        </w:tc>
      </w:tr>
      <w:tr w:rsidR="003C7CA3" w:rsidRPr="00FC09DA" w14:paraId="5974F178" w14:textId="77777777">
        <w:trPr>
          <w:cantSplit/>
          <w:trHeight w:val="510"/>
        </w:trPr>
        <w:tc>
          <w:tcPr>
            <w:tcW w:w="3212" w:type="dxa"/>
          </w:tcPr>
          <w:p w14:paraId="1BDCB568" w14:textId="77777777" w:rsidR="003C7CA3" w:rsidRPr="00FC09DA" w:rsidRDefault="003454F7">
            <w:pPr>
              <w:keepNext/>
              <w:rPr>
                <w:lang w:val="ro-RO"/>
              </w:rPr>
            </w:pPr>
            <w:r w:rsidRPr="00FC09DA">
              <w:rPr>
                <w:b/>
                <w:color w:val="0D5F78"/>
                <w:lang w:val="ro-RO"/>
              </w:rPr>
              <w:t>Nr. / data proiectului</w:t>
            </w:r>
          </w:p>
          <w:p w14:paraId="7D2822E8" w14:textId="77777777" w:rsidR="003C7CA3" w:rsidRPr="00FC09DA" w:rsidRDefault="003C7CA3">
            <w:pPr>
              <w:keepNext/>
              <w:rPr>
                <w:lang w:val="ro-RO"/>
              </w:rPr>
            </w:pPr>
          </w:p>
        </w:tc>
        <w:tc>
          <w:tcPr>
            <w:tcW w:w="6424" w:type="dxa"/>
            <w:gridSpan w:val="3"/>
          </w:tcPr>
          <w:p w14:paraId="07D00D1B" w14:textId="77777777" w:rsidR="003C7CA3" w:rsidRPr="00FC09DA" w:rsidRDefault="003454F7">
            <w:pPr>
              <w:keepNext/>
              <w:rPr>
                <w:lang w:val="ro-RO"/>
              </w:rPr>
            </w:pPr>
            <w:r w:rsidRPr="00FC09DA">
              <w:rPr>
                <w:b/>
                <w:color w:val="0D5F78"/>
                <w:lang w:val="ro-RO"/>
              </w:rPr>
              <w:t>Elaborator (denumire + sediu)</w:t>
            </w:r>
          </w:p>
          <w:p w14:paraId="53936ACC" w14:textId="77777777" w:rsidR="003C7CA3" w:rsidRPr="00FC09DA" w:rsidRDefault="003C7CA3">
            <w:pPr>
              <w:keepNext/>
              <w:rPr>
                <w:lang w:val="ro-RO"/>
              </w:rPr>
            </w:pPr>
          </w:p>
        </w:tc>
      </w:tr>
      <w:tr w:rsidR="003C7CA3" w:rsidRPr="00FC09DA" w14:paraId="75A87EAB" w14:textId="77777777">
        <w:trPr>
          <w:cantSplit/>
          <w:trHeight w:val="510"/>
        </w:trPr>
        <w:tc>
          <w:tcPr>
            <w:tcW w:w="4015" w:type="dxa"/>
            <w:gridSpan w:val="2"/>
          </w:tcPr>
          <w:p w14:paraId="76606EDE" w14:textId="77777777" w:rsidR="003C7CA3" w:rsidRPr="00FC09DA" w:rsidRDefault="003454F7">
            <w:pPr>
              <w:rPr>
                <w:lang w:val="ro-RO"/>
              </w:rPr>
            </w:pPr>
            <w:r w:rsidRPr="00FC09DA">
              <w:rPr>
                <w:b/>
                <w:color w:val="0D5F78"/>
                <w:lang w:val="ro-RO"/>
              </w:rPr>
              <w:t>Proiectant autor — arhitect / arhitect conductor / arhitect de interior</w:t>
            </w:r>
          </w:p>
          <w:p w14:paraId="6C8A3887" w14:textId="77777777" w:rsidR="003C7CA3" w:rsidRPr="00FC09DA" w:rsidRDefault="003C7CA3">
            <w:pPr>
              <w:rPr>
                <w:lang w:val="ro-RO"/>
              </w:rPr>
            </w:pPr>
          </w:p>
        </w:tc>
        <w:tc>
          <w:tcPr>
            <w:tcW w:w="1606" w:type="dxa"/>
          </w:tcPr>
          <w:p w14:paraId="0DA772E1" w14:textId="77777777" w:rsidR="003C7CA3" w:rsidRPr="00FC09DA" w:rsidRDefault="003454F7">
            <w:pPr>
              <w:rPr>
                <w:lang w:val="ro-RO"/>
              </w:rPr>
            </w:pPr>
            <w:r w:rsidRPr="00FC09DA">
              <w:rPr>
                <w:b/>
                <w:color w:val="0D5F78"/>
                <w:lang w:val="ro-RO"/>
              </w:rPr>
              <w:t>Nr. TNA</w:t>
            </w:r>
          </w:p>
          <w:p w14:paraId="6BEEE180" w14:textId="77777777" w:rsidR="003C7CA3" w:rsidRPr="00FC09DA" w:rsidRDefault="003C7CA3">
            <w:pPr>
              <w:rPr>
                <w:lang w:val="ro-RO"/>
              </w:rPr>
            </w:pPr>
          </w:p>
        </w:tc>
        <w:tc>
          <w:tcPr>
            <w:tcW w:w="4015" w:type="dxa"/>
          </w:tcPr>
          <w:p w14:paraId="464DDB71" w14:textId="77777777" w:rsidR="003C7CA3" w:rsidRPr="00FC09DA" w:rsidRDefault="003454F7">
            <w:pPr>
              <w:rPr>
                <w:lang w:val="ro-RO"/>
              </w:rPr>
            </w:pPr>
            <w:r w:rsidRPr="00FC09DA">
              <w:rPr>
                <w:b/>
                <w:color w:val="0D5F78"/>
                <w:lang w:val="ro-RO"/>
              </w:rPr>
              <w:t>Ingineri, pe specialități</w:t>
            </w:r>
          </w:p>
          <w:p w14:paraId="33E86647" w14:textId="77777777" w:rsidR="003C7CA3" w:rsidRPr="00FC09DA" w:rsidRDefault="003C7CA3">
            <w:pPr>
              <w:rPr>
                <w:lang w:val="ro-RO"/>
              </w:rPr>
            </w:pPr>
          </w:p>
        </w:tc>
      </w:tr>
    </w:tbl>
    <w:p w14:paraId="5C104DE5" w14:textId="77777777" w:rsidR="003C7CA3" w:rsidRPr="00FC09DA"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3C7CA3" w:rsidRPr="00FC09DA" w14:paraId="4385328E" w14:textId="77777777">
        <w:trPr>
          <w:cantSplit/>
        </w:trPr>
        <w:tc>
          <w:tcPr>
            <w:tcW w:w="9636" w:type="dxa"/>
            <w:gridSpan w:val="2"/>
            <w:shd w:val="clear" w:color="auto" w:fill="F4F4F4"/>
          </w:tcPr>
          <w:p w14:paraId="78893A0E" w14:textId="7F0A6787" w:rsidR="003C7CA3" w:rsidRPr="00FC09DA" w:rsidRDefault="003454F7">
            <w:pPr>
              <w:keepNext/>
              <w:rPr>
                <w:lang w:val="ro-RO"/>
              </w:rPr>
            </w:pPr>
            <w:r w:rsidRPr="00FC09DA">
              <w:rPr>
                <w:b/>
                <w:sz w:val="16"/>
                <w:lang w:val="ro-RO"/>
              </w:rPr>
              <w:t xml:space="preserve"> </w:t>
            </w:r>
            <w:r w:rsidR="005B29C5" w:rsidRPr="00FC09DA">
              <w:rPr>
                <w:b/>
                <w:sz w:val="16"/>
                <w:lang w:val="ro-RO"/>
              </w:rPr>
              <w:t>8</w:t>
            </w:r>
            <w:r w:rsidRPr="00FC09DA">
              <w:rPr>
                <w:b/>
                <w:sz w:val="16"/>
                <w:lang w:val="ro-RO"/>
              </w:rPr>
              <w:t xml:space="preserve">. </w:t>
            </w:r>
            <w:r w:rsidR="005B29C5" w:rsidRPr="00FC09DA">
              <w:rPr>
                <w:b/>
                <w:sz w:val="18"/>
                <w:szCs w:val="18"/>
                <w:lang w:val="ro-RO"/>
              </w:rPr>
              <w:t>CLASA DE CONSECINȚE</w:t>
            </w:r>
            <w:r w:rsidR="005B29C5" w:rsidRPr="00FC09DA">
              <w:rPr>
                <w:b/>
                <w:sz w:val="16"/>
                <w:lang w:val="ro-RO"/>
              </w:rPr>
              <w:t xml:space="preserve"> / </w:t>
            </w:r>
            <w:r w:rsidRPr="00FC09DA">
              <w:rPr>
                <w:b/>
                <w:color w:val="000000"/>
                <w:sz w:val="18"/>
                <w:lang w:val="ro-RO"/>
              </w:rPr>
              <w:t>VERIFICAREA TEHNICĂ</w:t>
            </w:r>
          </w:p>
        </w:tc>
      </w:tr>
      <w:tr w:rsidR="003C7CA3" w:rsidRPr="00FC09DA" w14:paraId="313D4B5F" w14:textId="77777777">
        <w:trPr>
          <w:cantSplit/>
        </w:trPr>
        <w:tc>
          <w:tcPr>
            <w:tcW w:w="9636" w:type="dxa"/>
            <w:gridSpan w:val="2"/>
          </w:tcPr>
          <w:p w14:paraId="67F15B02" w14:textId="6B594343" w:rsidR="003C7CA3" w:rsidRPr="00FC09DA" w:rsidRDefault="003454F7">
            <w:pPr>
              <w:keepNext/>
              <w:rPr>
                <w:lang w:val="ro-RO"/>
              </w:rPr>
            </w:pPr>
            <w:r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CC 1 / NVP 1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CC 2 / NVP 2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CC 3 / NVP 3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CC 4 / NVP 4</w:t>
            </w:r>
          </w:p>
        </w:tc>
      </w:tr>
      <w:tr w:rsidR="003C7CA3" w:rsidRPr="00FC09DA" w14:paraId="6C291604" w14:textId="77777777">
        <w:trPr>
          <w:cantSplit/>
          <w:trHeight w:val="510"/>
        </w:trPr>
        <w:tc>
          <w:tcPr>
            <w:tcW w:w="5621" w:type="dxa"/>
          </w:tcPr>
          <w:p w14:paraId="178147B7" w14:textId="77777777" w:rsidR="003C7CA3" w:rsidRPr="00FC09DA" w:rsidRDefault="003454F7">
            <w:pPr>
              <w:keepNext/>
              <w:rPr>
                <w:lang w:val="ro-RO"/>
              </w:rPr>
            </w:pPr>
            <w:r w:rsidRPr="00FC09DA">
              <w:rPr>
                <w:b/>
                <w:color w:val="0D5F78"/>
                <w:lang w:val="ro-RO"/>
              </w:rPr>
              <w:t>rezistență mecanică și stabilitate — nume și prenume verificator / nr. atestat</w:t>
            </w:r>
          </w:p>
          <w:p w14:paraId="55A906E7" w14:textId="77777777" w:rsidR="003C7CA3" w:rsidRPr="00FC09DA" w:rsidRDefault="003C7CA3">
            <w:pPr>
              <w:keepNext/>
              <w:rPr>
                <w:lang w:val="ro-RO"/>
              </w:rPr>
            </w:pPr>
          </w:p>
        </w:tc>
        <w:tc>
          <w:tcPr>
            <w:tcW w:w="4015" w:type="dxa"/>
          </w:tcPr>
          <w:p w14:paraId="507ABA70" w14:textId="77777777" w:rsidR="003C7CA3" w:rsidRPr="00FC09DA" w:rsidRDefault="003454F7">
            <w:pPr>
              <w:keepNext/>
              <w:rPr>
                <w:lang w:val="ro-RO"/>
              </w:rPr>
            </w:pPr>
            <w:r w:rsidRPr="00FC09DA">
              <w:rPr>
                <w:b/>
                <w:color w:val="0D5F78"/>
                <w:lang w:val="ro-RO"/>
              </w:rPr>
              <w:t>Referat nr. / data</w:t>
            </w:r>
          </w:p>
          <w:p w14:paraId="0F4F3175" w14:textId="77777777" w:rsidR="003C7CA3" w:rsidRPr="00FC09DA" w:rsidRDefault="003C7CA3">
            <w:pPr>
              <w:keepNext/>
              <w:rPr>
                <w:lang w:val="ro-RO"/>
              </w:rPr>
            </w:pPr>
          </w:p>
        </w:tc>
      </w:tr>
      <w:tr w:rsidR="003C7CA3" w:rsidRPr="00FC09DA" w14:paraId="1B537CFD" w14:textId="77777777">
        <w:trPr>
          <w:cantSplit/>
          <w:trHeight w:val="510"/>
        </w:trPr>
        <w:tc>
          <w:tcPr>
            <w:tcW w:w="5621" w:type="dxa"/>
          </w:tcPr>
          <w:p w14:paraId="7F3E8059" w14:textId="77777777" w:rsidR="003C7CA3" w:rsidRPr="00FC09DA" w:rsidRDefault="003454F7">
            <w:pPr>
              <w:keepNext/>
              <w:rPr>
                <w:lang w:val="ro-RO"/>
              </w:rPr>
            </w:pPr>
            <w:r w:rsidRPr="00FC09DA">
              <w:rPr>
                <w:b/>
                <w:color w:val="0D5F78"/>
                <w:lang w:val="ro-RO"/>
              </w:rPr>
              <w:t>securitate la incendiu — nume și prenume verificator / nr. atestat</w:t>
            </w:r>
          </w:p>
          <w:p w14:paraId="1BCEE1ED" w14:textId="77777777" w:rsidR="003C7CA3" w:rsidRPr="00FC09DA" w:rsidRDefault="003C7CA3">
            <w:pPr>
              <w:keepNext/>
              <w:rPr>
                <w:lang w:val="ro-RO"/>
              </w:rPr>
            </w:pPr>
          </w:p>
        </w:tc>
        <w:tc>
          <w:tcPr>
            <w:tcW w:w="4015" w:type="dxa"/>
          </w:tcPr>
          <w:p w14:paraId="6ABE03DB" w14:textId="77777777" w:rsidR="003C7CA3" w:rsidRPr="00FC09DA" w:rsidRDefault="003454F7">
            <w:pPr>
              <w:keepNext/>
              <w:rPr>
                <w:lang w:val="ro-RO"/>
              </w:rPr>
            </w:pPr>
            <w:r w:rsidRPr="00FC09DA">
              <w:rPr>
                <w:b/>
                <w:color w:val="0D5F78"/>
                <w:lang w:val="ro-RO"/>
              </w:rPr>
              <w:t>Referat nr. / data</w:t>
            </w:r>
          </w:p>
          <w:p w14:paraId="16A6E2B2" w14:textId="77777777" w:rsidR="003C7CA3" w:rsidRPr="00FC09DA" w:rsidRDefault="003C7CA3">
            <w:pPr>
              <w:keepNext/>
              <w:rPr>
                <w:lang w:val="ro-RO"/>
              </w:rPr>
            </w:pPr>
          </w:p>
        </w:tc>
      </w:tr>
      <w:tr w:rsidR="003C7CA3" w:rsidRPr="00FC09DA" w14:paraId="4D42D0D1" w14:textId="77777777">
        <w:trPr>
          <w:cantSplit/>
          <w:trHeight w:val="510"/>
        </w:trPr>
        <w:tc>
          <w:tcPr>
            <w:tcW w:w="5621" w:type="dxa"/>
          </w:tcPr>
          <w:p w14:paraId="6CEEC3D5" w14:textId="77777777" w:rsidR="003C7CA3" w:rsidRPr="00FC09DA" w:rsidRDefault="003454F7">
            <w:pPr>
              <w:keepNext/>
              <w:rPr>
                <w:lang w:val="ro-RO"/>
              </w:rPr>
            </w:pPr>
            <w:r w:rsidRPr="00FC09DA">
              <w:rPr>
                <w:b/>
                <w:color w:val="0D5F78"/>
                <w:lang w:val="ro-RO"/>
              </w:rPr>
              <w:t>igienă, sănătate și mediu înconjurător — nume și prenume verificator / nr. atestat</w:t>
            </w:r>
          </w:p>
          <w:p w14:paraId="1EDBBEFD" w14:textId="77777777" w:rsidR="003C7CA3" w:rsidRPr="00FC09DA" w:rsidRDefault="003C7CA3">
            <w:pPr>
              <w:keepNext/>
              <w:rPr>
                <w:lang w:val="ro-RO"/>
              </w:rPr>
            </w:pPr>
          </w:p>
        </w:tc>
        <w:tc>
          <w:tcPr>
            <w:tcW w:w="4015" w:type="dxa"/>
          </w:tcPr>
          <w:p w14:paraId="6F3AA615" w14:textId="77777777" w:rsidR="003C7CA3" w:rsidRPr="00FC09DA" w:rsidRDefault="003454F7">
            <w:pPr>
              <w:keepNext/>
              <w:rPr>
                <w:lang w:val="ro-RO"/>
              </w:rPr>
            </w:pPr>
            <w:r w:rsidRPr="00FC09DA">
              <w:rPr>
                <w:b/>
                <w:color w:val="0D5F78"/>
                <w:lang w:val="ro-RO"/>
              </w:rPr>
              <w:t>Referat nr. / data</w:t>
            </w:r>
          </w:p>
          <w:p w14:paraId="380259FB" w14:textId="77777777" w:rsidR="003C7CA3" w:rsidRPr="00FC09DA" w:rsidRDefault="003C7CA3">
            <w:pPr>
              <w:keepNext/>
              <w:rPr>
                <w:lang w:val="ro-RO"/>
              </w:rPr>
            </w:pPr>
          </w:p>
        </w:tc>
      </w:tr>
      <w:tr w:rsidR="003C7CA3" w:rsidRPr="00FC09DA" w14:paraId="3DABF892" w14:textId="77777777">
        <w:trPr>
          <w:cantSplit/>
          <w:trHeight w:val="510"/>
        </w:trPr>
        <w:tc>
          <w:tcPr>
            <w:tcW w:w="5621" w:type="dxa"/>
          </w:tcPr>
          <w:p w14:paraId="1751CB94" w14:textId="77777777" w:rsidR="003C7CA3" w:rsidRPr="00FC09DA" w:rsidRDefault="003454F7">
            <w:pPr>
              <w:keepNext/>
              <w:rPr>
                <w:lang w:val="ro-RO"/>
              </w:rPr>
            </w:pPr>
            <w:r w:rsidRPr="00FC09DA">
              <w:rPr>
                <w:b/>
                <w:color w:val="0D5F78"/>
                <w:lang w:val="ro-RO"/>
              </w:rPr>
              <w:t>siguranță și accesibilitate în exploatare — nume și prenume verificator / nr. atestat</w:t>
            </w:r>
          </w:p>
          <w:p w14:paraId="37FBA497" w14:textId="77777777" w:rsidR="003C7CA3" w:rsidRPr="00FC09DA" w:rsidRDefault="003C7CA3">
            <w:pPr>
              <w:keepNext/>
              <w:rPr>
                <w:lang w:val="ro-RO"/>
              </w:rPr>
            </w:pPr>
          </w:p>
        </w:tc>
        <w:tc>
          <w:tcPr>
            <w:tcW w:w="4015" w:type="dxa"/>
          </w:tcPr>
          <w:p w14:paraId="4BE5F4B2" w14:textId="77777777" w:rsidR="003C7CA3" w:rsidRPr="00FC09DA" w:rsidRDefault="003454F7">
            <w:pPr>
              <w:keepNext/>
              <w:rPr>
                <w:lang w:val="ro-RO"/>
              </w:rPr>
            </w:pPr>
            <w:r w:rsidRPr="00FC09DA">
              <w:rPr>
                <w:b/>
                <w:color w:val="0D5F78"/>
                <w:lang w:val="ro-RO"/>
              </w:rPr>
              <w:t>Referat nr. / data</w:t>
            </w:r>
          </w:p>
          <w:p w14:paraId="4FE92136" w14:textId="77777777" w:rsidR="003C7CA3" w:rsidRPr="00FC09DA" w:rsidRDefault="003C7CA3">
            <w:pPr>
              <w:keepNext/>
              <w:rPr>
                <w:lang w:val="ro-RO"/>
              </w:rPr>
            </w:pPr>
          </w:p>
        </w:tc>
      </w:tr>
      <w:tr w:rsidR="003C7CA3" w:rsidRPr="00FC09DA" w14:paraId="2F18EBB1" w14:textId="77777777">
        <w:trPr>
          <w:cantSplit/>
          <w:trHeight w:val="510"/>
        </w:trPr>
        <w:tc>
          <w:tcPr>
            <w:tcW w:w="5621" w:type="dxa"/>
          </w:tcPr>
          <w:p w14:paraId="096BDEB8" w14:textId="77777777" w:rsidR="003C7CA3" w:rsidRPr="00FC09DA" w:rsidRDefault="003454F7">
            <w:pPr>
              <w:keepNext/>
              <w:rPr>
                <w:lang w:val="ro-RO"/>
              </w:rPr>
            </w:pPr>
            <w:r w:rsidRPr="00FC09DA">
              <w:rPr>
                <w:b/>
                <w:color w:val="0D5F78"/>
                <w:lang w:val="ro-RO"/>
              </w:rPr>
              <w:t>protecție împotriva zgomotului — nume și prenume verificator / nr. atestat</w:t>
            </w:r>
          </w:p>
          <w:p w14:paraId="0A4BFEFB" w14:textId="77777777" w:rsidR="003C7CA3" w:rsidRPr="00FC09DA" w:rsidRDefault="003C7CA3">
            <w:pPr>
              <w:keepNext/>
              <w:rPr>
                <w:lang w:val="ro-RO"/>
              </w:rPr>
            </w:pPr>
          </w:p>
        </w:tc>
        <w:tc>
          <w:tcPr>
            <w:tcW w:w="4015" w:type="dxa"/>
          </w:tcPr>
          <w:p w14:paraId="20819743" w14:textId="77777777" w:rsidR="003C7CA3" w:rsidRPr="00FC09DA" w:rsidRDefault="003454F7">
            <w:pPr>
              <w:keepNext/>
              <w:rPr>
                <w:lang w:val="ro-RO"/>
              </w:rPr>
            </w:pPr>
            <w:r w:rsidRPr="00FC09DA">
              <w:rPr>
                <w:b/>
                <w:color w:val="0D5F78"/>
                <w:lang w:val="ro-RO"/>
              </w:rPr>
              <w:t>Referat nr. / data</w:t>
            </w:r>
          </w:p>
          <w:p w14:paraId="2694A209" w14:textId="77777777" w:rsidR="003C7CA3" w:rsidRPr="00FC09DA" w:rsidRDefault="003C7CA3">
            <w:pPr>
              <w:keepNext/>
              <w:rPr>
                <w:lang w:val="ro-RO"/>
              </w:rPr>
            </w:pPr>
          </w:p>
        </w:tc>
      </w:tr>
      <w:tr w:rsidR="003C7CA3" w:rsidRPr="00FC09DA" w14:paraId="400D17A7" w14:textId="77777777">
        <w:trPr>
          <w:cantSplit/>
          <w:trHeight w:val="510"/>
        </w:trPr>
        <w:tc>
          <w:tcPr>
            <w:tcW w:w="5621" w:type="dxa"/>
          </w:tcPr>
          <w:p w14:paraId="6A16B685" w14:textId="77777777" w:rsidR="003C7CA3" w:rsidRPr="00FC09DA" w:rsidRDefault="003454F7">
            <w:pPr>
              <w:rPr>
                <w:lang w:val="ro-RO"/>
              </w:rPr>
            </w:pPr>
            <w:r w:rsidRPr="00FC09DA">
              <w:rPr>
                <w:b/>
                <w:color w:val="0D5F78"/>
                <w:lang w:val="ro-RO"/>
              </w:rPr>
              <w:t>economie de energie și izolare termică — nume și prenume verificator / nr. atestat</w:t>
            </w:r>
          </w:p>
          <w:p w14:paraId="046508A0" w14:textId="77777777" w:rsidR="003C7CA3" w:rsidRPr="00FC09DA" w:rsidRDefault="003C7CA3">
            <w:pPr>
              <w:rPr>
                <w:lang w:val="ro-RO"/>
              </w:rPr>
            </w:pPr>
          </w:p>
        </w:tc>
        <w:tc>
          <w:tcPr>
            <w:tcW w:w="4015" w:type="dxa"/>
          </w:tcPr>
          <w:p w14:paraId="3308A2B7" w14:textId="77777777" w:rsidR="003C7CA3" w:rsidRPr="00FC09DA" w:rsidRDefault="003454F7">
            <w:pPr>
              <w:rPr>
                <w:lang w:val="ro-RO"/>
              </w:rPr>
            </w:pPr>
            <w:r w:rsidRPr="00FC09DA">
              <w:rPr>
                <w:b/>
                <w:color w:val="0D5F78"/>
                <w:lang w:val="ro-RO"/>
              </w:rPr>
              <w:t>Referat nr. / data</w:t>
            </w:r>
          </w:p>
          <w:p w14:paraId="6D570FFC" w14:textId="77777777" w:rsidR="003C7CA3" w:rsidRPr="00FC09DA" w:rsidRDefault="003C7CA3">
            <w:pPr>
              <w:rPr>
                <w:lang w:val="ro-RO"/>
              </w:rPr>
            </w:pPr>
          </w:p>
        </w:tc>
      </w:tr>
    </w:tbl>
    <w:p w14:paraId="51514B17" w14:textId="77777777" w:rsidR="003C7CA3" w:rsidRPr="00FC09DA"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3C7CA3" w:rsidRPr="00FC09DA" w14:paraId="30BF4934" w14:textId="77777777">
        <w:trPr>
          <w:cantSplit/>
        </w:trPr>
        <w:tc>
          <w:tcPr>
            <w:tcW w:w="9636" w:type="dxa"/>
            <w:gridSpan w:val="3"/>
            <w:shd w:val="clear" w:color="auto" w:fill="F4F4F4"/>
          </w:tcPr>
          <w:p w14:paraId="36BAA100" w14:textId="460D29EE" w:rsidR="003C7CA3" w:rsidRPr="00FC09DA" w:rsidRDefault="003454F7">
            <w:pPr>
              <w:keepNext/>
              <w:rPr>
                <w:lang w:val="ro-RO"/>
              </w:rPr>
            </w:pPr>
            <w:r w:rsidRPr="00FC09DA">
              <w:rPr>
                <w:b/>
                <w:sz w:val="16"/>
                <w:lang w:val="ro-RO"/>
              </w:rPr>
              <w:t xml:space="preserve"> </w:t>
            </w:r>
            <w:r w:rsidR="005B29C5" w:rsidRPr="00FC09DA">
              <w:rPr>
                <w:b/>
                <w:sz w:val="16"/>
                <w:lang w:val="ro-RO"/>
              </w:rPr>
              <w:t>9</w:t>
            </w:r>
            <w:r w:rsidRPr="00FC09DA">
              <w:rPr>
                <w:b/>
                <w:sz w:val="16"/>
                <w:lang w:val="ro-RO"/>
              </w:rPr>
              <w:t xml:space="preserve">. </w:t>
            </w:r>
            <w:r w:rsidRPr="00FC09DA">
              <w:rPr>
                <w:b/>
                <w:color w:val="000000"/>
                <w:sz w:val="18"/>
                <w:lang w:val="ro-RO"/>
              </w:rPr>
              <w:t>VALORI ȘI DURATĂ</w:t>
            </w:r>
          </w:p>
        </w:tc>
      </w:tr>
      <w:tr w:rsidR="003C7CA3" w:rsidRPr="00FC09DA" w14:paraId="69625671" w14:textId="77777777">
        <w:trPr>
          <w:cantSplit/>
          <w:trHeight w:val="510"/>
        </w:trPr>
        <w:tc>
          <w:tcPr>
            <w:tcW w:w="4015" w:type="dxa"/>
          </w:tcPr>
          <w:p w14:paraId="35681F51" w14:textId="77777777" w:rsidR="003C7CA3" w:rsidRPr="00FC09DA" w:rsidRDefault="003454F7">
            <w:pPr>
              <w:rPr>
                <w:lang w:val="ro-RO"/>
              </w:rPr>
            </w:pPr>
            <w:r w:rsidRPr="00FC09DA">
              <w:rPr>
                <w:b/>
                <w:color w:val="0D5F78"/>
                <w:lang w:val="ro-RO"/>
              </w:rPr>
              <w:t>Valoarea lucrărilor supuse autorizării (lei)</w:t>
            </w:r>
          </w:p>
          <w:p w14:paraId="76862E94" w14:textId="77777777" w:rsidR="003C7CA3" w:rsidRPr="00FC09DA" w:rsidRDefault="003C7CA3">
            <w:pPr>
              <w:rPr>
                <w:lang w:val="ro-RO"/>
              </w:rPr>
            </w:pPr>
          </w:p>
        </w:tc>
        <w:tc>
          <w:tcPr>
            <w:tcW w:w="3212" w:type="dxa"/>
          </w:tcPr>
          <w:p w14:paraId="14B5E0E6" w14:textId="77777777" w:rsidR="003C7CA3" w:rsidRPr="00FC09DA" w:rsidRDefault="003454F7">
            <w:pPr>
              <w:rPr>
                <w:lang w:val="ro-RO"/>
              </w:rPr>
            </w:pPr>
            <w:r w:rsidRPr="00FC09DA">
              <w:rPr>
                <w:b/>
                <w:color w:val="0D5F78"/>
                <w:lang w:val="ro-RO"/>
              </w:rPr>
              <w:t>Valoarea obiectivului (lei)</w:t>
            </w:r>
          </w:p>
          <w:p w14:paraId="20819838" w14:textId="77777777" w:rsidR="003C7CA3" w:rsidRPr="00FC09DA" w:rsidRDefault="003C7CA3">
            <w:pPr>
              <w:rPr>
                <w:lang w:val="ro-RO"/>
              </w:rPr>
            </w:pPr>
          </w:p>
        </w:tc>
        <w:tc>
          <w:tcPr>
            <w:tcW w:w="2409" w:type="dxa"/>
          </w:tcPr>
          <w:p w14:paraId="26B96CD2" w14:textId="77777777" w:rsidR="003C7CA3" w:rsidRPr="00FC09DA" w:rsidRDefault="003454F7">
            <w:pPr>
              <w:rPr>
                <w:lang w:val="ro-RO"/>
              </w:rPr>
            </w:pPr>
            <w:r w:rsidRPr="00FC09DA">
              <w:rPr>
                <w:b/>
                <w:color w:val="0D5F78"/>
                <w:lang w:val="ro-RO"/>
              </w:rPr>
              <w:t>Durata estimată de execuție (luni)</w:t>
            </w:r>
          </w:p>
          <w:p w14:paraId="32906AEA" w14:textId="77777777" w:rsidR="003C7CA3" w:rsidRPr="00FC09DA" w:rsidRDefault="003C7CA3">
            <w:pPr>
              <w:rPr>
                <w:lang w:val="ro-RO"/>
              </w:rPr>
            </w:pPr>
          </w:p>
        </w:tc>
      </w:tr>
    </w:tbl>
    <w:p w14:paraId="65218AF1" w14:textId="4D32B4C8" w:rsidR="003C7CA3" w:rsidRPr="00FC09DA" w:rsidRDefault="003C7CA3">
      <w:pPr>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C09DA" w14:paraId="6544AF45" w14:textId="77777777">
        <w:trPr>
          <w:cantSplit/>
        </w:trPr>
        <w:tc>
          <w:tcPr>
            <w:tcW w:w="9636" w:type="dxa"/>
            <w:shd w:val="clear" w:color="auto" w:fill="F4F4F4"/>
          </w:tcPr>
          <w:p w14:paraId="52DC375C" w14:textId="5213E40F" w:rsidR="003C7CA3" w:rsidRPr="00FC09DA" w:rsidRDefault="003454F7">
            <w:pPr>
              <w:keepNext/>
              <w:rPr>
                <w:lang w:val="ro-RO"/>
              </w:rPr>
            </w:pPr>
            <w:r w:rsidRPr="00FC09DA">
              <w:rPr>
                <w:b/>
                <w:sz w:val="16"/>
                <w:lang w:val="ro-RO"/>
              </w:rPr>
              <w:t xml:space="preserve"> </w:t>
            </w:r>
            <w:r w:rsidR="005B29C5" w:rsidRPr="00FC09DA">
              <w:rPr>
                <w:b/>
                <w:sz w:val="16"/>
                <w:lang w:val="ro-RO"/>
              </w:rPr>
              <w:t>10</w:t>
            </w:r>
            <w:r w:rsidRPr="00FC09DA">
              <w:rPr>
                <w:b/>
                <w:sz w:val="16"/>
                <w:lang w:val="ro-RO"/>
              </w:rPr>
              <w:t xml:space="preserve">. </w:t>
            </w:r>
            <w:r w:rsidRPr="00FC09DA">
              <w:rPr>
                <w:b/>
                <w:color w:val="000000"/>
                <w:sz w:val="18"/>
                <w:lang w:val="ro-RO"/>
              </w:rPr>
              <w:t>ANEXEZ LA PREZENTA CERERE</w:t>
            </w:r>
          </w:p>
        </w:tc>
      </w:tr>
      <w:tr w:rsidR="003C7CA3" w:rsidRPr="00FC09DA" w14:paraId="2CF92BA9" w14:textId="77777777">
        <w:trPr>
          <w:cantSplit/>
        </w:trPr>
        <w:tc>
          <w:tcPr>
            <w:tcW w:w="9636" w:type="dxa"/>
          </w:tcPr>
          <w:p w14:paraId="1704C4A8" w14:textId="1E473C79" w:rsidR="002B61AC" w:rsidRPr="00FC09DA" w:rsidRDefault="00FC09DA">
            <w:pPr>
              <w:keepNext/>
              <w:rPr>
                <w:sz w:val="16"/>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a) extras de plan cadastral actualizat și extras de carte funciară actualizat</w:t>
            </w:r>
            <w:r w:rsidR="002B61AC" w:rsidRPr="00FC09DA">
              <w:rPr>
                <w:sz w:val="16"/>
                <w:lang w:val="ro-RO"/>
              </w:rPr>
              <w:t>, nu mai vechi de 30 de zile</w:t>
            </w:r>
          </w:p>
        </w:tc>
      </w:tr>
      <w:tr w:rsidR="003C7CA3" w:rsidRPr="00FC09DA" w14:paraId="7B857128" w14:textId="77777777">
        <w:trPr>
          <w:cantSplit/>
        </w:trPr>
        <w:tc>
          <w:tcPr>
            <w:tcW w:w="9636" w:type="dxa"/>
          </w:tcPr>
          <w:p w14:paraId="6E0CC8EF" w14:textId="04645AA6"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b) actele care atestă dreptul în baza căruia titularul poate solicita emiterea autorizației, dacă este cazul (copie conform cu originalul)</w:t>
            </w:r>
          </w:p>
        </w:tc>
      </w:tr>
      <w:tr w:rsidR="003C7CA3" w:rsidRPr="00FC09DA" w14:paraId="10580FAB" w14:textId="77777777">
        <w:trPr>
          <w:cantSplit/>
        </w:trPr>
        <w:tc>
          <w:tcPr>
            <w:tcW w:w="9636" w:type="dxa"/>
          </w:tcPr>
          <w:p w14:paraId="495300F2" w14:textId="4437B57A"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 proiectul pentru autorizarea construirii / desființării / intervențiilor asupra construcțiilor existente / amenajării / organizării de șantier, după caz (2 exemplare originale</w:t>
            </w:r>
            <w:r w:rsidR="001531A5" w:rsidRPr="00FC09DA">
              <w:rPr>
                <w:sz w:val="16"/>
                <w:lang w:val="ro-RO"/>
              </w:rPr>
              <w:t xml:space="preserve"> sau 1 exemplar original, în format letric, acolo unde autoritatea are posibilitatea de a arhiva în format digital</w:t>
            </w:r>
            <w:r w:rsidR="003454F7" w:rsidRPr="00FC09DA">
              <w:rPr>
                <w:sz w:val="16"/>
                <w:lang w:val="ro-RO"/>
              </w:rPr>
              <w:t>)</w:t>
            </w:r>
          </w:p>
        </w:tc>
      </w:tr>
      <w:tr w:rsidR="003C7CA3" w:rsidRPr="00FC09DA" w14:paraId="3544A2F7" w14:textId="77777777">
        <w:trPr>
          <w:cantSplit/>
        </w:trPr>
        <w:tc>
          <w:tcPr>
            <w:tcW w:w="9636" w:type="dxa"/>
          </w:tcPr>
          <w:p w14:paraId="1D5DDF1A" w14:textId="267E6E87"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d) referatele de verificare ale proiectului, corespunzător clasei de consecințe a obiectivului (câte 1 exemplar copie)</w:t>
            </w:r>
          </w:p>
        </w:tc>
      </w:tr>
      <w:tr w:rsidR="003C7CA3" w:rsidRPr="00FC09DA" w14:paraId="3EBF16E5" w14:textId="77777777">
        <w:trPr>
          <w:cantSplit/>
        </w:trPr>
        <w:tc>
          <w:tcPr>
            <w:tcW w:w="9636" w:type="dxa"/>
          </w:tcPr>
          <w:p w14:paraId="252CB240" w14:textId="4AD79BBE"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e) avizele și acordurile stabilite prin certificatul de urbanism nr. …… din …………… (câte 1 exemplar copie)</w:t>
            </w:r>
          </w:p>
        </w:tc>
      </w:tr>
      <w:tr w:rsidR="003C7CA3" w:rsidRPr="00FC09DA" w14:paraId="480BAB99" w14:textId="77777777">
        <w:trPr>
          <w:cantSplit/>
        </w:trPr>
        <w:tc>
          <w:tcPr>
            <w:tcW w:w="9636" w:type="dxa"/>
          </w:tcPr>
          <w:p w14:paraId="43DE1A45" w14:textId="77777777" w:rsidR="003C7CA3" w:rsidRPr="00FC09DA" w:rsidRDefault="003454F7">
            <w:pPr>
              <w:keepNext/>
              <w:pBdr>
                <w:bottom w:val="dotted" w:sz="6" w:space="0" w:color="999999"/>
              </w:pBdr>
              <w:spacing w:after="80"/>
              <w:rPr>
                <w:lang w:val="ro-RO"/>
              </w:rPr>
            </w:pPr>
            <w:r w:rsidRPr="00FC09DA">
              <w:rPr>
                <w:i/>
                <w:color w:val="7A7A7A"/>
                <w:lang w:val="ro-RO"/>
              </w:rPr>
              <w:t xml:space="preserve">avizele și acordurile anexate — enumerare  </w:t>
            </w:r>
          </w:p>
          <w:p w14:paraId="3AA2A30E" w14:textId="77777777" w:rsidR="003C7CA3" w:rsidRPr="00FC09DA" w:rsidRDefault="003C7CA3">
            <w:pPr>
              <w:keepNext/>
              <w:pBdr>
                <w:bottom w:val="dotted" w:sz="6" w:space="0" w:color="999999"/>
              </w:pBdr>
              <w:spacing w:after="80"/>
              <w:rPr>
                <w:lang w:val="ro-RO"/>
              </w:rPr>
            </w:pPr>
          </w:p>
          <w:p w14:paraId="0C562FB3" w14:textId="77777777" w:rsidR="003C7CA3" w:rsidRPr="00FC09DA" w:rsidRDefault="003C7CA3">
            <w:pPr>
              <w:keepNext/>
              <w:pBdr>
                <w:bottom w:val="dotted" w:sz="6" w:space="0" w:color="999999"/>
              </w:pBdr>
              <w:spacing w:after="80"/>
              <w:rPr>
                <w:lang w:val="ro-RO"/>
              </w:rPr>
            </w:pPr>
          </w:p>
          <w:p w14:paraId="617090CF" w14:textId="77777777" w:rsidR="003C7CA3" w:rsidRPr="00FC09DA" w:rsidRDefault="003C7CA3">
            <w:pPr>
              <w:keepNext/>
              <w:pBdr>
                <w:bottom w:val="dotted" w:sz="6" w:space="0" w:color="999999"/>
              </w:pBdr>
              <w:spacing w:after="80"/>
              <w:rPr>
                <w:lang w:val="ro-RO"/>
              </w:rPr>
            </w:pPr>
          </w:p>
          <w:p w14:paraId="36704A8A" w14:textId="77777777" w:rsidR="003C7CA3" w:rsidRPr="00FC09DA" w:rsidRDefault="003C7CA3">
            <w:pPr>
              <w:keepNext/>
              <w:pBdr>
                <w:bottom w:val="dotted" w:sz="6" w:space="0" w:color="999999"/>
              </w:pBdr>
              <w:spacing w:after="80"/>
              <w:rPr>
                <w:lang w:val="ro-RO"/>
              </w:rPr>
            </w:pPr>
          </w:p>
          <w:p w14:paraId="0CE854D8" w14:textId="77777777" w:rsidR="003C7CA3" w:rsidRPr="00FC09DA" w:rsidRDefault="003C7CA3">
            <w:pPr>
              <w:keepNext/>
              <w:pBdr>
                <w:bottom w:val="dotted" w:sz="6" w:space="0" w:color="999999"/>
              </w:pBdr>
              <w:spacing w:after="80"/>
              <w:rPr>
                <w:lang w:val="ro-RO"/>
              </w:rPr>
            </w:pPr>
          </w:p>
        </w:tc>
      </w:tr>
      <w:tr w:rsidR="003C7CA3" w:rsidRPr="00FC09DA" w14:paraId="0BAC7C49" w14:textId="77777777">
        <w:trPr>
          <w:cantSplit/>
        </w:trPr>
        <w:tc>
          <w:tcPr>
            <w:tcW w:w="9636" w:type="dxa"/>
          </w:tcPr>
          <w:p w14:paraId="02C2F137" w14:textId="107B9445"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f) punctul de vedere sau actul administrativ al autorității competente pentru protecția mediului, în cazul în care a fost solicitată evaluarea, și acordul de mediu, dacă este cazul (1 exemplar copie)</w:t>
            </w:r>
          </w:p>
        </w:tc>
      </w:tr>
      <w:tr w:rsidR="003C7CA3" w:rsidRPr="00FC09DA" w14:paraId="7DF14FE6" w14:textId="77777777">
        <w:trPr>
          <w:cantSplit/>
        </w:trPr>
        <w:tc>
          <w:tcPr>
            <w:tcW w:w="9636" w:type="dxa"/>
          </w:tcPr>
          <w:p w14:paraId="7328C3ED" w14:textId="3A8C737A"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g) declarația pe propria răspundere în cazul în care pentru anumite avize / acorduri se invocă acordarea tacită (original)</w:t>
            </w:r>
          </w:p>
        </w:tc>
      </w:tr>
      <w:tr w:rsidR="003C7CA3" w:rsidRPr="00FC09DA" w14:paraId="009A34B6" w14:textId="77777777">
        <w:trPr>
          <w:cantSplit/>
        </w:trPr>
        <w:tc>
          <w:tcPr>
            <w:tcW w:w="9636" w:type="dxa"/>
          </w:tcPr>
          <w:p w14:paraId="2D93225E" w14:textId="3C22772E"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h) acordul vecinilor (1 exemplar copie)</w:t>
            </w:r>
          </w:p>
        </w:tc>
      </w:tr>
      <w:tr w:rsidR="003C7CA3" w:rsidRPr="00FC09DA" w14:paraId="063DF493" w14:textId="77777777">
        <w:trPr>
          <w:cantSplit/>
        </w:trPr>
        <w:tc>
          <w:tcPr>
            <w:tcW w:w="9636" w:type="dxa"/>
          </w:tcPr>
          <w:p w14:paraId="36E4E550" w14:textId="52AE5969"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i) raportul de expertiză tehnică preliminară privind influența asupra vecinătăților, pentru cerința fundamentală rezistență mecanică și stabilitate, dacă este cazul (1 exemplar copie)</w:t>
            </w:r>
          </w:p>
        </w:tc>
      </w:tr>
      <w:tr w:rsidR="003C7CA3" w:rsidRPr="00FC09DA" w14:paraId="4F7860AB" w14:textId="77777777">
        <w:trPr>
          <w:cantSplit/>
        </w:trPr>
        <w:tc>
          <w:tcPr>
            <w:tcW w:w="9636" w:type="dxa"/>
          </w:tcPr>
          <w:p w14:paraId="11DC676C" w14:textId="39895E6E"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FC09DA" w14:paraId="1109951D" w14:textId="77777777">
        <w:trPr>
          <w:cantSplit/>
        </w:trPr>
        <w:tc>
          <w:tcPr>
            <w:tcW w:w="9636" w:type="dxa"/>
          </w:tcPr>
          <w:p w14:paraId="58215012" w14:textId="5F11B097"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k) raportul privind cerințele minime de conformare a unei clădiri cu consum de energie aproape egal cu zero, dacă este cazul (1 exemplar copie)</w:t>
            </w:r>
          </w:p>
        </w:tc>
      </w:tr>
      <w:tr w:rsidR="003C7CA3" w:rsidRPr="00FC09DA" w14:paraId="1784D2A4" w14:textId="77777777">
        <w:trPr>
          <w:cantSplit/>
        </w:trPr>
        <w:tc>
          <w:tcPr>
            <w:tcW w:w="9636" w:type="dxa"/>
          </w:tcPr>
          <w:p w14:paraId="37AA3375" w14:textId="14422729"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l) raportul de audit energetic în vederea creșterii performanței energetice, în cazul intervențiilor la clădiri existente (1 exemplar copie)</w:t>
            </w:r>
          </w:p>
        </w:tc>
      </w:tr>
      <w:tr w:rsidR="003C7CA3" w:rsidRPr="00FC09DA" w14:paraId="38C66619" w14:textId="77777777">
        <w:trPr>
          <w:cantSplit/>
        </w:trPr>
        <w:tc>
          <w:tcPr>
            <w:tcW w:w="9636" w:type="dxa"/>
          </w:tcPr>
          <w:p w14:paraId="5D91ADD3" w14:textId="1203DB88"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m) proiectul pentru acordul / autorizația administratorului drumului, pentru lucrările executate pe domeniul public la infrastructura tehnico-edilitară și căile de acces, dacă este cazul (1 exemplar original)</w:t>
            </w:r>
          </w:p>
        </w:tc>
      </w:tr>
      <w:tr w:rsidR="003C7CA3" w:rsidRPr="00FC09DA" w14:paraId="0C5A4EBD" w14:textId="77777777">
        <w:trPr>
          <w:cantSplit/>
        </w:trPr>
        <w:tc>
          <w:tcPr>
            <w:tcW w:w="9636" w:type="dxa"/>
          </w:tcPr>
          <w:p w14:paraId="2E479CE2" w14:textId="5E68A0B4"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n) dovada privind luarea în evidență a proiectului de către Ordinul Arhitecților din România (copie)</w:t>
            </w:r>
          </w:p>
        </w:tc>
      </w:tr>
      <w:tr w:rsidR="003C7CA3" w:rsidRPr="00FC09DA" w14:paraId="228DE30A" w14:textId="77777777">
        <w:trPr>
          <w:cantSplit/>
        </w:trPr>
        <w:tc>
          <w:tcPr>
            <w:tcW w:w="9636" w:type="dxa"/>
          </w:tcPr>
          <w:p w14:paraId="7F8B6AD1" w14:textId="242B3747"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o) devizul general al obiectivului de investiții (1 exemplar copie)</w:t>
            </w:r>
          </w:p>
        </w:tc>
      </w:tr>
      <w:tr w:rsidR="003C7CA3" w:rsidRPr="00FC09DA" w14:paraId="4F2D87C4" w14:textId="77777777">
        <w:trPr>
          <w:cantSplit/>
        </w:trPr>
        <w:tc>
          <w:tcPr>
            <w:tcW w:w="9636" w:type="dxa"/>
          </w:tcPr>
          <w:p w14:paraId="384BCE13" w14:textId="1DBEEDB7"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 documentele de plată a taxelor legale în vederea autorizării (copie)</w:t>
            </w:r>
          </w:p>
        </w:tc>
      </w:tr>
      <w:tr w:rsidR="003C7CA3" w:rsidRPr="00FC09DA" w14:paraId="40B7CF7A" w14:textId="77777777">
        <w:trPr>
          <w:cantSplit/>
        </w:trPr>
        <w:tc>
          <w:tcPr>
            <w:tcW w:w="9636" w:type="dxa"/>
          </w:tcPr>
          <w:p w14:paraId="20BE5461" w14:textId="0DA907EB" w:rsidR="003C7CA3" w:rsidRPr="00FC09DA" w:rsidRDefault="00FC09DA">
            <w:pPr>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q) anexa la cererea pentru emiterea autorizației de construire / desființare, completată cu toate elementele necesare descrierii lucrărilor (2 exemplare originale)</w:t>
            </w:r>
          </w:p>
        </w:tc>
      </w:tr>
    </w:tbl>
    <w:p w14:paraId="669F44AC" w14:textId="77777777" w:rsidR="003C7CA3" w:rsidRPr="00FC09DA"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C09DA" w14:paraId="1CE1AF1F" w14:textId="77777777">
        <w:trPr>
          <w:cantSplit/>
        </w:trPr>
        <w:tc>
          <w:tcPr>
            <w:tcW w:w="9636" w:type="dxa"/>
          </w:tcPr>
          <w:p w14:paraId="071A7406" w14:textId="22E062B9" w:rsidR="003C7CA3" w:rsidRPr="00FC09DA" w:rsidRDefault="003454F7">
            <w:pPr>
              <w:spacing w:line="228" w:lineRule="auto"/>
              <w:rPr>
                <w:lang w:val="ro-RO"/>
              </w:rPr>
            </w:pPr>
            <w:r w:rsidRPr="00FC09DA">
              <w:rPr>
                <w:i/>
                <w:sz w:val="17"/>
                <w:lang w:val="ro-RO"/>
              </w:rPr>
              <w:t>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(3) din Leg</w:t>
            </w:r>
            <w:r w:rsidR="00FC2F0B" w:rsidRPr="00FC09DA">
              <w:rPr>
                <w:i/>
                <w:sz w:val="17"/>
                <w:lang w:val="ro-RO"/>
              </w:rPr>
              <w:t>e</w:t>
            </w:r>
            <w:r w:rsidR="005B29C5" w:rsidRPr="00FC09DA">
              <w:rPr>
                <w:i/>
                <w:sz w:val="17"/>
                <w:lang w:val="ro-RO"/>
              </w:rPr>
              <w:t>a nr.1</w:t>
            </w:r>
            <w:r w:rsidR="00FC2F0B" w:rsidRPr="00FC09DA">
              <w:rPr>
                <w:i/>
                <w:sz w:val="17"/>
                <w:lang w:val="ro-RO"/>
              </w:rPr>
              <w:t>69</w:t>
            </w:r>
            <w:r w:rsidR="005B29C5" w:rsidRPr="00FC09DA">
              <w:rPr>
                <w:i/>
                <w:sz w:val="17"/>
                <w:lang w:val="ro-RO"/>
              </w:rPr>
              <w:t>/2026.</w:t>
            </w:r>
          </w:p>
        </w:tc>
      </w:tr>
    </w:tbl>
    <w:p w14:paraId="190800CC" w14:textId="77777777" w:rsidR="003C7CA3" w:rsidRPr="00FC09DA"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rsidRPr="00FC09DA" w14:paraId="7464688B" w14:textId="77777777">
        <w:trPr>
          <w:cantSplit/>
        </w:trPr>
        <w:tc>
          <w:tcPr>
            <w:tcW w:w="9636" w:type="dxa"/>
            <w:gridSpan w:val="3"/>
            <w:shd w:val="clear" w:color="auto" w:fill="F4F4F4"/>
          </w:tcPr>
          <w:p w14:paraId="63133EFD" w14:textId="77777777" w:rsidR="003C7CA3" w:rsidRPr="00FC09DA" w:rsidRDefault="003454F7">
            <w:pPr>
              <w:keepNext/>
              <w:rPr>
                <w:lang w:val="ro-RO"/>
              </w:rPr>
            </w:pPr>
            <w:r w:rsidRPr="00FC09DA">
              <w:rPr>
                <w:b/>
                <w:sz w:val="16"/>
                <w:lang w:val="ro-RO"/>
              </w:rPr>
              <w:t xml:space="preserve"> 10. </w:t>
            </w:r>
            <w:r w:rsidRPr="00FC09DA">
              <w:rPr>
                <w:b/>
                <w:color w:val="000000"/>
                <w:sz w:val="18"/>
                <w:lang w:val="ro-RO"/>
              </w:rPr>
              <w:t>DATA ȘI SEMNĂTURA</w:t>
            </w:r>
          </w:p>
        </w:tc>
      </w:tr>
      <w:tr w:rsidR="003C7CA3" w:rsidRPr="00FC09DA" w14:paraId="437D5C75" w14:textId="77777777">
        <w:trPr>
          <w:cantSplit/>
          <w:trHeight w:val="510"/>
        </w:trPr>
        <w:tc>
          <w:tcPr>
            <w:tcW w:w="1606" w:type="dxa"/>
          </w:tcPr>
          <w:p w14:paraId="4B0B8745" w14:textId="77777777" w:rsidR="003C7CA3" w:rsidRPr="00FC09DA" w:rsidRDefault="003454F7">
            <w:pPr>
              <w:rPr>
                <w:lang w:val="ro-RO"/>
              </w:rPr>
            </w:pPr>
            <w:r w:rsidRPr="00FC09DA">
              <w:rPr>
                <w:b/>
                <w:color w:val="0D5F78"/>
                <w:lang w:val="ro-RO"/>
              </w:rPr>
              <w:t>Data</w:t>
            </w:r>
          </w:p>
          <w:p w14:paraId="145135C4" w14:textId="77777777" w:rsidR="003C7CA3" w:rsidRPr="00FC09DA" w:rsidRDefault="003C7CA3">
            <w:pPr>
              <w:rPr>
                <w:lang w:val="ro-RO"/>
              </w:rPr>
            </w:pPr>
          </w:p>
        </w:tc>
        <w:tc>
          <w:tcPr>
            <w:tcW w:w="4818" w:type="dxa"/>
          </w:tcPr>
          <w:p w14:paraId="0A884F90" w14:textId="77777777" w:rsidR="003C7CA3" w:rsidRPr="00FC09DA" w:rsidRDefault="003454F7">
            <w:pPr>
              <w:rPr>
                <w:lang w:val="ro-RO"/>
              </w:rPr>
            </w:pPr>
            <w:r w:rsidRPr="00FC09DA">
              <w:rPr>
                <w:b/>
                <w:color w:val="0D5F78"/>
                <w:lang w:val="ro-RO"/>
              </w:rPr>
              <w:t>Solicitantul</w:t>
            </w:r>
          </w:p>
          <w:p w14:paraId="2A60F2FF" w14:textId="77777777" w:rsidR="003C7CA3" w:rsidRPr="00FC09DA" w:rsidRDefault="003C7CA3">
            <w:pPr>
              <w:rPr>
                <w:lang w:val="ro-RO"/>
              </w:rPr>
            </w:pPr>
          </w:p>
        </w:tc>
        <w:tc>
          <w:tcPr>
            <w:tcW w:w="3212" w:type="dxa"/>
          </w:tcPr>
          <w:p w14:paraId="6456F681" w14:textId="77777777" w:rsidR="003C7CA3" w:rsidRPr="00FC09DA" w:rsidRDefault="003454F7">
            <w:pPr>
              <w:rPr>
                <w:lang w:val="ro-RO"/>
              </w:rPr>
            </w:pPr>
            <w:r w:rsidRPr="00FC09DA">
              <w:rPr>
                <w:b/>
                <w:color w:val="0D5F78"/>
                <w:lang w:val="ro-RO"/>
              </w:rPr>
              <w:t>Semnătura</w:t>
            </w:r>
          </w:p>
          <w:p w14:paraId="773B92D8" w14:textId="77777777" w:rsidR="003C7CA3" w:rsidRPr="00FC09DA" w:rsidRDefault="003C7CA3">
            <w:pPr>
              <w:rPr>
                <w:lang w:val="ro-RO"/>
              </w:rPr>
            </w:pPr>
          </w:p>
        </w:tc>
      </w:tr>
    </w:tbl>
    <w:p w14:paraId="3B50D53D" w14:textId="77777777" w:rsidR="003C7CA3" w:rsidRPr="00FC09DA" w:rsidRDefault="003C7CA3">
      <w:pPr>
        <w:spacing w:line="168" w:lineRule="auto"/>
        <w:rPr>
          <w:lang w:val="ro-RO"/>
        </w:rPr>
      </w:pPr>
    </w:p>
    <w:p w14:paraId="27114BBF" w14:textId="77777777" w:rsidR="003C7CA3" w:rsidRPr="00FC09DA" w:rsidRDefault="003454F7">
      <w:pPr>
        <w:rPr>
          <w:lang w:val="ro-RO"/>
        </w:rPr>
      </w:pPr>
      <w:r w:rsidRPr="00FC09DA">
        <w:rPr>
          <w:lang w:val="ro-RO"/>
        </w:rPr>
        <w:br w:type="page"/>
      </w:r>
    </w:p>
    <w:p w14:paraId="5D9395E8" w14:textId="77777777" w:rsidR="003C7CA3" w:rsidRPr="00FC09DA" w:rsidRDefault="003454F7">
      <w:pPr>
        <w:spacing w:before="140" w:after="40"/>
        <w:jc w:val="center"/>
        <w:rPr>
          <w:lang w:val="ro-RO"/>
        </w:rPr>
      </w:pPr>
      <w:r w:rsidRPr="00FC09DA">
        <w:rPr>
          <w:b/>
          <w:sz w:val="34"/>
          <w:lang w:val="ro-RO"/>
        </w:rPr>
        <w:lastRenderedPageBreak/>
        <w:t>ANEXA IMOBILE</w:t>
      </w:r>
    </w:p>
    <w:p w14:paraId="01EAD5FA" w14:textId="77777777" w:rsidR="003C7CA3" w:rsidRPr="00FC09DA" w:rsidRDefault="003454F7">
      <w:pPr>
        <w:spacing w:after="120"/>
        <w:jc w:val="center"/>
        <w:rPr>
          <w:lang w:val="ro-RO"/>
        </w:rPr>
      </w:pPr>
      <w:r w:rsidRPr="00FC09DA">
        <w:rPr>
          <w:sz w:val="19"/>
          <w:lang w:val="ro-RO"/>
        </w:rPr>
        <w:t>la cererea pentru emiterea autorizației de construire / desființare</w:t>
      </w:r>
    </w:p>
    <w:p w14:paraId="291F927E" w14:textId="224C0CCF" w:rsidR="003C7CA3" w:rsidRPr="00FC09DA" w:rsidRDefault="003454F7">
      <w:pPr>
        <w:spacing w:after="120"/>
        <w:jc w:val="center"/>
        <w:rPr>
          <w:lang w:val="ro-RO"/>
        </w:rPr>
      </w:pPr>
      <w:r w:rsidRPr="00FC09DA">
        <w:rPr>
          <w:sz w:val="19"/>
          <w:lang w:val="ro-RO"/>
        </w:rPr>
        <w:t xml:space="preserve">se completează numai atunci când cererea </w:t>
      </w:r>
      <w:r w:rsidR="00F61A70" w:rsidRPr="00FC09DA">
        <w:rPr>
          <w:sz w:val="19"/>
          <w:lang w:val="ro-RO"/>
        </w:rPr>
        <w:t>se referă la</w:t>
      </w:r>
      <w:r w:rsidRPr="00FC09DA">
        <w:rPr>
          <w:sz w:val="19"/>
          <w:lang w:val="ro-RO"/>
        </w:rPr>
        <w:t xml:space="preserve"> mai multe imobile</w:t>
      </w:r>
    </w:p>
    <w:p w14:paraId="3B43A7DE" w14:textId="77777777" w:rsidR="003C7CA3" w:rsidRPr="00FC09DA" w:rsidRDefault="003C7CA3">
      <w:pPr>
        <w:spacing w:after="60"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rsidRPr="00FC09DA" w14:paraId="6852DFD8" w14:textId="77777777">
        <w:trPr>
          <w:cantSplit/>
        </w:trPr>
        <w:tc>
          <w:tcPr>
            <w:tcW w:w="9636" w:type="dxa"/>
            <w:gridSpan w:val="7"/>
            <w:shd w:val="clear" w:color="auto" w:fill="F4F4F4"/>
          </w:tcPr>
          <w:p w14:paraId="2D8BD40E" w14:textId="77777777" w:rsidR="003C7CA3" w:rsidRPr="00FC09DA" w:rsidRDefault="003454F7">
            <w:pPr>
              <w:keepNext/>
              <w:rPr>
                <w:lang w:val="ro-RO"/>
              </w:rPr>
            </w:pPr>
            <w:r w:rsidRPr="00FC09DA">
              <w:rPr>
                <w:b/>
                <w:sz w:val="16"/>
                <w:lang w:val="ro-RO"/>
              </w:rPr>
              <w:t xml:space="preserve"> I1. </w:t>
            </w:r>
            <w:r w:rsidRPr="00FC09DA">
              <w:rPr>
                <w:b/>
                <w:color w:val="000000"/>
                <w:sz w:val="18"/>
                <w:lang w:val="ro-RO"/>
              </w:rPr>
              <w:t>IMOBILELE LA CARE SE REFERĂ CEREREA</w:t>
            </w:r>
          </w:p>
        </w:tc>
      </w:tr>
      <w:tr w:rsidR="003C7CA3" w:rsidRPr="00FC09DA" w14:paraId="2E60FFA2" w14:textId="77777777">
        <w:trPr>
          <w:cantSplit/>
        </w:trPr>
        <w:tc>
          <w:tcPr>
            <w:tcW w:w="9636" w:type="dxa"/>
            <w:gridSpan w:val="7"/>
            <w:shd w:val="clear" w:color="auto" w:fill="F4F4F4"/>
          </w:tcPr>
          <w:p w14:paraId="4E625B9A" w14:textId="77777777" w:rsidR="003C7CA3" w:rsidRPr="00FC09DA" w:rsidRDefault="003454F7">
            <w:pPr>
              <w:keepNext/>
              <w:rPr>
                <w:lang w:val="ro-RO"/>
              </w:rPr>
            </w:pPr>
            <w:r w:rsidRPr="00FC09DA">
              <w:rPr>
                <w:sz w:val="16"/>
                <w:lang w:val="ro-RO"/>
              </w:rPr>
              <w:t xml:space="preserve"> Imobil 2</w:t>
            </w:r>
          </w:p>
        </w:tc>
      </w:tr>
      <w:tr w:rsidR="003C7CA3" w:rsidRPr="00FC09DA" w14:paraId="4FBA9BF9" w14:textId="77777777">
        <w:trPr>
          <w:cantSplit/>
          <w:trHeight w:val="510"/>
        </w:trPr>
        <w:tc>
          <w:tcPr>
            <w:tcW w:w="3212" w:type="dxa"/>
          </w:tcPr>
          <w:p w14:paraId="5A3BB7C7" w14:textId="77777777" w:rsidR="003C7CA3" w:rsidRPr="00FC09DA" w:rsidRDefault="003454F7">
            <w:pPr>
              <w:keepNext/>
              <w:rPr>
                <w:lang w:val="ro-RO"/>
              </w:rPr>
            </w:pPr>
            <w:r w:rsidRPr="00FC09DA">
              <w:rPr>
                <w:b/>
                <w:color w:val="0D5F78"/>
                <w:lang w:val="ro-RO"/>
              </w:rPr>
              <w:t>Tip imobil</w:t>
            </w:r>
          </w:p>
          <w:p w14:paraId="40062389" w14:textId="34EA2E85"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teren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construcții</w:t>
            </w:r>
          </w:p>
        </w:tc>
        <w:tc>
          <w:tcPr>
            <w:tcW w:w="3212" w:type="dxa"/>
            <w:gridSpan w:val="4"/>
          </w:tcPr>
          <w:p w14:paraId="468E1B3B" w14:textId="77777777" w:rsidR="003C7CA3" w:rsidRPr="00FC09DA" w:rsidRDefault="003454F7">
            <w:pPr>
              <w:keepNext/>
              <w:rPr>
                <w:lang w:val="ro-RO"/>
              </w:rPr>
            </w:pPr>
            <w:r w:rsidRPr="00FC09DA">
              <w:rPr>
                <w:b/>
                <w:color w:val="0D5F78"/>
                <w:lang w:val="ro-RO"/>
              </w:rPr>
              <w:t>Număr cadastral</w:t>
            </w:r>
          </w:p>
          <w:p w14:paraId="54B785D1" w14:textId="77777777" w:rsidR="003C7CA3" w:rsidRPr="00FC09DA" w:rsidRDefault="003C7CA3">
            <w:pPr>
              <w:keepNext/>
              <w:rPr>
                <w:lang w:val="ro-RO"/>
              </w:rPr>
            </w:pPr>
          </w:p>
        </w:tc>
        <w:tc>
          <w:tcPr>
            <w:tcW w:w="3212" w:type="dxa"/>
            <w:gridSpan w:val="2"/>
          </w:tcPr>
          <w:p w14:paraId="1F958589" w14:textId="77777777" w:rsidR="003C7CA3" w:rsidRPr="00FC09DA" w:rsidRDefault="003454F7">
            <w:pPr>
              <w:keepNext/>
              <w:rPr>
                <w:lang w:val="ro-RO"/>
              </w:rPr>
            </w:pPr>
            <w:r w:rsidRPr="00FC09DA">
              <w:rPr>
                <w:b/>
                <w:color w:val="0D5F78"/>
                <w:lang w:val="ro-RO"/>
              </w:rPr>
              <w:t>Carte funciară nr.</w:t>
            </w:r>
          </w:p>
          <w:p w14:paraId="46308DBE" w14:textId="77777777" w:rsidR="003C7CA3" w:rsidRPr="00FC09DA" w:rsidRDefault="003C7CA3">
            <w:pPr>
              <w:keepNext/>
              <w:rPr>
                <w:lang w:val="ro-RO"/>
              </w:rPr>
            </w:pPr>
          </w:p>
        </w:tc>
      </w:tr>
      <w:tr w:rsidR="003C7CA3" w:rsidRPr="00FC09DA" w14:paraId="566323F2" w14:textId="77777777">
        <w:trPr>
          <w:cantSplit/>
          <w:trHeight w:val="510"/>
        </w:trPr>
        <w:tc>
          <w:tcPr>
            <w:tcW w:w="3212" w:type="dxa"/>
          </w:tcPr>
          <w:p w14:paraId="44FE7327" w14:textId="77777777" w:rsidR="003C7CA3" w:rsidRPr="00FC09DA" w:rsidRDefault="003454F7">
            <w:pPr>
              <w:keepNext/>
              <w:rPr>
                <w:lang w:val="ro-RO"/>
              </w:rPr>
            </w:pPr>
            <w:r w:rsidRPr="00FC09DA">
              <w:rPr>
                <w:b/>
                <w:color w:val="0D5F78"/>
                <w:lang w:val="ro-RO"/>
              </w:rPr>
              <w:t>Județul</w:t>
            </w:r>
          </w:p>
          <w:p w14:paraId="709474E2" w14:textId="77777777" w:rsidR="003C7CA3" w:rsidRPr="00FC09DA" w:rsidRDefault="003C7CA3">
            <w:pPr>
              <w:keepNext/>
              <w:rPr>
                <w:lang w:val="ro-RO"/>
              </w:rPr>
            </w:pPr>
          </w:p>
        </w:tc>
        <w:tc>
          <w:tcPr>
            <w:tcW w:w="3212" w:type="dxa"/>
            <w:gridSpan w:val="4"/>
          </w:tcPr>
          <w:p w14:paraId="0A54FA84" w14:textId="77777777" w:rsidR="003C7CA3" w:rsidRPr="00FC09DA" w:rsidRDefault="003454F7">
            <w:pPr>
              <w:keepNext/>
              <w:rPr>
                <w:lang w:val="ro-RO"/>
              </w:rPr>
            </w:pPr>
            <w:r w:rsidRPr="00FC09DA">
              <w:rPr>
                <w:b/>
                <w:color w:val="0D5F78"/>
                <w:lang w:val="ro-RO"/>
              </w:rPr>
              <w:t>Municipiul / orașul / comuna</w:t>
            </w:r>
          </w:p>
          <w:p w14:paraId="791B4988" w14:textId="77777777" w:rsidR="003C7CA3" w:rsidRPr="00FC09DA" w:rsidRDefault="003C7CA3">
            <w:pPr>
              <w:keepNext/>
              <w:rPr>
                <w:lang w:val="ro-RO"/>
              </w:rPr>
            </w:pPr>
          </w:p>
        </w:tc>
        <w:tc>
          <w:tcPr>
            <w:tcW w:w="3212" w:type="dxa"/>
            <w:gridSpan w:val="2"/>
          </w:tcPr>
          <w:p w14:paraId="26E0CD5C" w14:textId="77777777" w:rsidR="003C7CA3" w:rsidRPr="00FC09DA" w:rsidRDefault="003454F7">
            <w:pPr>
              <w:keepNext/>
              <w:rPr>
                <w:lang w:val="ro-RO"/>
              </w:rPr>
            </w:pPr>
            <w:r w:rsidRPr="00FC09DA">
              <w:rPr>
                <w:b/>
                <w:color w:val="0D5F78"/>
                <w:lang w:val="ro-RO"/>
              </w:rPr>
              <w:t>Satul / sectorul</w:t>
            </w:r>
          </w:p>
          <w:p w14:paraId="19330C14" w14:textId="77777777" w:rsidR="003C7CA3" w:rsidRPr="00FC09DA" w:rsidRDefault="003C7CA3">
            <w:pPr>
              <w:keepNext/>
              <w:rPr>
                <w:lang w:val="ro-RO"/>
              </w:rPr>
            </w:pPr>
          </w:p>
        </w:tc>
      </w:tr>
      <w:tr w:rsidR="003C7CA3" w:rsidRPr="00FC09DA" w14:paraId="172E0BD7" w14:textId="77777777">
        <w:trPr>
          <w:cantSplit/>
          <w:trHeight w:val="510"/>
        </w:trPr>
        <w:tc>
          <w:tcPr>
            <w:tcW w:w="3212" w:type="dxa"/>
          </w:tcPr>
          <w:p w14:paraId="3466DC19" w14:textId="77777777" w:rsidR="003C7CA3" w:rsidRPr="00FC09DA" w:rsidRDefault="003454F7">
            <w:pPr>
              <w:keepNext/>
              <w:rPr>
                <w:lang w:val="ro-RO"/>
              </w:rPr>
            </w:pPr>
            <w:r w:rsidRPr="00FC09DA">
              <w:rPr>
                <w:b/>
                <w:color w:val="0D5F78"/>
                <w:lang w:val="ro-RO"/>
              </w:rPr>
              <w:t>Strada</w:t>
            </w:r>
          </w:p>
          <w:p w14:paraId="6916751C" w14:textId="77777777" w:rsidR="003C7CA3" w:rsidRPr="00FC09DA" w:rsidRDefault="003C7CA3">
            <w:pPr>
              <w:keepNext/>
              <w:rPr>
                <w:lang w:val="ro-RO"/>
              </w:rPr>
            </w:pPr>
          </w:p>
        </w:tc>
        <w:tc>
          <w:tcPr>
            <w:tcW w:w="803" w:type="dxa"/>
          </w:tcPr>
          <w:p w14:paraId="1D979EB2" w14:textId="77777777" w:rsidR="003C7CA3" w:rsidRPr="00FC09DA" w:rsidRDefault="003454F7">
            <w:pPr>
              <w:keepNext/>
              <w:rPr>
                <w:lang w:val="ro-RO"/>
              </w:rPr>
            </w:pPr>
            <w:r w:rsidRPr="00FC09DA">
              <w:rPr>
                <w:b/>
                <w:color w:val="0D5F78"/>
                <w:lang w:val="ro-RO"/>
              </w:rPr>
              <w:t>Nr.</w:t>
            </w:r>
          </w:p>
          <w:p w14:paraId="5CAFDF3D" w14:textId="77777777" w:rsidR="003C7CA3" w:rsidRPr="00FC09DA" w:rsidRDefault="003C7CA3">
            <w:pPr>
              <w:keepNext/>
              <w:rPr>
                <w:lang w:val="ro-RO"/>
              </w:rPr>
            </w:pPr>
          </w:p>
        </w:tc>
        <w:tc>
          <w:tcPr>
            <w:tcW w:w="803" w:type="dxa"/>
          </w:tcPr>
          <w:p w14:paraId="6214196D" w14:textId="77777777" w:rsidR="003C7CA3" w:rsidRPr="00FC09DA" w:rsidRDefault="003454F7">
            <w:pPr>
              <w:keepNext/>
              <w:rPr>
                <w:lang w:val="ro-RO"/>
              </w:rPr>
            </w:pPr>
            <w:r w:rsidRPr="00FC09DA">
              <w:rPr>
                <w:b/>
                <w:color w:val="0D5F78"/>
                <w:lang w:val="ro-RO"/>
              </w:rPr>
              <w:t>Sc.</w:t>
            </w:r>
          </w:p>
          <w:p w14:paraId="38204483" w14:textId="77777777" w:rsidR="003C7CA3" w:rsidRPr="00FC09DA" w:rsidRDefault="003C7CA3">
            <w:pPr>
              <w:keepNext/>
              <w:rPr>
                <w:lang w:val="ro-RO"/>
              </w:rPr>
            </w:pPr>
          </w:p>
        </w:tc>
        <w:tc>
          <w:tcPr>
            <w:tcW w:w="803" w:type="dxa"/>
          </w:tcPr>
          <w:p w14:paraId="48F12E3B" w14:textId="77777777" w:rsidR="003C7CA3" w:rsidRPr="00FC09DA" w:rsidRDefault="003454F7">
            <w:pPr>
              <w:keepNext/>
              <w:rPr>
                <w:lang w:val="ro-RO"/>
              </w:rPr>
            </w:pPr>
            <w:r w:rsidRPr="00FC09DA">
              <w:rPr>
                <w:b/>
                <w:color w:val="0D5F78"/>
                <w:lang w:val="ro-RO"/>
              </w:rPr>
              <w:t>Et.</w:t>
            </w:r>
          </w:p>
          <w:p w14:paraId="678762B3" w14:textId="77777777" w:rsidR="003C7CA3" w:rsidRPr="00FC09DA" w:rsidRDefault="003C7CA3">
            <w:pPr>
              <w:keepNext/>
              <w:rPr>
                <w:lang w:val="ro-RO"/>
              </w:rPr>
            </w:pPr>
          </w:p>
        </w:tc>
        <w:tc>
          <w:tcPr>
            <w:tcW w:w="803" w:type="dxa"/>
          </w:tcPr>
          <w:p w14:paraId="4FE261FD" w14:textId="77777777" w:rsidR="003C7CA3" w:rsidRPr="00FC09DA" w:rsidRDefault="003454F7">
            <w:pPr>
              <w:keepNext/>
              <w:rPr>
                <w:lang w:val="ro-RO"/>
              </w:rPr>
            </w:pPr>
            <w:r w:rsidRPr="00FC09DA">
              <w:rPr>
                <w:b/>
                <w:color w:val="0D5F78"/>
                <w:lang w:val="ro-RO"/>
              </w:rPr>
              <w:t>Ap.</w:t>
            </w:r>
          </w:p>
          <w:p w14:paraId="3AD61581" w14:textId="77777777" w:rsidR="003C7CA3" w:rsidRPr="00FC09DA" w:rsidRDefault="003C7CA3">
            <w:pPr>
              <w:keepNext/>
              <w:rPr>
                <w:lang w:val="ro-RO"/>
              </w:rPr>
            </w:pPr>
          </w:p>
        </w:tc>
        <w:tc>
          <w:tcPr>
            <w:tcW w:w="1606" w:type="dxa"/>
          </w:tcPr>
          <w:p w14:paraId="4203D399" w14:textId="77777777" w:rsidR="003C7CA3" w:rsidRPr="00FC09DA" w:rsidRDefault="003454F7">
            <w:pPr>
              <w:keepNext/>
              <w:rPr>
                <w:lang w:val="ro-RO"/>
              </w:rPr>
            </w:pPr>
            <w:r w:rsidRPr="00FC09DA">
              <w:rPr>
                <w:b/>
                <w:color w:val="0D5F78"/>
                <w:lang w:val="ro-RO"/>
              </w:rPr>
              <w:t>Cod poștal</w:t>
            </w:r>
          </w:p>
          <w:p w14:paraId="27D97757" w14:textId="77777777" w:rsidR="003C7CA3" w:rsidRPr="00FC09DA" w:rsidRDefault="003C7CA3">
            <w:pPr>
              <w:keepNext/>
              <w:rPr>
                <w:lang w:val="ro-RO"/>
              </w:rPr>
            </w:pPr>
          </w:p>
        </w:tc>
        <w:tc>
          <w:tcPr>
            <w:tcW w:w="1606" w:type="dxa"/>
          </w:tcPr>
          <w:p w14:paraId="5CC40784" w14:textId="77777777" w:rsidR="003C7CA3" w:rsidRPr="00FC09DA" w:rsidRDefault="003454F7">
            <w:pPr>
              <w:keepNext/>
              <w:rPr>
                <w:lang w:val="ro-RO"/>
              </w:rPr>
            </w:pPr>
            <w:r w:rsidRPr="00FC09DA">
              <w:rPr>
                <w:b/>
                <w:color w:val="0D5F78"/>
                <w:lang w:val="ro-RO"/>
              </w:rPr>
              <w:t>Țara</w:t>
            </w:r>
          </w:p>
          <w:p w14:paraId="676134A8" w14:textId="77777777" w:rsidR="003C7CA3" w:rsidRPr="00FC09DA" w:rsidRDefault="003C7CA3">
            <w:pPr>
              <w:keepNext/>
              <w:rPr>
                <w:lang w:val="ro-RO"/>
              </w:rPr>
            </w:pPr>
          </w:p>
        </w:tc>
      </w:tr>
      <w:tr w:rsidR="003C7CA3" w:rsidRPr="00FC09DA" w14:paraId="1E22F21E" w14:textId="77777777">
        <w:trPr>
          <w:cantSplit/>
        </w:trPr>
        <w:tc>
          <w:tcPr>
            <w:tcW w:w="9636" w:type="dxa"/>
            <w:gridSpan w:val="7"/>
            <w:shd w:val="clear" w:color="auto" w:fill="F4F4F4"/>
          </w:tcPr>
          <w:p w14:paraId="5E87E32C" w14:textId="77777777" w:rsidR="003C7CA3" w:rsidRPr="00FC09DA" w:rsidRDefault="003454F7">
            <w:pPr>
              <w:keepNext/>
              <w:rPr>
                <w:lang w:val="ro-RO"/>
              </w:rPr>
            </w:pPr>
            <w:r w:rsidRPr="00FC09DA">
              <w:rPr>
                <w:sz w:val="16"/>
                <w:lang w:val="ro-RO"/>
              </w:rPr>
              <w:t xml:space="preserve"> Imobil 3</w:t>
            </w:r>
          </w:p>
        </w:tc>
      </w:tr>
      <w:tr w:rsidR="003C7CA3" w:rsidRPr="00FC09DA" w14:paraId="28BE262E" w14:textId="77777777">
        <w:trPr>
          <w:cantSplit/>
          <w:trHeight w:val="510"/>
        </w:trPr>
        <w:tc>
          <w:tcPr>
            <w:tcW w:w="3212" w:type="dxa"/>
          </w:tcPr>
          <w:p w14:paraId="3DAF284A" w14:textId="77777777" w:rsidR="003C7CA3" w:rsidRPr="00FC09DA" w:rsidRDefault="003454F7">
            <w:pPr>
              <w:keepNext/>
              <w:rPr>
                <w:lang w:val="ro-RO"/>
              </w:rPr>
            </w:pPr>
            <w:r w:rsidRPr="00FC09DA">
              <w:rPr>
                <w:b/>
                <w:color w:val="0D5F78"/>
                <w:lang w:val="ro-RO"/>
              </w:rPr>
              <w:t>Tip imobil</w:t>
            </w:r>
          </w:p>
          <w:p w14:paraId="03A96BFD" w14:textId="47C13EEB"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teren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construcții</w:t>
            </w:r>
          </w:p>
        </w:tc>
        <w:tc>
          <w:tcPr>
            <w:tcW w:w="3212" w:type="dxa"/>
            <w:gridSpan w:val="4"/>
          </w:tcPr>
          <w:p w14:paraId="15A078DE" w14:textId="77777777" w:rsidR="003C7CA3" w:rsidRPr="00FC09DA" w:rsidRDefault="003454F7">
            <w:pPr>
              <w:keepNext/>
              <w:rPr>
                <w:lang w:val="ro-RO"/>
              </w:rPr>
            </w:pPr>
            <w:r w:rsidRPr="00FC09DA">
              <w:rPr>
                <w:b/>
                <w:color w:val="0D5F78"/>
                <w:lang w:val="ro-RO"/>
              </w:rPr>
              <w:t>Număr cadastral</w:t>
            </w:r>
          </w:p>
          <w:p w14:paraId="484999B7" w14:textId="77777777" w:rsidR="003C7CA3" w:rsidRPr="00FC09DA" w:rsidRDefault="003C7CA3">
            <w:pPr>
              <w:keepNext/>
              <w:rPr>
                <w:lang w:val="ro-RO"/>
              </w:rPr>
            </w:pPr>
          </w:p>
        </w:tc>
        <w:tc>
          <w:tcPr>
            <w:tcW w:w="3212" w:type="dxa"/>
            <w:gridSpan w:val="2"/>
          </w:tcPr>
          <w:p w14:paraId="4A9ADCBE" w14:textId="77777777" w:rsidR="003C7CA3" w:rsidRPr="00FC09DA" w:rsidRDefault="003454F7">
            <w:pPr>
              <w:keepNext/>
              <w:rPr>
                <w:lang w:val="ro-RO"/>
              </w:rPr>
            </w:pPr>
            <w:r w:rsidRPr="00FC09DA">
              <w:rPr>
                <w:b/>
                <w:color w:val="0D5F78"/>
                <w:lang w:val="ro-RO"/>
              </w:rPr>
              <w:t>Carte funciară nr.</w:t>
            </w:r>
          </w:p>
          <w:p w14:paraId="32134801" w14:textId="77777777" w:rsidR="003C7CA3" w:rsidRPr="00FC09DA" w:rsidRDefault="003C7CA3">
            <w:pPr>
              <w:keepNext/>
              <w:rPr>
                <w:lang w:val="ro-RO"/>
              </w:rPr>
            </w:pPr>
          </w:p>
        </w:tc>
      </w:tr>
      <w:tr w:rsidR="003C7CA3" w:rsidRPr="00FC09DA" w14:paraId="634A48BF" w14:textId="77777777">
        <w:trPr>
          <w:cantSplit/>
          <w:trHeight w:val="510"/>
        </w:trPr>
        <w:tc>
          <w:tcPr>
            <w:tcW w:w="3212" w:type="dxa"/>
          </w:tcPr>
          <w:p w14:paraId="21CB880E" w14:textId="77777777" w:rsidR="003C7CA3" w:rsidRPr="00FC09DA" w:rsidRDefault="003454F7">
            <w:pPr>
              <w:keepNext/>
              <w:rPr>
                <w:lang w:val="ro-RO"/>
              </w:rPr>
            </w:pPr>
            <w:r w:rsidRPr="00FC09DA">
              <w:rPr>
                <w:b/>
                <w:color w:val="0D5F78"/>
                <w:lang w:val="ro-RO"/>
              </w:rPr>
              <w:t>Județul</w:t>
            </w:r>
          </w:p>
          <w:p w14:paraId="182F56A8" w14:textId="77777777" w:rsidR="003C7CA3" w:rsidRPr="00FC09DA" w:rsidRDefault="003C7CA3">
            <w:pPr>
              <w:keepNext/>
              <w:rPr>
                <w:lang w:val="ro-RO"/>
              </w:rPr>
            </w:pPr>
          </w:p>
        </w:tc>
        <w:tc>
          <w:tcPr>
            <w:tcW w:w="3212" w:type="dxa"/>
            <w:gridSpan w:val="4"/>
          </w:tcPr>
          <w:p w14:paraId="6B1C2F24" w14:textId="77777777" w:rsidR="003C7CA3" w:rsidRPr="00FC09DA" w:rsidRDefault="003454F7">
            <w:pPr>
              <w:keepNext/>
              <w:rPr>
                <w:lang w:val="ro-RO"/>
              </w:rPr>
            </w:pPr>
            <w:r w:rsidRPr="00FC09DA">
              <w:rPr>
                <w:b/>
                <w:color w:val="0D5F78"/>
                <w:lang w:val="ro-RO"/>
              </w:rPr>
              <w:t>Municipiul / orașul / comuna</w:t>
            </w:r>
          </w:p>
          <w:p w14:paraId="33495630" w14:textId="77777777" w:rsidR="003C7CA3" w:rsidRPr="00FC09DA" w:rsidRDefault="003C7CA3">
            <w:pPr>
              <w:keepNext/>
              <w:rPr>
                <w:lang w:val="ro-RO"/>
              </w:rPr>
            </w:pPr>
          </w:p>
        </w:tc>
        <w:tc>
          <w:tcPr>
            <w:tcW w:w="3212" w:type="dxa"/>
            <w:gridSpan w:val="2"/>
          </w:tcPr>
          <w:p w14:paraId="1F7C4EAC" w14:textId="77777777" w:rsidR="003C7CA3" w:rsidRPr="00FC09DA" w:rsidRDefault="003454F7">
            <w:pPr>
              <w:keepNext/>
              <w:rPr>
                <w:lang w:val="ro-RO"/>
              </w:rPr>
            </w:pPr>
            <w:r w:rsidRPr="00FC09DA">
              <w:rPr>
                <w:b/>
                <w:color w:val="0D5F78"/>
                <w:lang w:val="ro-RO"/>
              </w:rPr>
              <w:t>Satul / sectorul</w:t>
            </w:r>
          </w:p>
          <w:p w14:paraId="7EE2F126" w14:textId="77777777" w:rsidR="003C7CA3" w:rsidRPr="00FC09DA" w:rsidRDefault="003C7CA3">
            <w:pPr>
              <w:keepNext/>
              <w:rPr>
                <w:lang w:val="ro-RO"/>
              </w:rPr>
            </w:pPr>
          </w:p>
        </w:tc>
      </w:tr>
      <w:tr w:rsidR="003C7CA3" w:rsidRPr="00FC09DA" w14:paraId="2AB103DD" w14:textId="77777777">
        <w:trPr>
          <w:cantSplit/>
          <w:trHeight w:val="510"/>
        </w:trPr>
        <w:tc>
          <w:tcPr>
            <w:tcW w:w="3212" w:type="dxa"/>
          </w:tcPr>
          <w:p w14:paraId="33D5B0A9" w14:textId="77777777" w:rsidR="003C7CA3" w:rsidRPr="00FC09DA" w:rsidRDefault="003454F7">
            <w:pPr>
              <w:keepNext/>
              <w:rPr>
                <w:lang w:val="ro-RO"/>
              </w:rPr>
            </w:pPr>
            <w:r w:rsidRPr="00FC09DA">
              <w:rPr>
                <w:b/>
                <w:color w:val="0D5F78"/>
                <w:lang w:val="ro-RO"/>
              </w:rPr>
              <w:t>Strada</w:t>
            </w:r>
          </w:p>
          <w:p w14:paraId="27E7251A" w14:textId="77777777" w:rsidR="003C7CA3" w:rsidRPr="00FC09DA" w:rsidRDefault="003C7CA3">
            <w:pPr>
              <w:keepNext/>
              <w:rPr>
                <w:lang w:val="ro-RO"/>
              </w:rPr>
            </w:pPr>
          </w:p>
        </w:tc>
        <w:tc>
          <w:tcPr>
            <w:tcW w:w="803" w:type="dxa"/>
          </w:tcPr>
          <w:p w14:paraId="69872AE3" w14:textId="77777777" w:rsidR="003C7CA3" w:rsidRPr="00FC09DA" w:rsidRDefault="003454F7">
            <w:pPr>
              <w:keepNext/>
              <w:rPr>
                <w:lang w:val="ro-RO"/>
              </w:rPr>
            </w:pPr>
            <w:r w:rsidRPr="00FC09DA">
              <w:rPr>
                <w:b/>
                <w:color w:val="0D5F78"/>
                <w:lang w:val="ro-RO"/>
              </w:rPr>
              <w:t>Nr.</w:t>
            </w:r>
          </w:p>
          <w:p w14:paraId="01853B82" w14:textId="77777777" w:rsidR="003C7CA3" w:rsidRPr="00FC09DA" w:rsidRDefault="003C7CA3">
            <w:pPr>
              <w:keepNext/>
              <w:rPr>
                <w:lang w:val="ro-RO"/>
              </w:rPr>
            </w:pPr>
          </w:p>
        </w:tc>
        <w:tc>
          <w:tcPr>
            <w:tcW w:w="803" w:type="dxa"/>
          </w:tcPr>
          <w:p w14:paraId="6F48930F" w14:textId="77777777" w:rsidR="003C7CA3" w:rsidRPr="00FC09DA" w:rsidRDefault="003454F7">
            <w:pPr>
              <w:keepNext/>
              <w:rPr>
                <w:lang w:val="ro-RO"/>
              </w:rPr>
            </w:pPr>
            <w:r w:rsidRPr="00FC09DA">
              <w:rPr>
                <w:b/>
                <w:color w:val="0D5F78"/>
                <w:lang w:val="ro-RO"/>
              </w:rPr>
              <w:t>Sc.</w:t>
            </w:r>
          </w:p>
          <w:p w14:paraId="4E3EA66D" w14:textId="77777777" w:rsidR="003C7CA3" w:rsidRPr="00FC09DA" w:rsidRDefault="003C7CA3">
            <w:pPr>
              <w:keepNext/>
              <w:rPr>
                <w:lang w:val="ro-RO"/>
              </w:rPr>
            </w:pPr>
          </w:p>
        </w:tc>
        <w:tc>
          <w:tcPr>
            <w:tcW w:w="803" w:type="dxa"/>
          </w:tcPr>
          <w:p w14:paraId="54839244" w14:textId="77777777" w:rsidR="003C7CA3" w:rsidRPr="00FC09DA" w:rsidRDefault="003454F7">
            <w:pPr>
              <w:keepNext/>
              <w:rPr>
                <w:lang w:val="ro-RO"/>
              </w:rPr>
            </w:pPr>
            <w:r w:rsidRPr="00FC09DA">
              <w:rPr>
                <w:b/>
                <w:color w:val="0D5F78"/>
                <w:lang w:val="ro-RO"/>
              </w:rPr>
              <w:t>Et.</w:t>
            </w:r>
          </w:p>
          <w:p w14:paraId="568F1F68" w14:textId="77777777" w:rsidR="003C7CA3" w:rsidRPr="00FC09DA" w:rsidRDefault="003C7CA3">
            <w:pPr>
              <w:keepNext/>
              <w:rPr>
                <w:lang w:val="ro-RO"/>
              </w:rPr>
            </w:pPr>
          </w:p>
        </w:tc>
        <w:tc>
          <w:tcPr>
            <w:tcW w:w="803" w:type="dxa"/>
          </w:tcPr>
          <w:p w14:paraId="4BB4B76A" w14:textId="77777777" w:rsidR="003C7CA3" w:rsidRPr="00FC09DA" w:rsidRDefault="003454F7">
            <w:pPr>
              <w:keepNext/>
              <w:rPr>
                <w:lang w:val="ro-RO"/>
              </w:rPr>
            </w:pPr>
            <w:r w:rsidRPr="00FC09DA">
              <w:rPr>
                <w:b/>
                <w:color w:val="0D5F78"/>
                <w:lang w:val="ro-RO"/>
              </w:rPr>
              <w:t>Ap.</w:t>
            </w:r>
          </w:p>
          <w:p w14:paraId="6EED4727" w14:textId="77777777" w:rsidR="003C7CA3" w:rsidRPr="00FC09DA" w:rsidRDefault="003C7CA3">
            <w:pPr>
              <w:keepNext/>
              <w:rPr>
                <w:lang w:val="ro-RO"/>
              </w:rPr>
            </w:pPr>
          </w:p>
        </w:tc>
        <w:tc>
          <w:tcPr>
            <w:tcW w:w="1606" w:type="dxa"/>
          </w:tcPr>
          <w:p w14:paraId="1FCFA7B8" w14:textId="77777777" w:rsidR="003C7CA3" w:rsidRPr="00FC09DA" w:rsidRDefault="003454F7">
            <w:pPr>
              <w:keepNext/>
              <w:rPr>
                <w:lang w:val="ro-RO"/>
              </w:rPr>
            </w:pPr>
            <w:r w:rsidRPr="00FC09DA">
              <w:rPr>
                <w:b/>
                <w:color w:val="0D5F78"/>
                <w:lang w:val="ro-RO"/>
              </w:rPr>
              <w:t>Cod poștal</w:t>
            </w:r>
          </w:p>
          <w:p w14:paraId="7C61FDC1" w14:textId="77777777" w:rsidR="003C7CA3" w:rsidRPr="00FC09DA" w:rsidRDefault="003C7CA3">
            <w:pPr>
              <w:keepNext/>
              <w:rPr>
                <w:lang w:val="ro-RO"/>
              </w:rPr>
            </w:pPr>
          </w:p>
        </w:tc>
        <w:tc>
          <w:tcPr>
            <w:tcW w:w="1606" w:type="dxa"/>
          </w:tcPr>
          <w:p w14:paraId="5650D2FE" w14:textId="77777777" w:rsidR="003C7CA3" w:rsidRPr="00FC09DA" w:rsidRDefault="003454F7">
            <w:pPr>
              <w:keepNext/>
              <w:rPr>
                <w:lang w:val="ro-RO"/>
              </w:rPr>
            </w:pPr>
            <w:r w:rsidRPr="00FC09DA">
              <w:rPr>
                <w:b/>
                <w:color w:val="0D5F78"/>
                <w:lang w:val="ro-RO"/>
              </w:rPr>
              <w:t>Țara</w:t>
            </w:r>
          </w:p>
          <w:p w14:paraId="75BB3A1B" w14:textId="77777777" w:rsidR="003C7CA3" w:rsidRPr="00FC09DA" w:rsidRDefault="003C7CA3">
            <w:pPr>
              <w:keepNext/>
              <w:rPr>
                <w:lang w:val="ro-RO"/>
              </w:rPr>
            </w:pPr>
          </w:p>
        </w:tc>
      </w:tr>
      <w:tr w:rsidR="003C7CA3" w:rsidRPr="00FC09DA" w14:paraId="453408C6" w14:textId="77777777">
        <w:trPr>
          <w:cantSplit/>
        </w:trPr>
        <w:tc>
          <w:tcPr>
            <w:tcW w:w="9636" w:type="dxa"/>
            <w:gridSpan w:val="7"/>
            <w:shd w:val="clear" w:color="auto" w:fill="F4F4F4"/>
          </w:tcPr>
          <w:p w14:paraId="4911A6AD" w14:textId="77777777" w:rsidR="003C7CA3" w:rsidRPr="00FC09DA" w:rsidRDefault="003454F7">
            <w:pPr>
              <w:keepNext/>
              <w:rPr>
                <w:lang w:val="ro-RO"/>
              </w:rPr>
            </w:pPr>
            <w:r w:rsidRPr="00FC09DA">
              <w:rPr>
                <w:sz w:val="16"/>
                <w:lang w:val="ro-RO"/>
              </w:rPr>
              <w:t xml:space="preserve"> Imobil 4</w:t>
            </w:r>
          </w:p>
        </w:tc>
      </w:tr>
      <w:tr w:rsidR="003C7CA3" w:rsidRPr="00FC09DA" w14:paraId="2F5765F6" w14:textId="77777777">
        <w:trPr>
          <w:cantSplit/>
          <w:trHeight w:val="510"/>
        </w:trPr>
        <w:tc>
          <w:tcPr>
            <w:tcW w:w="3212" w:type="dxa"/>
          </w:tcPr>
          <w:p w14:paraId="78416A2B" w14:textId="77777777" w:rsidR="003C7CA3" w:rsidRPr="00FC09DA" w:rsidRDefault="003454F7">
            <w:pPr>
              <w:keepNext/>
              <w:rPr>
                <w:lang w:val="ro-RO"/>
              </w:rPr>
            </w:pPr>
            <w:r w:rsidRPr="00FC09DA">
              <w:rPr>
                <w:b/>
                <w:color w:val="0D5F78"/>
                <w:lang w:val="ro-RO"/>
              </w:rPr>
              <w:t>Tip imobil</w:t>
            </w:r>
          </w:p>
          <w:p w14:paraId="0092F673" w14:textId="3DD26939"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teren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construcții</w:t>
            </w:r>
          </w:p>
        </w:tc>
        <w:tc>
          <w:tcPr>
            <w:tcW w:w="3212" w:type="dxa"/>
            <w:gridSpan w:val="4"/>
          </w:tcPr>
          <w:p w14:paraId="210552F3" w14:textId="77777777" w:rsidR="003C7CA3" w:rsidRPr="00FC09DA" w:rsidRDefault="003454F7">
            <w:pPr>
              <w:keepNext/>
              <w:rPr>
                <w:lang w:val="ro-RO"/>
              </w:rPr>
            </w:pPr>
            <w:r w:rsidRPr="00FC09DA">
              <w:rPr>
                <w:b/>
                <w:color w:val="0D5F78"/>
                <w:lang w:val="ro-RO"/>
              </w:rPr>
              <w:t>Număr cadastral</w:t>
            </w:r>
          </w:p>
          <w:p w14:paraId="644BFE75" w14:textId="77777777" w:rsidR="003C7CA3" w:rsidRPr="00FC09DA" w:rsidRDefault="003C7CA3">
            <w:pPr>
              <w:keepNext/>
              <w:rPr>
                <w:lang w:val="ro-RO"/>
              </w:rPr>
            </w:pPr>
          </w:p>
        </w:tc>
        <w:tc>
          <w:tcPr>
            <w:tcW w:w="3212" w:type="dxa"/>
            <w:gridSpan w:val="2"/>
          </w:tcPr>
          <w:p w14:paraId="526DAD1A" w14:textId="77777777" w:rsidR="003C7CA3" w:rsidRPr="00FC09DA" w:rsidRDefault="003454F7">
            <w:pPr>
              <w:keepNext/>
              <w:rPr>
                <w:lang w:val="ro-RO"/>
              </w:rPr>
            </w:pPr>
            <w:r w:rsidRPr="00FC09DA">
              <w:rPr>
                <w:b/>
                <w:color w:val="0D5F78"/>
                <w:lang w:val="ro-RO"/>
              </w:rPr>
              <w:t>Carte funciară nr.</w:t>
            </w:r>
          </w:p>
          <w:p w14:paraId="54969177" w14:textId="77777777" w:rsidR="003C7CA3" w:rsidRPr="00FC09DA" w:rsidRDefault="003C7CA3">
            <w:pPr>
              <w:keepNext/>
              <w:rPr>
                <w:lang w:val="ro-RO"/>
              </w:rPr>
            </w:pPr>
          </w:p>
        </w:tc>
      </w:tr>
      <w:tr w:rsidR="003C7CA3" w:rsidRPr="00FC09DA" w14:paraId="3EDFDCA0" w14:textId="77777777">
        <w:trPr>
          <w:cantSplit/>
          <w:trHeight w:val="510"/>
        </w:trPr>
        <w:tc>
          <w:tcPr>
            <w:tcW w:w="3212" w:type="dxa"/>
          </w:tcPr>
          <w:p w14:paraId="46EF5F24" w14:textId="77777777" w:rsidR="003C7CA3" w:rsidRPr="00FC09DA" w:rsidRDefault="003454F7">
            <w:pPr>
              <w:keepNext/>
              <w:rPr>
                <w:lang w:val="ro-RO"/>
              </w:rPr>
            </w:pPr>
            <w:r w:rsidRPr="00FC09DA">
              <w:rPr>
                <w:b/>
                <w:color w:val="0D5F78"/>
                <w:lang w:val="ro-RO"/>
              </w:rPr>
              <w:t>Județul</w:t>
            </w:r>
          </w:p>
          <w:p w14:paraId="6821BA92" w14:textId="77777777" w:rsidR="003C7CA3" w:rsidRPr="00FC09DA" w:rsidRDefault="003C7CA3">
            <w:pPr>
              <w:keepNext/>
              <w:rPr>
                <w:lang w:val="ro-RO"/>
              </w:rPr>
            </w:pPr>
          </w:p>
        </w:tc>
        <w:tc>
          <w:tcPr>
            <w:tcW w:w="3212" w:type="dxa"/>
            <w:gridSpan w:val="4"/>
          </w:tcPr>
          <w:p w14:paraId="70FF72B7" w14:textId="77777777" w:rsidR="003C7CA3" w:rsidRPr="00FC09DA" w:rsidRDefault="003454F7">
            <w:pPr>
              <w:keepNext/>
              <w:rPr>
                <w:lang w:val="ro-RO"/>
              </w:rPr>
            </w:pPr>
            <w:r w:rsidRPr="00FC09DA">
              <w:rPr>
                <w:b/>
                <w:color w:val="0D5F78"/>
                <w:lang w:val="ro-RO"/>
              </w:rPr>
              <w:t>Municipiul / orașul / comuna</w:t>
            </w:r>
          </w:p>
          <w:p w14:paraId="12E0C41B" w14:textId="77777777" w:rsidR="003C7CA3" w:rsidRPr="00FC09DA" w:rsidRDefault="003C7CA3">
            <w:pPr>
              <w:keepNext/>
              <w:rPr>
                <w:lang w:val="ro-RO"/>
              </w:rPr>
            </w:pPr>
          </w:p>
        </w:tc>
        <w:tc>
          <w:tcPr>
            <w:tcW w:w="3212" w:type="dxa"/>
            <w:gridSpan w:val="2"/>
          </w:tcPr>
          <w:p w14:paraId="53CFE965" w14:textId="77777777" w:rsidR="003C7CA3" w:rsidRPr="00FC09DA" w:rsidRDefault="003454F7">
            <w:pPr>
              <w:keepNext/>
              <w:rPr>
                <w:lang w:val="ro-RO"/>
              </w:rPr>
            </w:pPr>
            <w:r w:rsidRPr="00FC09DA">
              <w:rPr>
                <w:b/>
                <w:color w:val="0D5F78"/>
                <w:lang w:val="ro-RO"/>
              </w:rPr>
              <w:t>Satul / sectorul</w:t>
            </w:r>
          </w:p>
          <w:p w14:paraId="6A399A43" w14:textId="77777777" w:rsidR="003C7CA3" w:rsidRPr="00FC09DA" w:rsidRDefault="003C7CA3">
            <w:pPr>
              <w:keepNext/>
              <w:rPr>
                <w:lang w:val="ro-RO"/>
              </w:rPr>
            </w:pPr>
          </w:p>
        </w:tc>
      </w:tr>
      <w:tr w:rsidR="003C7CA3" w:rsidRPr="00FC09DA" w14:paraId="75B9426F" w14:textId="77777777">
        <w:trPr>
          <w:cantSplit/>
          <w:trHeight w:val="510"/>
        </w:trPr>
        <w:tc>
          <w:tcPr>
            <w:tcW w:w="3212" w:type="dxa"/>
          </w:tcPr>
          <w:p w14:paraId="2D1FA943" w14:textId="77777777" w:rsidR="003C7CA3" w:rsidRPr="00FC09DA" w:rsidRDefault="003454F7">
            <w:pPr>
              <w:keepNext/>
              <w:rPr>
                <w:lang w:val="ro-RO"/>
              </w:rPr>
            </w:pPr>
            <w:r w:rsidRPr="00FC09DA">
              <w:rPr>
                <w:b/>
                <w:color w:val="0D5F78"/>
                <w:lang w:val="ro-RO"/>
              </w:rPr>
              <w:t>Strada</w:t>
            </w:r>
          </w:p>
          <w:p w14:paraId="32AD3F97" w14:textId="77777777" w:rsidR="003C7CA3" w:rsidRPr="00FC09DA" w:rsidRDefault="003C7CA3">
            <w:pPr>
              <w:keepNext/>
              <w:rPr>
                <w:lang w:val="ro-RO"/>
              </w:rPr>
            </w:pPr>
          </w:p>
        </w:tc>
        <w:tc>
          <w:tcPr>
            <w:tcW w:w="803" w:type="dxa"/>
          </w:tcPr>
          <w:p w14:paraId="3B6D4BF0" w14:textId="77777777" w:rsidR="003C7CA3" w:rsidRPr="00FC09DA" w:rsidRDefault="003454F7">
            <w:pPr>
              <w:keepNext/>
              <w:rPr>
                <w:lang w:val="ro-RO"/>
              </w:rPr>
            </w:pPr>
            <w:r w:rsidRPr="00FC09DA">
              <w:rPr>
                <w:b/>
                <w:color w:val="0D5F78"/>
                <w:lang w:val="ro-RO"/>
              </w:rPr>
              <w:t>Nr.</w:t>
            </w:r>
          </w:p>
          <w:p w14:paraId="6B0705FC" w14:textId="77777777" w:rsidR="003C7CA3" w:rsidRPr="00FC09DA" w:rsidRDefault="003C7CA3">
            <w:pPr>
              <w:keepNext/>
              <w:rPr>
                <w:lang w:val="ro-RO"/>
              </w:rPr>
            </w:pPr>
          </w:p>
        </w:tc>
        <w:tc>
          <w:tcPr>
            <w:tcW w:w="803" w:type="dxa"/>
          </w:tcPr>
          <w:p w14:paraId="077D7F8C" w14:textId="77777777" w:rsidR="003C7CA3" w:rsidRPr="00FC09DA" w:rsidRDefault="003454F7">
            <w:pPr>
              <w:keepNext/>
              <w:rPr>
                <w:lang w:val="ro-RO"/>
              </w:rPr>
            </w:pPr>
            <w:r w:rsidRPr="00FC09DA">
              <w:rPr>
                <w:b/>
                <w:color w:val="0D5F78"/>
                <w:lang w:val="ro-RO"/>
              </w:rPr>
              <w:t>Sc.</w:t>
            </w:r>
          </w:p>
          <w:p w14:paraId="7492E005" w14:textId="77777777" w:rsidR="003C7CA3" w:rsidRPr="00FC09DA" w:rsidRDefault="003C7CA3">
            <w:pPr>
              <w:keepNext/>
              <w:rPr>
                <w:lang w:val="ro-RO"/>
              </w:rPr>
            </w:pPr>
          </w:p>
        </w:tc>
        <w:tc>
          <w:tcPr>
            <w:tcW w:w="803" w:type="dxa"/>
          </w:tcPr>
          <w:p w14:paraId="41A90891" w14:textId="77777777" w:rsidR="003C7CA3" w:rsidRPr="00FC09DA" w:rsidRDefault="003454F7">
            <w:pPr>
              <w:keepNext/>
              <w:rPr>
                <w:lang w:val="ro-RO"/>
              </w:rPr>
            </w:pPr>
            <w:r w:rsidRPr="00FC09DA">
              <w:rPr>
                <w:b/>
                <w:color w:val="0D5F78"/>
                <w:lang w:val="ro-RO"/>
              </w:rPr>
              <w:t>Et.</w:t>
            </w:r>
          </w:p>
          <w:p w14:paraId="0CBA7A1F" w14:textId="77777777" w:rsidR="003C7CA3" w:rsidRPr="00FC09DA" w:rsidRDefault="003C7CA3">
            <w:pPr>
              <w:keepNext/>
              <w:rPr>
                <w:lang w:val="ro-RO"/>
              </w:rPr>
            </w:pPr>
          </w:p>
        </w:tc>
        <w:tc>
          <w:tcPr>
            <w:tcW w:w="803" w:type="dxa"/>
          </w:tcPr>
          <w:p w14:paraId="68EBA9C3" w14:textId="77777777" w:rsidR="003C7CA3" w:rsidRPr="00FC09DA" w:rsidRDefault="003454F7">
            <w:pPr>
              <w:keepNext/>
              <w:rPr>
                <w:lang w:val="ro-RO"/>
              </w:rPr>
            </w:pPr>
            <w:r w:rsidRPr="00FC09DA">
              <w:rPr>
                <w:b/>
                <w:color w:val="0D5F78"/>
                <w:lang w:val="ro-RO"/>
              </w:rPr>
              <w:t>Ap.</w:t>
            </w:r>
          </w:p>
          <w:p w14:paraId="33DC8804" w14:textId="77777777" w:rsidR="003C7CA3" w:rsidRPr="00FC09DA" w:rsidRDefault="003C7CA3">
            <w:pPr>
              <w:keepNext/>
              <w:rPr>
                <w:lang w:val="ro-RO"/>
              </w:rPr>
            </w:pPr>
          </w:p>
        </w:tc>
        <w:tc>
          <w:tcPr>
            <w:tcW w:w="1606" w:type="dxa"/>
          </w:tcPr>
          <w:p w14:paraId="2E5AC3B1" w14:textId="77777777" w:rsidR="003C7CA3" w:rsidRPr="00FC09DA" w:rsidRDefault="003454F7">
            <w:pPr>
              <w:keepNext/>
              <w:rPr>
                <w:lang w:val="ro-RO"/>
              </w:rPr>
            </w:pPr>
            <w:r w:rsidRPr="00FC09DA">
              <w:rPr>
                <w:b/>
                <w:color w:val="0D5F78"/>
                <w:lang w:val="ro-RO"/>
              </w:rPr>
              <w:t>Cod poștal</w:t>
            </w:r>
          </w:p>
          <w:p w14:paraId="6B1226A7" w14:textId="77777777" w:rsidR="003C7CA3" w:rsidRPr="00FC09DA" w:rsidRDefault="003C7CA3">
            <w:pPr>
              <w:keepNext/>
              <w:rPr>
                <w:lang w:val="ro-RO"/>
              </w:rPr>
            </w:pPr>
          </w:p>
        </w:tc>
        <w:tc>
          <w:tcPr>
            <w:tcW w:w="1606" w:type="dxa"/>
          </w:tcPr>
          <w:p w14:paraId="3261CE34" w14:textId="77777777" w:rsidR="003C7CA3" w:rsidRPr="00FC09DA" w:rsidRDefault="003454F7">
            <w:pPr>
              <w:keepNext/>
              <w:rPr>
                <w:lang w:val="ro-RO"/>
              </w:rPr>
            </w:pPr>
            <w:r w:rsidRPr="00FC09DA">
              <w:rPr>
                <w:b/>
                <w:color w:val="0D5F78"/>
                <w:lang w:val="ro-RO"/>
              </w:rPr>
              <w:t>Țara</w:t>
            </w:r>
          </w:p>
          <w:p w14:paraId="6D306C57" w14:textId="77777777" w:rsidR="003C7CA3" w:rsidRPr="00FC09DA" w:rsidRDefault="003C7CA3">
            <w:pPr>
              <w:keepNext/>
              <w:rPr>
                <w:lang w:val="ro-RO"/>
              </w:rPr>
            </w:pPr>
          </w:p>
        </w:tc>
      </w:tr>
      <w:tr w:rsidR="003C7CA3" w:rsidRPr="00FC09DA" w14:paraId="1BA5C463" w14:textId="77777777">
        <w:trPr>
          <w:cantSplit/>
        </w:trPr>
        <w:tc>
          <w:tcPr>
            <w:tcW w:w="9636" w:type="dxa"/>
            <w:gridSpan w:val="7"/>
            <w:shd w:val="clear" w:color="auto" w:fill="F4F4F4"/>
          </w:tcPr>
          <w:p w14:paraId="6717EB2B" w14:textId="77777777" w:rsidR="003C7CA3" w:rsidRPr="00FC09DA" w:rsidRDefault="003454F7">
            <w:pPr>
              <w:keepNext/>
              <w:rPr>
                <w:lang w:val="ro-RO"/>
              </w:rPr>
            </w:pPr>
            <w:r w:rsidRPr="00FC09DA">
              <w:rPr>
                <w:sz w:val="16"/>
                <w:lang w:val="ro-RO"/>
              </w:rPr>
              <w:t xml:space="preserve"> Imobil 5</w:t>
            </w:r>
          </w:p>
        </w:tc>
      </w:tr>
      <w:tr w:rsidR="003C7CA3" w:rsidRPr="00FC09DA" w14:paraId="52514A7A" w14:textId="77777777">
        <w:trPr>
          <w:cantSplit/>
          <w:trHeight w:val="510"/>
        </w:trPr>
        <w:tc>
          <w:tcPr>
            <w:tcW w:w="3212" w:type="dxa"/>
          </w:tcPr>
          <w:p w14:paraId="416BD5CB" w14:textId="77777777" w:rsidR="003C7CA3" w:rsidRPr="00FC09DA" w:rsidRDefault="003454F7">
            <w:pPr>
              <w:keepNext/>
              <w:rPr>
                <w:lang w:val="ro-RO"/>
              </w:rPr>
            </w:pPr>
            <w:r w:rsidRPr="00FC09DA">
              <w:rPr>
                <w:b/>
                <w:color w:val="0D5F78"/>
                <w:lang w:val="ro-RO"/>
              </w:rPr>
              <w:t>Tip imobil</w:t>
            </w:r>
          </w:p>
          <w:p w14:paraId="60F59FB1" w14:textId="724363B8"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teren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construcții</w:t>
            </w:r>
          </w:p>
        </w:tc>
        <w:tc>
          <w:tcPr>
            <w:tcW w:w="3212" w:type="dxa"/>
            <w:gridSpan w:val="4"/>
          </w:tcPr>
          <w:p w14:paraId="49FC2610" w14:textId="77777777" w:rsidR="003C7CA3" w:rsidRPr="00FC09DA" w:rsidRDefault="003454F7">
            <w:pPr>
              <w:keepNext/>
              <w:rPr>
                <w:lang w:val="ro-RO"/>
              </w:rPr>
            </w:pPr>
            <w:r w:rsidRPr="00FC09DA">
              <w:rPr>
                <w:b/>
                <w:color w:val="0D5F78"/>
                <w:lang w:val="ro-RO"/>
              </w:rPr>
              <w:t>Număr cadastral</w:t>
            </w:r>
          </w:p>
          <w:p w14:paraId="694D08B4" w14:textId="77777777" w:rsidR="003C7CA3" w:rsidRPr="00FC09DA" w:rsidRDefault="003C7CA3">
            <w:pPr>
              <w:keepNext/>
              <w:rPr>
                <w:lang w:val="ro-RO"/>
              </w:rPr>
            </w:pPr>
          </w:p>
        </w:tc>
        <w:tc>
          <w:tcPr>
            <w:tcW w:w="3212" w:type="dxa"/>
            <w:gridSpan w:val="2"/>
          </w:tcPr>
          <w:p w14:paraId="4B53D9E0" w14:textId="77777777" w:rsidR="003C7CA3" w:rsidRPr="00FC09DA" w:rsidRDefault="003454F7">
            <w:pPr>
              <w:keepNext/>
              <w:rPr>
                <w:lang w:val="ro-RO"/>
              </w:rPr>
            </w:pPr>
            <w:r w:rsidRPr="00FC09DA">
              <w:rPr>
                <w:b/>
                <w:color w:val="0D5F78"/>
                <w:lang w:val="ro-RO"/>
              </w:rPr>
              <w:t>Carte funciară nr.</w:t>
            </w:r>
          </w:p>
          <w:p w14:paraId="6ADA4335" w14:textId="77777777" w:rsidR="003C7CA3" w:rsidRPr="00FC09DA" w:rsidRDefault="003C7CA3">
            <w:pPr>
              <w:keepNext/>
              <w:rPr>
                <w:lang w:val="ro-RO"/>
              </w:rPr>
            </w:pPr>
          </w:p>
        </w:tc>
      </w:tr>
      <w:tr w:rsidR="003C7CA3" w:rsidRPr="00FC09DA" w14:paraId="0B944771" w14:textId="77777777">
        <w:trPr>
          <w:cantSplit/>
          <w:trHeight w:val="510"/>
        </w:trPr>
        <w:tc>
          <w:tcPr>
            <w:tcW w:w="3212" w:type="dxa"/>
          </w:tcPr>
          <w:p w14:paraId="13A31ED6" w14:textId="77777777" w:rsidR="003C7CA3" w:rsidRPr="00FC09DA" w:rsidRDefault="003454F7">
            <w:pPr>
              <w:keepNext/>
              <w:rPr>
                <w:lang w:val="ro-RO"/>
              </w:rPr>
            </w:pPr>
            <w:r w:rsidRPr="00FC09DA">
              <w:rPr>
                <w:b/>
                <w:color w:val="0D5F78"/>
                <w:lang w:val="ro-RO"/>
              </w:rPr>
              <w:t>Județul</w:t>
            </w:r>
          </w:p>
          <w:p w14:paraId="73E2BC86" w14:textId="77777777" w:rsidR="003C7CA3" w:rsidRPr="00FC09DA" w:rsidRDefault="003C7CA3">
            <w:pPr>
              <w:keepNext/>
              <w:rPr>
                <w:lang w:val="ro-RO"/>
              </w:rPr>
            </w:pPr>
          </w:p>
        </w:tc>
        <w:tc>
          <w:tcPr>
            <w:tcW w:w="3212" w:type="dxa"/>
            <w:gridSpan w:val="4"/>
          </w:tcPr>
          <w:p w14:paraId="5C675724" w14:textId="77777777" w:rsidR="003C7CA3" w:rsidRPr="00FC09DA" w:rsidRDefault="003454F7">
            <w:pPr>
              <w:keepNext/>
              <w:rPr>
                <w:lang w:val="ro-RO"/>
              </w:rPr>
            </w:pPr>
            <w:r w:rsidRPr="00FC09DA">
              <w:rPr>
                <w:b/>
                <w:color w:val="0D5F78"/>
                <w:lang w:val="ro-RO"/>
              </w:rPr>
              <w:t>Municipiul / orașul / comuna</w:t>
            </w:r>
          </w:p>
          <w:p w14:paraId="0386E0AA" w14:textId="77777777" w:rsidR="003C7CA3" w:rsidRPr="00FC09DA" w:rsidRDefault="003C7CA3">
            <w:pPr>
              <w:keepNext/>
              <w:rPr>
                <w:lang w:val="ro-RO"/>
              </w:rPr>
            </w:pPr>
          </w:p>
        </w:tc>
        <w:tc>
          <w:tcPr>
            <w:tcW w:w="3212" w:type="dxa"/>
            <w:gridSpan w:val="2"/>
          </w:tcPr>
          <w:p w14:paraId="68659267" w14:textId="77777777" w:rsidR="003C7CA3" w:rsidRPr="00FC09DA" w:rsidRDefault="003454F7">
            <w:pPr>
              <w:keepNext/>
              <w:rPr>
                <w:lang w:val="ro-RO"/>
              </w:rPr>
            </w:pPr>
            <w:r w:rsidRPr="00FC09DA">
              <w:rPr>
                <w:b/>
                <w:color w:val="0D5F78"/>
                <w:lang w:val="ro-RO"/>
              </w:rPr>
              <w:t>Satul / sectorul</w:t>
            </w:r>
          </w:p>
          <w:p w14:paraId="1BAE5F8C" w14:textId="77777777" w:rsidR="003C7CA3" w:rsidRPr="00FC09DA" w:rsidRDefault="003C7CA3">
            <w:pPr>
              <w:keepNext/>
              <w:rPr>
                <w:lang w:val="ro-RO"/>
              </w:rPr>
            </w:pPr>
          </w:p>
        </w:tc>
      </w:tr>
      <w:tr w:rsidR="003C7CA3" w:rsidRPr="00FC09DA" w14:paraId="2D70221E" w14:textId="77777777">
        <w:trPr>
          <w:cantSplit/>
          <w:trHeight w:val="510"/>
        </w:trPr>
        <w:tc>
          <w:tcPr>
            <w:tcW w:w="3212" w:type="dxa"/>
          </w:tcPr>
          <w:p w14:paraId="52857BC3" w14:textId="77777777" w:rsidR="003C7CA3" w:rsidRPr="00FC09DA" w:rsidRDefault="003454F7">
            <w:pPr>
              <w:keepNext/>
              <w:rPr>
                <w:lang w:val="ro-RO"/>
              </w:rPr>
            </w:pPr>
            <w:r w:rsidRPr="00FC09DA">
              <w:rPr>
                <w:b/>
                <w:color w:val="0D5F78"/>
                <w:lang w:val="ro-RO"/>
              </w:rPr>
              <w:t>Strada</w:t>
            </w:r>
          </w:p>
          <w:p w14:paraId="65E9CD24" w14:textId="77777777" w:rsidR="003C7CA3" w:rsidRPr="00FC09DA" w:rsidRDefault="003C7CA3">
            <w:pPr>
              <w:keepNext/>
              <w:rPr>
                <w:lang w:val="ro-RO"/>
              </w:rPr>
            </w:pPr>
          </w:p>
        </w:tc>
        <w:tc>
          <w:tcPr>
            <w:tcW w:w="803" w:type="dxa"/>
          </w:tcPr>
          <w:p w14:paraId="556FCE18" w14:textId="77777777" w:rsidR="003C7CA3" w:rsidRPr="00FC09DA" w:rsidRDefault="003454F7">
            <w:pPr>
              <w:keepNext/>
              <w:rPr>
                <w:lang w:val="ro-RO"/>
              </w:rPr>
            </w:pPr>
            <w:r w:rsidRPr="00FC09DA">
              <w:rPr>
                <w:b/>
                <w:color w:val="0D5F78"/>
                <w:lang w:val="ro-RO"/>
              </w:rPr>
              <w:t>Nr.</w:t>
            </w:r>
          </w:p>
          <w:p w14:paraId="3D425DC3" w14:textId="77777777" w:rsidR="003C7CA3" w:rsidRPr="00FC09DA" w:rsidRDefault="003C7CA3">
            <w:pPr>
              <w:keepNext/>
              <w:rPr>
                <w:lang w:val="ro-RO"/>
              </w:rPr>
            </w:pPr>
          </w:p>
        </w:tc>
        <w:tc>
          <w:tcPr>
            <w:tcW w:w="803" w:type="dxa"/>
          </w:tcPr>
          <w:p w14:paraId="3613E306" w14:textId="77777777" w:rsidR="003C7CA3" w:rsidRPr="00FC09DA" w:rsidRDefault="003454F7">
            <w:pPr>
              <w:keepNext/>
              <w:rPr>
                <w:lang w:val="ro-RO"/>
              </w:rPr>
            </w:pPr>
            <w:r w:rsidRPr="00FC09DA">
              <w:rPr>
                <w:b/>
                <w:color w:val="0D5F78"/>
                <w:lang w:val="ro-RO"/>
              </w:rPr>
              <w:t>Sc.</w:t>
            </w:r>
          </w:p>
          <w:p w14:paraId="33F92736" w14:textId="77777777" w:rsidR="003C7CA3" w:rsidRPr="00FC09DA" w:rsidRDefault="003C7CA3">
            <w:pPr>
              <w:keepNext/>
              <w:rPr>
                <w:lang w:val="ro-RO"/>
              </w:rPr>
            </w:pPr>
          </w:p>
        </w:tc>
        <w:tc>
          <w:tcPr>
            <w:tcW w:w="803" w:type="dxa"/>
          </w:tcPr>
          <w:p w14:paraId="786207C6" w14:textId="77777777" w:rsidR="003C7CA3" w:rsidRPr="00FC09DA" w:rsidRDefault="003454F7">
            <w:pPr>
              <w:keepNext/>
              <w:rPr>
                <w:lang w:val="ro-RO"/>
              </w:rPr>
            </w:pPr>
            <w:r w:rsidRPr="00FC09DA">
              <w:rPr>
                <w:b/>
                <w:color w:val="0D5F78"/>
                <w:lang w:val="ro-RO"/>
              </w:rPr>
              <w:t>Et.</w:t>
            </w:r>
          </w:p>
          <w:p w14:paraId="63D129DE" w14:textId="77777777" w:rsidR="003C7CA3" w:rsidRPr="00FC09DA" w:rsidRDefault="003C7CA3">
            <w:pPr>
              <w:keepNext/>
              <w:rPr>
                <w:lang w:val="ro-RO"/>
              </w:rPr>
            </w:pPr>
          </w:p>
        </w:tc>
        <w:tc>
          <w:tcPr>
            <w:tcW w:w="803" w:type="dxa"/>
          </w:tcPr>
          <w:p w14:paraId="6A401C10" w14:textId="77777777" w:rsidR="003C7CA3" w:rsidRPr="00FC09DA" w:rsidRDefault="003454F7">
            <w:pPr>
              <w:keepNext/>
              <w:rPr>
                <w:lang w:val="ro-RO"/>
              </w:rPr>
            </w:pPr>
            <w:r w:rsidRPr="00FC09DA">
              <w:rPr>
                <w:b/>
                <w:color w:val="0D5F78"/>
                <w:lang w:val="ro-RO"/>
              </w:rPr>
              <w:t>Ap.</w:t>
            </w:r>
          </w:p>
          <w:p w14:paraId="388179AA" w14:textId="77777777" w:rsidR="003C7CA3" w:rsidRPr="00FC09DA" w:rsidRDefault="003C7CA3">
            <w:pPr>
              <w:keepNext/>
              <w:rPr>
                <w:lang w:val="ro-RO"/>
              </w:rPr>
            </w:pPr>
          </w:p>
        </w:tc>
        <w:tc>
          <w:tcPr>
            <w:tcW w:w="1606" w:type="dxa"/>
          </w:tcPr>
          <w:p w14:paraId="5A253F28" w14:textId="77777777" w:rsidR="003C7CA3" w:rsidRPr="00FC09DA" w:rsidRDefault="003454F7">
            <w:pPr>
              <w:keepNext/>
              <w:rPr>
                <w:lang w:val="ro-RO"/>
              </w:rPr>
            </w:pPr>
            <w:r w:rsidRPr="00FC09DA">
              <w:rPr>
                <w:b/>
                <w:color w:val="0D5F78"/>
                <w:lang w:val="ro-RO"/>
              </w:rPr>
              <w:t>Cod poștal</w:t>
            </w:r>
          </w:p>
          <w:p w14:paraId="61F4B78C" w14:textId="77777777" w:rsidR="003C7CA3" w:rsidRPr="00FC09DA" w:rsidRDefault="003C7CA3">
            <w:pPr>
              <w:keepNext/>
              <w:rPr>
                <w:lang w:val="ro-RO"/>
              </w:rPr>
            </w:pPr>
          </w:p>
        </w:tc>
        <w:tc>
          <w:tcPr>
            <w:tcW w:w="1606" w:type="dxa"/>
          </w:tcPr>
          <w:p w14:paraId="043263C8" w14:textId="77777777" w:rsidR="003C7CA3" w:rsidRPr="00FC09DA" w:rsidRDefault="003454F7">
            <w:pPr>
              <w:keepNext/>
              <w:rPr>
                <w:lang w:val="ro-RO"/>
              </w:rPr>
            </w:pPr>
            <w:r w:rsidRPr="00FC09DA">
              <w:rPr>
                <w:b/>
                <w:color w:val="0D5F78"/>
                <w:lang w:val="ro-RO"/>
              </w:rPr>
              <w:t>Țara</w:t>
            </w:r>
          </w:p>
          <w:p w14:paraId="1C2AB50B" w14:textId="77777777" w:rsidR="003C7CA3" w:rsidRPr="00FC09DA" w:rsidRDefault="003C7CA3">
            <w:pPr>
              <w:keepNext/>
              <w:rPr>
                <w:lang w:val="ro-RO"/>
              </w:rPr>
            </w:pPr>
          </w:p>
        </w:tc>
      </w:tr>
      <w:tr w:rsidR="003C7CA3" w:rsidRPr="00FC09DA" w14:paraId="5B366A1F" w14:textId="77777777">
        <w:trPr>
          <w:cantSplit/>
        </w:trPr>
        <w:tc>
          <w:tcPr>
            <w:tcW w:w="9636" w:type="dxa"/>
            <w:gridSpan w:val="7"/>
            <w:shd w:val="clear" w:color="auto" w:fill="F4F4F4"/>
          </w:tcPr>
          <w:p w14:paraId="1C2F3CA6" w14:textId="77777777" w:rsidR="003C7CA3" w:rsidRPr="00FC09DA" w:rsidRDefault="003454F7">
            <w:pPr>
              <w:keepNext/>
              <w:rPr>
                <w:lang w:val="ro-RO"/>
              </w:rPr>
            </w:pPr>
            <w:r w:rsidRPr="00FC09DA">
              <w:rPr>
                <w:sz w:val="16"/>
                <w:lang w:val="ro-RO"/>
              </w:rPr>
              <w:t xml:space="preserve"> Imobil 6</w:t>
            </w:r>
          </w:p>
        </w:tc>
      </w:tr>
      <w:tr w:rsidR="003C7CA3" w:rsidRPr="00FC09DA" w14:paraId="7F67F832" w14:textId="77777777">
        <w:trPr>
          <w:cantSplit/>
          <w:trHeight w:val="510"/>
        </w:trPr>
        <w:tc>
          <w:tcPr>
            <w:tcW w:w="3212" w:type="dxa"/>
          </w:tcPr>
          <w:p w14:paraId="5191FB7B" w14:textId="77777777" w:rsidR="003C7CA3" w:rsidRPr="00FC09DA" w:rsidRDefault="003454F7">
            <w:pPr>
              <w:keepNext/>
              <w:rPr>
                <w:lang w:val="ro-RO"/>
              </w:rPr>
            </w:pPr>
            <w:r w:rsidRPr="00FC09DA">
              <w:rPr>
                <w:b/>
                <w:color w:val="0D5F78"/>
                <w:lang w:val="ro-RO"/>
              </w:rPr>
              <w:t>Tip imobil</w:t>
            </w:r>
          </w:p>
          <w:p w14:paraId="68697DD0" w14:textId="69CE2B20"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teren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construcții</w:t>
            </w:r>
          </w:p>
        </w:tc>
        <w:tc>
          <w:tcPr>
            <w:tcW w:w="3212" w:type="dxa"/>
            <w:gridSpan w:val="4"/>
          </w:tcPr>
          <w:p w14:paraId="320C967D" w14:textId="77777777" w:rsidR="003C7CA3" w:rsidRPr="00FC09DA" w:rsidRDefault="003454F7">
            <w:pPr>
              <w:keepNext/>
              <w:rPr>
                <w:lang w:val="ro-RO"/>
              </w:rPr>
            </w:pPr>
            <w:r w:rsidRPr="00FC09DA">
              <w:rPr>
                <w:b/>
                <w:color w:val="0D5F78"/>
                <w:lang w:val="ro-RO"/>
              </w:rPr>
              <w:t>Număr cadastral</w:t>
            </w:r>
          </w:p>
          <w:p w14:paraId="27F611E7" w14:textId="77777777" w:rsidR="003C7CA3" w:rsidRPr="00FC09DA" w:rsidRDefault="003C7CA3">
            <w:pPr>
              <w:keepNext/>
              <w:rPr>
                <w:lang w:val="ro-RO"/>
              </w:rPr>
            </w:pPr>
          </w:p>
        </w:tc>
        <w:tc>
          <w:tcPr>
            <w:tcW w:w="3212" w:type="dxa"/>
            <w:gridSpan w:val="2"/>
          </w:tcPr>
          <w:p w14:paraId="26199240" w14:textId="77777777" w:rsidR="003C7CA3" w:rsidRPr="00FC09DA" w:rsidRDefault="003454F7">
            <w:pPr>
              <w:keepNext/>
              <w:rPr>
                <w:lang w:val="ro-RO"/>
              </w:rPr>
            </w:pPr>
            <w:r w:rsidRPr="00FC09DA">
              <w:rPr>
                <w:b/>
                <w:color w:val="0D5F78"/>
                <w:lang w:val="ro-RO"/>
              </w:rPr>
              <w:t>Carte funciară nr.</w:t>
            </w:r>
          </w:p>
          <w:p w14:paraId="3E0C7818" w14:textId="77777777" w:rsidR="003C7CA3" w:rsidRPr="00FC09DA" w:rsidRDefault="003C7CA3">
            <w:pPr>
              <w:keepNext/>
              <w:rPr>
                <w:lang w:val="ro-RO"/>
              </w:rPr>
            </w:pPr>
          </w:p>
        </w:tc>
      </w:tr>
      <w:tr w:rsidR="003C7CA3" w:rsidRPr="00FC09DA" w14:paraId="09A0F0F6" w14:textId="77777777">
        <w:trPr>
          <w:cantSplit/>
          <w:trHeight w:val="510"/>
        </w:trPr>
        <w:tc>
          <w:tcPr>
            <w:tcW w:w="3212" w:type="dxa"/>
          </w:tcPr>
          <w:p w14:paraId="52A9A14E" w14:textId="77777777" w:rsidR="003C7CA3" w:rsidRPr="00FC09DA" w:rsidRDefault="003454F7">
            <w:pPr>
              <w:keepNext/>
              <w:rPr>
                <w:lang w:val="ro-RO"/>
              </w:rPr>
            </w:pPr>
            <w:r w:rsidRPr="00FC09DA">
              <w:rPr>
                <w:b/>
                <w:color w:val="0D5F78"/>
                <w:lang w:val="ro-RO"/>
              </w:rPr>
              <w:t>Județul</w:t>
            </w:r>
          </w:p>
          <w:p w14:paraId="509E1303" w14:textId="77777777" w:rsidR="003C7CA3" w:rsidRPr="00FC09DA" w:rsidRDefault="003C7CA3">
            <w:pPr>
              <w:keepNext/>
              <w:rPr>
                <w:lang w:val="ro-RO"/>
              </w:rPr>
            </w:pPr>
          </w:p>
        </w:tc>
        <w:tc>
          <w:tcPr>
            <w:tcW w:w="3212" w:type="dxa"/>
            <w:gridSpan w:val="4"/>
          </w:tcPr>
          <w:p w14:paraId="5B4C4696" w14:textId="77777777" w:rsidR="003C7CA3" w:rsidRPr="00FC09DA" w:rsidRDefault="003454F7">
            <w:pPr>
              <w:keepNext/>
              <w:rPr>
                <w:lang w:val="ro-RO"/>
              </w:rPr>
            </w:pPr>
            <w:r w:rsidRPr="00FC09DA">
              <w:rPr>
                <w:b/>
                <w:color w:val="0D5F78"/>
                <w:lang w:val="ro-RO"/>
              </w:rPr>
              <w:t>Municipiul / orașul / comuna</w:t>
            </w:r>
          </w:p>
          <w:p w14:paraId="183CC2EF" w14:textId="77777777" w:rsidR="003C7CA3" w:rsidRPr="00FC09DA" w:rsidRDefault="003C7CA3">
            <w:pPr>
              <w:keepNext/>
              <w:rPr>
                <w:lang w:val="ro-RO"/>
              </w:rPr>
            </w:pPr>
          </w:p>
        </w:tc>
        <w:tc>
          <w:tcPr>
            <w:tcW w:w="3212" w:type="dxa"/>
            <w:gridSpan w:val="2"/>
          </w:tcPr>
          <w:p w14:paraId="6E0F0783" w14:textId="77777777" w:rsidR="003C7CA3" w:rsidRPr="00FC09DA" w:rsidRDefault="003454F7">
            <w:pPr>
              <w:keepNext/>
              <w:rPr>
                <w:lang w:val="ro-RO"/>
              </w:rPr>
            </w:pPr>
            <w:r w:rsidRPr="00FC09DA">
              <w:rPr>
                <w:b/>
                <w:color w:val="0D5F78"/>
                <w:lang w:val="ro-RO"/>
              </w:rPr>
              <w:t>Satul / sectorul</w:t>
            </w:r>
          </w:p>
          <w:p w14:paraId="51A031BD" w14:textId="77777777" w:rsidR="003C7CA3" w:rsidRPr="00FC09DA" w:rsidRDefault="003C7CA3">
            <w:pPr>
              <w:keepNext/>
              <w:rPr>
                <w:lang w:val="ro-RO"/>
              </w:rPr>
            </w:pPr>
          </w:p>
        </w:tc>
      </w:tr>
      <w:tr w:rsidR="003C7CA3" w:rsidRPr="00FC09DA" w14:paraId="7CD30B99" w14:textId="77777777">
        <w:trPr>
          <w:cantSplit/>
          <w:trHeight w:val="510"/>
        </w:trPr>
        <w:tc>
          <w:tcPr>
            <w:tcW w:w="3212" w:type="dxa"/>
          </w:tcPr>
          <w:p w14:paraId="7E48C3E9" w14:textId="77777777" w:rsidR="003C7CA3" w:rsidRPr="00FC09DA" w:rsidRDefault="003454F7">
            <w:pPr>
              <w:keepNext/>
              <w:rPr>
                <w:lang w:val="ro-RO"/>
              </w:rPr>
            </w:pPr>
            <w:r w:rsidRPr="00FC09DA">
              <w:rPr>
                <w:b/>
                <w:color w:val="0D5F78"/>
                <w:lang w:val="ro-RO"/>
              </w:rPr>
              <w:t>Strada</w:t>
            </w:r>
          </w:p>
          <w:p w14:paraId="4890CAD7" w14:textId="77777777" w:rsidR="003C7CA3" w:rsidRPr="00FC09DA" w:rsidRDefault="003C7CA3">
            <w:pPr>
              <w:keepNext/>
              <w:rPr>
                <w:lang w:val="ro-RO"/>
              </w:rPr>
            </w:pPr>
          </w:p>
        </w:tc>
        <w:tc>
          <w:tcPr>
            <w:tcW w:w="803" w:type="dxa"/>
          </w:tcPr>
          <w:p w14:paraId="75C2640F" w14:textId="77777777" w:rsidR="003C7CA3" w:rsidRPr="00FC09DA" w:rsidRDefault="003454F7">
            <w:pPr>
              <w:keepNext/>
              <w:rPr>
                <w:lang w:val="ro-RO"/>
              </w:rPr>
            </w:pPr>
            <w:r w:rsidRPr="00FC09DA">
              <w:rPr>
                <w:b/>
                <w:color w:val="0D5F78"/>
                <w:lang w:val="ro-RO"/>
              </w:rPr>
              <w:t>Nr.</w:t>
            </w:r>
          </w:p>
          <w:p w14:paraId="3D857801" w14:textId="77777777" w:rsidR="003C7CA3" w:rsidRPr="00FC09DA" w:rsidRDefault="003C7CA3">
            <w:pPr>
              <w:keepNext/>
              <w:rPr>
                <w:lang w:val="ro-RO"/>
              </w:rPr>
            </w:pPr>
          </w:p>
        </w:tc>
        <w:tc>
          <w:tcPr>
            <w:tcW w:w="803" w:type="dxa"/>
          </w:tcPr>
          <w:p w14:paraId="44598F36" w14:textId="77777777" w:rsidR="003C7CA3" w:rsidRPr="00FC09DA" w:rsidRDefault="003454F7">
            <w:pPr>
              <w:keepNext/>
              <w:rPr>
                <w:lang w:val="ro-RO"/>
              </w:rPr>
            </w:pPr>
            <w:r w:rsidRPr="00FC09DA">
              <w:rPr>
                <w:b/>
                <w:color w:val="0D5F78"/>
                <w:lang w:val="ro-RO"/>
              </w:rPr>
              <w:t>Sc.</w:t>
            </w:r>
          </w:p>
          <w:p w14:paraId="3AD7E415" w14:textId="77777777" w:rsidR="003C7CA3" w:rsidRPr="00FC09DA" w:rsidRDefault="003C7CA3">
            <w:pPr>
              <w:keepNext/>
              <w:rPr>
                <w:lang w:val="ro-RO"/>
              </w:rPr>
            </w:pPr>
          </w:p>
        </w:tc>
        <w:tc>
          <w:tcPr>
            <w:tcW w:w="803" w:type="dxa"/>
          </w:tcPr>
          <w:p w14:paraId="0755CED3" w14:textId="77777777" w:rsidR="003C7CA3" w:rsidRPr="00FC09DA" w:rsidRDefault="003454F7">
            <w:pPr>
              <w:keepNext/>
              <w:rPr>
                <w:lang w:val="ro-RO"/>
              </w:rPr>
            </w:pPr>
            <w:r w:rsidRPr="00FC09DA">
              <w:rPr>
                <w:b/>
                <w:color w:val="0D5F78"/>
                <w:lang w:val="ro-RO"/>
              </w:rPr>
              <w:t>Et.</w:t>
            </w:r>
          </w:p>
          <w:p w14:paraId="01EC3C4A" w14:textId="77777777" w:rsidR="003C7CA3" w:rsidRPr="00FC09DA" w:rsidRDefault="003C7CA3">
            <w:pPr>
              <w:keepNext/>
              <w:rPr>
                <w:lang w:val="ro-RO"/>
              </w:rPr>
            </w:pPr>
          </w:p>
        </w:tc>
        <w:tc>
          <w:tcPr>
            <w:tcW w:w="803" w:type="dxa"/>
          </w:tcPr>
          <w:p w14:paraId="5ED188DF" w14:textId="77777777" w:rsidR="003C7CA3" w:rsidRPr="00FC09DA" w:rsidRDefault="003454F7">
            <w:pPr>
              <w:keepNext/>
              <w:rPr>
                <w:lang w:val="ro-RO"/>
              </w:rPr>
            </w:pPr>
            <w:r w:rsidRPr="00FC09DA">
              <w:rPr>
                <w:b/>
                <w:color w:val="0D5F78"/>
                <w:lang w:val="ro-RO"/>
              </w:rPr>
              <w:t>Ap.</w:t>
            </w:r>
          </w:p>
          <w:p w14:paraId="277CB060" w14:textId="77777777" w:rsidR="003C7CA3" w:rsidRPr="00FC09DA" w:rsidRDefault="003C7CA3">
            <w:pPr>
              <w:keepNext/>
              <w:rPr>
                <w:lang w:val="ro-RO"/>
              </w:rPr>
            </w:pPr>
          </w:p>
        </w:tc>
        <w:tc>
          <w:tcPr>
            <w:tcW w:w="1606" w:type="dxa"/>
          </w:tcPr>
          <w:p w14:paraId="758729CA" w14:textId="77777777" w:rsidR="003C7CA3" w:rsidRPr="00FC09DA" w:rsidRDefault="003454F7">
            <w:pPr>
              <w:keepNext/>
              <w:rPr>
                <w:lang w:val="ro-RO"/>
              </w:rPr>
            </w:pPr>
            <w:r w:rsidRPr="00FC09DA">
              <w:rPr>
                <w:b/>
                <w:color w:val="0D5F78"/>
                <w:lang w:val="ro-RO"/>
              </w:rPr>
              <w:t>Cod poștal</w:t>
            </w:r>
          </w:p>
          <w:p w14:paraId="5D5B1F32" w14:textId="77777777" w:rsidR="003C7CA3" w:rsidRPr="00FC09DA" w:rsidRDefault="003C7CA3">
            <w:pPr>
              <w:keepNext/>
              <w:rPr>
                <w:lang w:val="ro-RO"/>
              </w:rPr>
            </w:pPr>
          </w:p>
        </w:tc>
        <w:tc>
          <w:tcPr>
            <w:tcW w:w="1606" w:type="dxa"/>
          </w:tcPr>
          <w:p w14:paraId="0BC8A1E6" w14:textId="77777777" w:rsidR="003C7CA3" w:rsidRPr="00FC09DA" w:rsidRDefault="003454F7">
            <w:pPr>
              <w:keepNext/>
              <w:rPr>
                <w:lang w:val="ro-RO"/>
              </w:rPr>
            </w:pPr>
            <w:r w:rsidRPr="00FC09DA">
              <w:rPr>
                <w:b/>
                <w:color w:val="0D5F78"/>
                <w:lang w:val="ro-RO"/>
              </w:rPr>
              <w:t>Țara</w:t>
            </w:r>
          </w:p>
          <w:p w14:paraId="2AF7BB24" w14:textId="77777777" w:rsidR="003C7CA3" w:rsidRPr="00FC09DA" w:rsidRDefault="003C7CA3">
            <w:pPr>
              <w:keepNext/>
              <w:rPr>
                <w:lang w:val="ro-RO"/>
              </w:rPr>
            </w:pPr>
          </w:p>
        </w:tc>
      </w:tr>
      <w:tr w:rsidR="003C7CA3" w:rsidRPr="00FC09DA" w14:paraId="5F55098D" w14:textId="77777777">
        <w:trPr>
          <w:cantSplit/>
        </w:trPr>
        <w:tc>
          <w:tcPr>
            <w:tcW w:w="9636" w:type="dxa"/>
            <w:gridSpan w:val="7"/>
            <w:shd w:val="clear" w:color="auto" w:fill="F4F4F4"/>
          </w:tcPr>
          <w:p w14:paraId="38563C53" w14:textId="77777777" w:rsidR="003C7CA3" w:rsidRPr="00FC09DA" w:rsidRDefault="003454F7">
            <w:pPr>
              <w:keepNext/>
              <w:rPr>
                <w:lang w:val="ro-RO"/>
              </w:rPr>
            </w:pPr>
            <w:r w:rsidRPr="00FC09DA">
              <w:rPr>
                <w:sz w:val="16"/>
                <w:lang w:val="ro-RO"/>
              </w:rPr>
              <w:t xml:space="preserve"> Imobil 7</w:t>
            </w:r>
          </w:p>
        </w:tc>
      </w:tr>
      <w:tr w:rsidR="003C7CA3" w:rsidRPr="00FC09DA" w14:paraId="6E8A3C01" w14:textId="77777777">
        <w:trPr>
          <w:cantSplit/>
          <w:trHeight w:val="510"/>
        </w:trPr>
        <w:tc>
          <w:tcPr>
            <w:tcW w:w="3212" w:type="dxa"/>
          </w:tcPr>
          <w:p w14:paraId="5C5C5869" w14:textId="77777777" w:rsidR="003C7CA3" w:rsidRPr="00FC09DA" w:rsidRDefault="003454F7">
            <w:pPr>
              <w:keepNext/>
              <w:rPr>
                <w:lang w:val="ro-RO"/>
              </w:rPr>
            </w:pPr>
            <w:r w:rsidRPr="00FC09DA">
              <w:rPr>
                <w:b/>
                <w:color w:val="0D5F78"/>
                <w:lang w:val="ro-RO"/>
              </w:rPr>
              <w:t>Tip imobil</w:t>
            </w:r>
          </w:p>
          <w:p w14:paraId="5DB8AD74" w14:textId="65704EC4"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teren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construcții</w:t>
            </w:r>
          </w:p>
        </w:tc>
        <w:tc>
          <w:tcPr>
            <w:tcW w:w="3212" w:type="dxa"/>
            <w:gridSpan w:val="4"/>
          </w:tcPr>
          <w:p w14:paraId="10E317E8" w14:textId="77777777" w:rsidR="003C7CA3" w:rsidRPr="00FC09DA" w:rsidRDefault="003454F7">
            <w:pPr>
              <w:keepNext/>
              <w:rPr>
                <w:lang w:val="ro-RO"/>
              </w:rPr>
            </w:pPr>
            <w:r w:rsidRPr="00FC09DA">
              <w:rPr>
                <w:b/>
                <w:color w:val="0D5F78"/>
                <w:lang w:val="ro-RO"/>
              </w:rPr>
              <w:t>Număr cadastral</w:t>
            </w:r>
          </w:p>
          <w:p w14:paraId="7318CDCF" w14:textId="77777777" w:rsidR="003C7CA3" w:rsidRPr="00FC09DA" w:rsidRDefault="003C7CA3">
            <w:pPr>
              <w:keepNext/>
              <w:rPr>
                <w:lang w:val="ro-RO"/>
              </w:rPr>
            </w:pPr>
          </w:p>
        </w:tc>
        <w:tc>
          <w:tcPr>
            <w:tcW w:w="3212" w:type="dxa"/>
            <w:gridSpan w:val="2"/>
          </w:tcPr>
          <w:p w14:paraId="199C76B0" w14:textId="77777777" w:rsidR="003C7CA3" w:rsidRPr="00FC09DA" w:rsidRDefault="003454F7">
            <w:pPr>
              <w:keepNext/>
              <w:rPr>
                <w:lang w:val="ro-RO"/>
              </w:rPr>
            </w:pPr>
            <w:r w:rsidRPr="00FC09DA">
              <w:rPr>
                <w:b/>
                <w:color w:val="0D5F78"/>
                <w:lang w:val="ro-RO"/>
              </w:rPr>
              <w:t>Carte funciară nr.</w:t>
            </w:r>
          </w:p>
          <w:p w14:paraId="2281F46A" w14:textId="77777777" w:rsidR="003C7CA3" w:rsidRPr="00FC09DA" w:rsidRDefault="003C7CA3">
            <w:pPr>
              <w:keepNext/>
              <w:rPr>
                <w:lang w:val="ro-RO"/>
              </w:rPr>
            </w:pPr>
          </w:p>
        </w:tc>
      </w:tr>
      <w:tr w:rsidR="003C7CA3" w:rsidRPr="00FC09DA" w14:paraId="0E827CAC" w14:textId="77777777">
        <w:trPr>
          <w:cantSplit/>
          <w:trHeight w:val="510"/>
        </w:trPr>
        <w:tc>
          <w:tcPr>
            <w:tcW w:w="3212" w:type="dxa"/>
          </w:tcPr>
          <w:p w14:paraId="482CE6BA" w14:textId="77777777" w:rsidR="003C7CA3" w:rsidRPr="00FC09DA" w:rsidRDefault="003454F7">
            <w:pPr>
              <w:keepNext/>
              <w:rPr>
                <w:lang w:val="ro-RO"/>
              </w:rPr>
            </w:pPr>
            <w:r w:rsidRPr="00FC09DA">
              <w:rPr>
                <w:b/>
                <w:color w:val="0D5F78"/>
                <w:lang w:val="ro-RO"/>
              </w:rPr>
              <w:t>Județul</w:t>
            </w:r>
          </w:p>
          <w:p w14:paraId="7D9C4ADA" w14:textId="77777777" w:rsidR="003C7CA3" w:rsidRPr="00FC09DA" w:rsidRDefault="003C7CA3">
            <w:pPr>
              <w:keepNext/>
              <w:rPr>
                <w:lang w:val="ro-RO"/>
              </w:rPr>
            </w:pPr>
          </w:p>
        </w:tc>
        <w:tc>
          <w:tcPr>
            <w:tcW w:w="3212" w:type="dxa"/>
            <w:gridSpan w:val="4"/>
          </w:tcPr>
          <w:p w14:paraId="6FF092DD" w14:textId="77777777" w:rsidR="003C7CA3" w:rsidRPr="00FC09DA" w:rsidRDefault="003454F7">
            <w:pPr>
              <w:keepNext/>
              <w:rPr>
                <w:lang w:val="ro-RO"/>
              </w:rPr>
            </w:pPr>
            <w:r w:rsidRPr="00FC09DA">
              <w:rPr>
                <w:b/>
                <w:color w:val="0D5F78"/>
                <w:lang w:val="ro-RO"/>
              </w:rPr>
              <w:t>Municipiul / orașul / comuna</w:t>
            </w:r>
          </w:p>
          <w:p w14:paraId="7B3F2A48" w14:textId="77777777" w:rsidR="003C7CA3" w:rsidRPr="00FC09DA" w:rsidRDefault="003C7CA3">
            <w:pPr>
              <w:keepNext/>
              <w:rPr>
                <w:lang w:val="ro-RO"/>
              </w:rPr>
            </w:pPr>
          </w:p>
        </w:tc>
        <w:tc>
          <w:tcPr>
            <w:tcW w:w="3212" w:type="dxa"/>
            <w:gridSpan w:val="2"/>
          </w:tcPr>
          <w:p w14:paraId="4146120E" w14:textId="77777777" w:rsidR="003C7CA3" w:rsidRPr="00FC09DA" w:rsidRDefault="003454F7">
            <w:pPr>
              <w:keepNext/>
              <w:rPr>
                <w:lang w:val="ro-RO"/>
              </w:rPr>
            </w:pPr>
            <w:r w:rsidRPr="00FC09DA">
              <w:rPr>
                <w:b/>
                <w:color w:val="0D5F78"/>
                <w:lang w:val="ro-RO"/>
              </w:rPr>
              <w:t>Satul / sectorul</w:t>
            </w:r>
          </w:p>
          <w:p w14:paraId="382F6D57" w14:textId="77777777" w:rsidR="003C7CA3" w:rsidRPr="00FC09DA" w:rsidRDefault="003C7CA3">
            <w:pPr>
              <w:keepNext/>
              <w:rPr>
                <w:lang w:val="ro-RO"/>
              </w:rPr>
            </w:pPr>
          </w:p>
        </w:tc>
      </w:tr>
      <w:tr w:rsidR="003C7CA3" w:rsidRPr="00FC09DA" w14:paraId="350ADAED" w14:textId="77777777">
        <w:trPr>
          <w:cantSplit/>
          <w:trHeight w:val="510"/>
        </w:trPr>
        <w:tc>
          <w:tcPr>
            <w:tcW w:w="3212" w:type="dxa"/>
          </w:tcPr>
          <w:p w14:paraId="3EF592B3" w14:textId="77777777" w:rsidR="003C7CA3" w:rsidRPr="00FC09DA" w:rsidRDefault="003454F7">
            <w:pPr>
              <w:keepNext/>
              <w:rPr>
                <w:lang w:val="ro-RO"/>
              </w:rPr>
            </w:pPr>
            <w:r w:rsidRPr="00FC09DA">
              <w:rPr>
                <w:b/>
                <w:color w:val="0D5F78"/>
                <w:lang w:val="ro-RO"/>
              </w:rPr>
              <w:t>Strada</w:t>
            </w:r>
          </w:p>
          <w:p w14:paraId="6E09AA0D" w14:textId="77777777" w:rsidR="003C7CA3" w:rsidRPr="00FC09DA" w:rsidRDefault="003C7CA3">
            <w:pPr>
              <w:keepNext/>
              <w:rPr>
                <w:lang w:val="ro-RO"/>
              </w:rPr>
            </w:pPr>
          </w:p>
        </w:tc>
        <w:tc>
          <w:tcPr>
            <w:tcW w:w="803" w:type="dxa"/>
          </w:tcPr>
          <w:p w14:paraId="03CDAA70" w14:textId="77777777" w:rsidR="003C7CA3" w:rsidRPr="00FC09DA" w:rsidRDefault="003454F7">
            <w:pPr>
              <w:keepNext/>
              <w:rPr>
                <w:lang w:val="ro-RO"/>
              </w:rPr>
            </w:pPr>
            <w:r w:rsidRPr="00FC09DA">
              <w:rPr>
                <w:b/>
                <w:color w:val="0D5F78"/>
                <w:lang w:val="ro-RO"/>
              </w:rPr>
              <w:t>Nr.</w:t>
            </w:r>
          </w:p>
          <w:p w14:paraId="04104BF4" w14:textId="77777777" w:rsidR="003C7CA3" w:rsidRPr="00FC09DA" w:rsidRDefault="003C7CA3">
            <w:pPr>
              <w:keepNext/>
              <w:rPr>
                <w:lang w:val="ro-RO"/>
              </w:rPr>
            </w:pPr>
          </w:p>
        </w:tc>
        <w:tc>
          <w:tcPr>
            <w:tcW w:w="803" w:type="dxa"/>
          </w:tcPr>
          <w:p w14:paraId="003E8B23" w14:textId="77777777" w:rsidR="003C7CA3" w:rsidRPr="00FC09DA" w:rsidRDefault="003454F7">
            <w:pPr>
              <w:keepNext/>
              <w:rPr>
                <w:lang w:val="ro-RO"/>
              </w:rPr>
            </w:pPr>
            <w:r w:rsidRPr="00FC09DA">
              <w:rPr>
                <w:b/>
                <w:color w:val="0D5F78"/>
                <w:lang w:val="ro-RO"/>
              </w:rPr>
              <w:t>Sc.</w:t>
            </w:r>
          </w:p>
          <w:p w14:paraId="7A6C79BB" w14:textId="77777777" w:rsidR="003C7CA3" w:rsidRPr="00FC09DA" w:rsidRDefault="003C7CA3">
            <w:pPr>
              <w:keepNext/>
              <w:rPr>
                <w:lang w:val="ro-RO"/>
              </w:rPr>
            </w:pPr>
          </w:p>
        </w:tc>
        <w:tc>
          <w:tcPr>
            <w:tcW w:w="803" w:type="dxa"/>
          </w:tcPr>
          <w:p w14:paraId="2E86E7BB" w14:textId="77777777" w:rsidR="003C7CA3" w:rsidRPr="00FC09DA" w:rsidRDefault="003454F7">
            <w:pPr>
              <w:keepNext/>
              <w:rPr>
                <w:lang w:val="ro-RO"/>
              </w:rPr>
            </w:pPr>
            <w:r w:rsidRPr="00FC09DA">
              <w:rPr>
                <w:b/>
                <w:color w:val="0D5F78"/>
                <w:lang w:val="ro-RO"/>
              </w:rPr>
              <w:t>Et.</w:t>
            </w:r>
          </w:p>
          <w:p w14:paraId="0874CF46" w14:textId="77777777" w:rsidR="003C7CA3" w:rsidRPr="00FC09DA" w:rsidRDefault="003C7CA3">
            <w:pPr>
              <w:keepNext/>
              <w:rPr>
                <w:lang w:val="ro-RO"/>
              </w:rPr>
            </w:pPr>
          </w:p>
        </w:tc>
        <w:tc>
          <w:tcPr>
            <w:tcW w:w="803" w:type="dxa"/>
          </w:tcPr>
          <w:p w14:paraId="044057D9" w14:textId="77777777" w:rsidR="003C7CA3" w:rsidRPr="00FC09DA" w:rsidRDefault="003454F7">
            <w:pPr>
              <w:keepNext/>
              <w:rPr>
                <w:lang w:val="ro-RO"/>
              </w:rPr>
            </w:pPr>
            <w:r w:rsidRPr="00FC09DA">
              <w:rPr>
                <w:b/>
                <w:color w:val="0D5F78"/>
                <w:lang w:val="ro-RO"/>
              </w:rPr>
              <w:t>Ap.</w:t>
            </w:r>
          </w:p>
          <w:p w14:paraId="3376C1C7" w14:textId="77777777" w:rsidR="003C7CA3" w:rsidRPr="00FC09DA" w:rsidRDefault="003C7CA3">
            <w:pPr>
              <w:keepNext/>
              <w:rPr>
                <w:lang w:val="ro-RO"/>
              </w:rPr>
            </w:pPr>
          </w:p>
        </w:tc>
        <w:tc>
          <w:tcPr>
            <w:tcW w:w="1606" w:type="dxa"/>
          </w:tcPr>
          <w:p w14:paraId="6DF4ADA1" w14:textId="77777777" w:rsidR="003C7CA3" w:rsidRPr="00FC09DA" w:rsidRDefault="003454F7">
            <w:pPr>
              <w:keepNext/>
              <w:rPr>
                <w:lang w:val="ro-RO"/>
              </w:rPr>
            </w:pPr>
            <w:r w:rsidRPr="00FC09DA">
              <w:rPr>
                <w:b/>
                <w:color w:val="0D5F78"/>
                <w:lang w:val="ro-RO"/>
              </w:rPr>
              <w:t>Cod poștal</w:t>
            </w:r>
          </w:p>
          <w:p w14:paraId="5EB5FE7C" w14:textId="77777777" w:rsidR="003C7CA3" w:rsidRPr="00FC09DA" w:rsidRDefault="003C7CA3">
            <w:pPr>
              <w:keepNext/>
              <w:rPr>
                <w:lang w:val="ro-RO"/>
              </w:rPr>
            </w:pPr>
          </w:p>
        </w:tc>
        <w:tc>
          <w:tcPr>
            <w:tcW w:w="1606" w:type="dxa"/>
          </w:tcPr>
          <w:p w14:paraId="06F0C4C6" w14:textId="77777777" w:rsidR="003C7CA3" w:rsidRPr="00FC09DA" w:rsidRDefault="003454F7">
            <w:pPr>
              <w:keepNext/>
              <w:rPr>
                <w:lang w:val="ro-RO"/>
              </w:rPr>
            </w:pPr>
            <w:r w:rsidRPr="00FC09DA">
              <w:rPr>
                <w:b/>
                <w:color w:val="0D5F78"/>
                <w:lang w:val="ro-RO"/>
              </w:rPr>
              <w:t>Țara</w:t>
            </w:r>
          </w:p>
          <w:p w14:paraId="5DB99EB8" w14:textId="77777777" w:rsidR="003C7CA3" w:rsidRPr="00FC09DA" w:rsidRDefault="003C7CA3">
            <w:pPr>
              <w:keepNext/>
              <w:rPr>
                <w:lang w:val="ro-RO"/>
              </w:rPr>
            </w:pPr>
          </w:p>
        </w:tc>
      </w:tr>
    </w:tbl>
    <w:p w14:paraId="19038766" w14:textId="77777777" w:rsidR="003C7CA3" w:rsidRPr="00FC09DA" w:rsidRDefault="003C7CA3">
      <w:pPr>
        <w:spacing w:line="168" w:lineRule="auto"/>
        <w:rPr>
          <w:lang w:val="ro-RO"/>
        </w:rPr>
      </w:pPr>
    </w:p>
    <w:p w14:paraId="376E231B" w14:textId="77777777" w:rsidR="003C7CA3" w:rsidRPr="00FC09DA" w:rsidRDefault="003454F7">
      <w:pPr>
        <w:rPr>
          <w:lang w:val="ro-RO"/>
        </w:rPr>
      </w:pPr>
      <w:r w:rsidRPr="00FC09DA">
        <w:rPr>
          <w:lang w:val="ro-RO"/>
        </w:rPr>
        <w:br w:type="page"/>
      </w:r>
    </w:p>
    <w:p w14:paraId="17458E7D" w14:textId="7666EFC2" w:rsidR="003C7CA3" w:rsidRPr="00FC09DA" w:rsidRDefault="003454F7">
      <w:pPr>
        <w:spacing w:before="140" w:after="40"/>
        <w:jc w:val="center"/>
        <w:rPr>
          <w:lang w:val="ro-RO"/>
        </w:rPr>
      </w:pPr>
      <w:r w:rsidRPr="00FC09DA">
        <w:rPr>
          <w:b/>
          <w:sz w:val="34"/>
          <w:lang w:val="ro-RO"/>
        </w:rPr>
        <w:lastRenderedPageBreak/>
        <w:t xml:space="preserve">ANEXA TEHNICĂ </w:t>
      </w:r>
    </w:p>
    <w:p w14:paraId="6278166B" w14:textId="77777777" w:rsidR="003C7CA3" w:rsidRPr="00FC09DA" w:rsidRDefault="003454F7">
      <w:pPr>
        <w:spacing w:after="120"/>
        <w:jc w:val="center"/>
        <w:rPr>
          <w:lang w:val="ro-RO"/>
        </w:rPr>
      </w:pPr>
      <w:r w:rsidRPr="00FC09DA">
        <w:rPr>
          <w:sz w:val="19"/>
          <w:lang w:val="ro-RO"/>
        </w:rPr>
        <w:t>la cererea pentru emiterea autorizației de construire / desființare</w:t>
      </w:r>
    </w:p>
    <w:p w14:paraId="2265C486" w14:textId="5A9420AA" w:rsidR="003C7CA3" w:rsidRPr="00FC09DA" w:rsidRDefault="003454F7" w:rsidP="005375AB">
      <w:pPr>
        <w:spacing w:after="120"/>
        <w:jc w:val="center"/>
        <w:rPr>
          <w:sz w:val="19"/>
          <w:lang w:val="ro-RO"/>
        </w:rPr>
      </w:pPr>
      <w:r w:rsidRPr="00FC09DA">
        <w:rPr>
          <w:sz w:val="19"/>
          <w:lang w:val="ro-RO"/>
        </w:rPr>
        <w:t>se întocmește de proiectantul documentației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C09DA" w14:paraId="332C7D5E" w14:textId="77777777">
        <w:trPr>
          <w:cantSplit/>
        </w:trPr>
        <w:tc>
          <w:tcPr>
            <w:tcW w:w="9636" w:type="dxa"/>
            <w:shd w:val="clear" w:color="auto" w:fill="F4F4F4"/>
          </w:tcPr>
          <w:p w14:paraId="4C23CF0D" w14:textId="14CB0DE0" w:rsidR="00F61A70" w:rsidRPr="00FC09DA" w:rsidRDefault="003454F7" w:rsidP="00F61A70">
            <w:pPr>
              <w:pStyle w:val="Listparagraf"/>
              <w:keepNext/>
              <w:numPr>
                <w:ilvl w:val="0"/>
                <w:numId w:val="10"/>
              </w:numPr>
              <w:rPr>
                <w:b/>
                <w:color w:val="000000"/>
                <w:sz w:val="18"/>
                <w:lang w:val="ro-RO"/>
              </w:rPr>
            </w:pPr>
            <w:r w:rsidRPr="00FC09DA">
              <w:rPr>
                <w:b/>
                <w:color w:val="000000"/>
                <w:sz w:val="18"/>
                <w:lang w:val="ro-RO"/>
              </w:rPr>
              <w:t>CATEGORIILE DE LUCRĂRI</w:t>
            </w:r>
            <w:r w:rsidR="00E9623F" w:rsidRPr="00FC09DA">
              <w:rPr>
                <w:b/>
                <w:color w:val="000000"/>
                <w:sz w:val="18"/>
                <w:lang w:val="ro-RO"/>
              </w:rPr>
              <w:t xml:space="preserve"> APLICABILE OBIECTIVULUI/OBIECTULUI DE INVESTIȚII</w:t>
            </w:r>
            <w:r w:rsidR="00F61A70" w:rsidRPr="00FC09DA">
              <w:rPr>
                <w:b/>
                <w:color w:val="000000"/>
                <w:sz w:val="18"/>
                <w:lang w:val="ro-RO"/>
              </w:rPr>
              <w:t xml:space="preserve"> </w:t>
            </w:r>
          </w:p>
          <w:p w14:paraId="3530FB7B" w14:textId="0844A2BD" w:rsidR="003C7CA3" w:rsidRPr="00FC09DA" w:rsidRDefault="00F61A70" w:rsidP="00F61A70">
            <w:pPr>
              <w:keepNext/>
              <w:ind w:left="45"/>
              <w:rPr>
                <w:bCs/>
                <w:lang w:val="ro-RO"/>
              </w:rPr>
            </w:pPr>
            <w:r w:rsidRPr="00FC09DA">
              <w:rPr>
                <w:bCs/>
                <w:color w:val="000000"/>
                <w:sz w:val="18"/>
                <w:lang w:val="ro-RO"/>
              </w:rPr>
              <w:t>(se bifeaza toate cele aplicabile)</w:t>
            </w:r>
          </w:p>
        </w:tc>
      </w:tr>
      <w:tr w:rsidR="003C7CA3" w:rsidRPr="00FC09DA" w14:paraId="3C6A968F" w14:textId="77777777">
        <w:trPr>
          <w:cantSplit/>
        </w:trPr>
        <w:tc>
          <w:tcPr>
            <w:tcW w:w="9636" w:type="dxa"/>
            <w:shd w:val="clear" w:color="auto" w:fill="F4F4F4"/>
          </w:tcPr>
          <w:p w14:paraId="4CD25743" w14:textId="34781603" w:rsidR="003C7CA3" w:rsidRPr="00FC09DA" w:rsidRDefault="003454F7">
            <w:pPr>
              <w:keepNext/>
              <w:rPr>
                <w:b/>
                <w:bCs/>
                <w:lang w:val="ro-RO"/>
              </w:rPr>
            </w:pPr>
            <w:r w:rsidRPr="00FC09DA">
              <w:rPr>
                <w:sz w:val="16"/>
                <w:lang w:val="ro-RO"/>
              </w:rPr>
              <w:t xml:space="preserve"> </w:t>
            </w:r>
            <w:r w:rsidRPr="00FC09DA">
              <w:rPr>
                <w:b/>
                <w:bCs/>
                <w:sz w:val="16"/>
                <w:lang w:val="ro-RO"/>
              </w:rPr>
              <w:t xml:space="preserve">A · Lucrări de construcții noi, </w:t>
            </w:r>
            <w:r w:rsidR="00F61A70" w:rsidRPr="00FC09DA">
              <w:rPr>
                <w:b/>
                <w:bCs/>
                <w:sz w:val="16"/>
                <w:lang w:val="ro-RO"/>
              </w:rPr>
              <w:t xml:space="preserve">inclusiv instalațiile aferente acestora, </w:t>
            </w:r>
            <w:r w:rsidRPr="00FC09DA">
              <w:rPr>
                <w:b/>
                <w:bCs/>
                <w:sz w:val="16"/>
                <w:lang w:val="ro-RO"/>
              </w:rPr>
              <w:t>realizate</w:t>
            </w:r>
            <w:r w:rsidR="00F61A70" w:rsidRPr="00FC09DA">
              <w:rPr>
                <w:b/>
                <w:bCs/>
                <w:sz w:val="16"/>
                <w:lang w:val="ro-RO"/>
              </w:rPr>
              <w:t> :</w:t>
            </w:r>
          </w:p>
        </w:tc>
      </w:tr>
      <w:tr w:rsidR="003C7CA3" w:rsidRPr="00FC09DA" w14:paraId="147A6BE2" w14:textId="77777777">
        <w:trPr>
          <w:cantSplit/>
        </w:trPr>
        <w:tc>
          <w:tcPr>
            <w:tcW w:w="9636" w:type="dxa"/>
          </w:tcPr>
          <w:p w14:paraId="601EB108" w14:textId="011DE802" w:rsidR="003C7CA3" w:rsidRPr="00FC09DA" w:rsidRDefault="003454F7">
            <w:pPr>
              <w:keepNext/>
              <w:rPr>
                <w:lang w:val="ro-RO"/>
              </w:rPr>
            </w:pPr>
            <w:r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în afara zonelor de protecție a monumentelor istorice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în zona de protecție a monumentelor istorice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în afara zonelor construite protejate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în zone construite protejate</w:t>
            </w:r>
          </w:p>
        </w:tc>
      </w:tr>
      <w:tr w:rsidR="003C7CA3" w:rsidRPr="00FC09DA" w14:paraId="2D382061" w14:textId="77777777">
        <w:trPr>
          <w:cantSplit/>
        </w:trPr>
        <w:tc>
          <w:tcPr>
            <w:tcW w:w="9636" w:type="dxa"/>
          </w:tcPr>
          <w:p w14:paraId="378966C3" w14:textId="13FE6DCA" w:rsidR="003C7CA3" w:rsidRPr="00FC09DA" w:rsidRDefault="003454F7">
            <w:pPr>
              <w:keepNext/>
              <w:rPr>
                <w:lang w:val="ro-RO"/>
              </w:rPr>
            </w:pPr>
            <w:r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b/>
                <w:bCs/>
                <w:sz w:val="16"/>
                <w:lang w:val="ro-RO"/>
              </w:rPr>
              <w:t xml:space="preserve"> A.1 · clădiri civile </w:t>
            </w:r>
            <w:r w:rsidRPr="00FC09DA">
              <w:rPr>
                <w:sz w:val="16"/>
                <w:lang w:val="ro-RO"/>
              </w:rPr>
              <w:t xml:space="preserve">— construcții de locuințe: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individuale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semicolective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colective</w:t>
            </w:r>
          </w:p>
        </w:tc>
      </w:tr>
      <w:tr w:rsidR="003C7CA3" w:rsidRPr="00FC09DA" w14:paraId="55BF03ED" w14:textId="77777777">
        <w:trPr>
          <w:cantSplit/>
        </w:trPr>
        <w:tc>
          <w:tcPr>
            <w:tcW w:w="9636" w:type="dxa"/>
          </w:tcPr>
          <w:p w14:paraId="5D3F0566" w14:textId="01871CAA"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construcții pentru instituții publice și servicii: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pentru sănătate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pentru asistență socială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pentru învățământ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pentru cultură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pentru turism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pentru culte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pentru administrație și finanțe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pentru comerț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pentru servicii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pentru sport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pentru recreere</w:t>
            </w:r>
          </w:p>
        </w:tc>
      </w:tr>
      <w:tr w:rsidR="003C7CA3" w:rsidRPr="00FC09DA" w14:paraId="4289A147" w14:textId="77777777">
        <w:trPr>
          <w:cantSplit/>
        </w:trPr>
        <w:tc>
          <w:tcPr>
            <w:tcW w:w="9636" w:type="dxa"/>
          </w:tcPr>
          <w:p w14:paraId="1C068E31" w14:textId="3C4B0D3F" w:rsidR="003C7CA3" w:rsidRPr="00FC09DA" w:rsidRDefault="003454F7">
            <w:pPr>
              <w:keepNext/>
              <w:rPr>
                <w:lang w:val="ro-RO"/>
              </w:rPr>
            </w:pPr>
            <w:r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b/>
                <w:bCs/>
                <w:sz w:val="16"/>
                <w:lang w:val="ro-RO"/>
              </w:rPr>
              <w:t xml:space="preserve"> A.2 · clădiri industriale</w:t>
            </w:r>
            <w:r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pentru producție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pentru depozitare</w:t>
            </w:r>
          </w:p>
        </w:tc>
      </w:tr>
      <w:tr w:rsidR="003C7CA3" w:rsidRPr="00FC09DA" w14:paraId="66EE989E" w14:textId="77777777">
        <w:trPr>
          <w:cantSplit/>
        </w:trPr>
        <w:tc>
          <w:tcPr>
            <w:tcW w:w="9636" w:type="dxa"/>
          </w:tcPr>
          <w:p w14:paraId="37CC924E" w14:textId="1EB4A326" w:rsidR="00F61A70" w:rsidRPr="00FC09DA" w:rsidRDefault="003454F7">
            <w:pPr>
              <w:keepNext/>
              <w:rPr>
                <w:sz w:val="16"/>
                <w:lang w:val="ro-RO"/>
              </w:rPr>
            </w:pPr>
            <w:r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b/>
                <w:bCs/>
                <w:sz w:val="16"/>
                <w:lang w:val="ro-RO"/>
              </w:rPr>
              <w:t xml:space="preserve"> A.3 · clădiri agricole</w:t>
            </w:r>
            <w:r w:rsidR="00F61A70" w:rsidRPr="00FC09DA">
              <w:rPr>
                <w:b/>
                <w:bCs/>
                <w:sz w:val="16"/>
                <w:lang w:val="ro-RO"/>
              </w:rPr>
              <w:t> :</w:t>
            </w:r>
            <w:r w:rsidRPr="00FC09DA">
              <w:rPr>
                <w:sz w:val="16"/>
                <w:lang w:val="ro-RO"/>
              </w:rPr>
              <w:t xml:space="preserve">     </w:t>
            </w:r>
            <w:r w:rsidR="00F61A70"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00F61A70" w:rsidRPr="00FC09DA">
              <w:rPr>
                <w:sz w:val="16"/>
                <w:lang w:val="ro-RO"/>
              </w:rPr>
              <w:t xml:space="preserve"> pentru producție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00F61A70" w:rsidRPr="00FC09DA">
              <w:rPr>
                <w:sz w:val="16"/>
                <w:lang w:val="ro-RO"/>
              </w:rPr>
              <w:t xml:space="preserve"> pentru depozitare</w:t>
            </w:r>
          </w:p>
          <w:p w14:paraId="34FCF277" w14:textId="2EF7E919" w:rsidR="003C7CA3" w:rsidRPr="00FC09DA" w:rsidRDefault="00F61A70">
            <w:pPr>
              <w:keepNext/>
              <w:rPr>
                <w:b/>
                <w:bCs/>
                <w:lang w:val="ro-RO"/>
              </w:rPr>
            </w:pPr>
            <w:r w:rsidRPr="00FC09DA">
              <w:rPr>
                <w:b/>
                <w:bCs/>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b/>
                <w:bCs/>
                <w:sz w:val="16"/>
                <w:lang w:val="ro-RO"/>
              </w:rPr>
              <w:t xml:space="preserve"> A.4 · clădiri / construcții cu caracter special</w:t>
            </w:r>
          </w:p>
        </w:tc>
      </w:tr>
      <w:tr w:rsidR="003C7CA3" w:rsidRPr="00FC09DA" w14:paraId="46F48AAA" w14:textId="77777777">
        <w:trPr>
          <w:cantSplit/>
        </w:trPr>
        <w:tc>
          <w:tcPr>
            <w:tcW w:w="9636" w:type="dxa"/>
            <w:shd w:val="clear" w:color="auto" w:fill="F4F4F4"/>
          </w:tcPr>
          <w:p w14:paraId="655B49BC" w14:textId="4F4F659C" w:rsidR="003C7CA3" w:rsidRPr="00FC09DA" w:rsidRDefault="003454F7">
            <w:pPr>
              <w:keepNext/>
              <w:rPr>
                <w:b/>
                <w:bCs/>
                <w:sz w:val="16"/>
                <w:lang w:val="ro-RO"/>
              </w:rPr>
            </w:pPr>
            <w:r w:rsidRPr="00FC09DA">
              <w:rPr>
                <w:b/>
                <w:bCs/>
                <w:sz w:val="16"/>
                <w:lang w:val="ro-RO"/>
              </w:rPr>
              <w:t xml:space="preserve"> B · Lucrări de intervenții asupra construcțiilor existente</w:t>
            </w:r>
            <w:r w:rsidR="00F61A70" w:rsidRPr="00FC09DA">
              <w:rPr>
                <w:b/>
                <w:bCs/>
                <w:sz w:val="16"/>
                <w:lang w:val="ro-RO"/>
              </w:rPr>
              <w:t> :</w:t>
            </w:r>
          </w:p>
          <w:p w14:paraId="5D7C2172" w14:textId="5C5BCA06" w:rsidR="00F61A70" w:rsidRPr="00FC09DA" w:rsidRDefault="00F61A70">
            <w:pPr>
              <w:keepNext/>
              <w:rPr>
                <w:sz w:val="16"/>
                <w:lang w:val="ro-RO"/>
              </w:rPr>
            </w:pPr>
            <w:r w:rsidRPr="00FC09DA">
              <w:rPr>
                <w:rFonts w:ascii="Segoe UI Symbol" w:hAnsi="Segoe UI Symbol" w:cs="Segoe UI Symbol"/>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reparații capitale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interven</w:t>
            </w:r>
            <w:r w:rsidRPr="00FC09DA">
              <w:rPr>
                <w:rFonts w:cs="Times New Roman"/>
                <w:sz w:val="16"/>
                <w:lang w:val="ro-RO"/>
              </w:rPr>
              <w:t>ț</w:t>
            </w:r>
            <w:r w:rsidRPr="00FC09DA">
              <w:rPr>
                <w:sz w:val="16"/>
                <w:lang w:val="ro-RO"/>
              </w:rPr>
              <w:t xml:space="preserve">ie </w:t>
            </w:r>
            <w:r w:rsidRPr="00FC09DA">
              <w:rPr>
                <w:rFonts w:cs="Times New Roman"/>
                <w:sz w:val="16"/>
                <w:lang w:val="ro-RO"/>
              </w:rPr>
              <w:t>î</w:t>
            </w:r>
            <w:r w:rsidRPr="00FC09DA">
              <w:rPr>
                <w:sz w:val="16"/>
                <w:lang w:val="ro-RO"/>
              </w:rPr>
              <w:t>n prim</w:t>
            </w:r>
            <w:r w:rsidRPr="00FC09DA">
              <w:rPr>
                <w:rFonts w:cs="Times New Roman"/>
                <w:sz w:val="16"/>
                <w:lang w:val="ro-RO"/>
              </w:rPr>
              <w:t>ă</w:t>
            </w:r>
            <w:r w:rsidRPr="00FC09DA">
              <w:rPr>
                <w:sz w:val="16"/>
                <w:lang w:val="ro-RO"/>
              </w:rPr>
              <w:t xml:space="preserve"> urgen</w:t>
            </w:r>
            <w:r w:rsidRPr="00FC09DA">
              <w:rPr>
                <w:rFonts w:cs="Times New Roman"/>
                <w:sz w:val="16"/>
                <w:lang w:val="ro-RO"/>
              </w:rPr>
              <w:t>ță</w:t>
            </w:r>
            <w:r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extindere a amprentei la sol </w:t>
            </w:r>
            <w:r w:rsidRPr="00FC09DA">
              <w:rPr>
                <w:rFonts w:cs="Times New Roman"/>
                <w:sz w:val="16"/>
                <w:lang w:val="ro-RO"/>
              </w:rPr>
              <w:t>ș</w:t>
            </w:r>
            <w:r w:rsidRPr="00FC09DA">
              <w:rPr>
                <w:sz w:val="16"/>
                <w:lang w:val="ro-RO"/>
              </w:rPr>
              <w:t xml:space="preserve">i a volumului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supraetajare     </w:t>
            </w:r>
          </w:p>
          <w:p w14:paraId="11B8FA7A" w14:textId="13F53033" w:rsidR="00F61A70" w:rsidRPr="00FC09DA" w:rsidRDefault="00F61A70">
            <w:pPr>
              <w:keepNext/>
              <w:rPr>
                <w:sz w:val="16"/>
                <w:lang w:val="ro-RO"/>
              </w:rPr>
            </w:pPr>
            <w:r w:rsidRPr="00FC09DA">
              <w:rPr>
                <w:rFonts w:ascii="Segoe UI Symbol" w:hAnsi="Segoe UI Symbol" w:cs="Segoe UI Symbol"/>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refunc</w:t>
            </w:r>
            <w:r w:rsidRPr="00FC09DA">
              <w:rPr>
                <w:rFonts w:cs="Times New Roman"/>
                <w:sz w:val="16"/>
                <w:lang w:val="ro-RO"/>
              </w:rPr>
              <w:t>ț</w:t>
            </w:r>
            <w:r w:rsidRPr="00FC09DA">
              <w:rPr>
                <w:sz w:val="16"/>
                <w:lang w:val="ro-RO"/>
              </w:rPr>
              <w:t>ionalizare / schimbare de destina</w:t>
            </w:r>
            <w:r w:rsidRPr="00FC09DA">
              <w:rPr>
                <w:rFonts w:cs="Times New Roman"/>
                <w:sz w:val="16"/>
                <w:lang w:val="ro-RO"/>
              </w:rPr>
              <w:t>ț</w:t>
            </w:r>
            <w:r w:rsidRPr="00FC09DA">
              <w:rPr>
                <w:sz w:val="16"/>
                <w:lang w:val="ro-RO"/>
              </w:rPr>
              <w:t xml:space="preserve">ie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consolidare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modernizare, reabilitare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str</w:t>
            </w:r>
            <w:r w:rsidRPr="00FC09DA">
              <w:rPr>
                <w:rFonts w:cs="Times New Roman"/>
                <w:sz w:val="16"/>
                <w:lang w:val="ro-RO"/>
              </w:rPr>
              <w:t>ă</w:t>
            </w:r>
            <w:r w:rsidRPr="00FC09DA">
              <w:rPr>
                <w:sz w:val="16"/>
                <w:lang w:val="ro-RO"/>
              </w:rPr>
              <w:t xml:space="preserve">mutare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reconstruire    </w:t>
            </w:r>
          </w:p>
          <w:p w14:paraId="3889BADC" w14:textId="04B0B9C3" w:rsidR="00F61A70" w:rsidRPr="00FC09DA" w:rsidRDefault="00F61A70">
            <w:pPr>
              <w:keepNext/>
              <w:rPr>
                <w:sz w:val="16"/>
                <w:lang w:val="ro-RO"/>
              </w:rPr>
            </w:pPr>
            <w:r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conservare </w:t>
            </w:r>
            <w:r w:rsidRPr="00FC09DA">
              <w:rPr>
                <w:rFonts w:cs="Times New Roman"/>
                <w:sz w:val="16"/>
                <w:lang w:val="ro-RO"/>
              </w:rPr>
              <w:t>ș</w:t>
            </w:r>
            <w:r w:rsidRPr="00FC09DA">
              <w:rPr>
                <w:sz w:val="16"/>
                <w:lang w:val="ro-RO"/>
              </w:rPr>
              <w:t xml:space="preserve">i restaurare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remodelare exterioar</w:t>
            </w:r>
            <w:r w:rsidRPr="00FC09DA">
              <w:rPr>
                <w:rFonts w:cs="Times New Roman"/>
                <w:sz w:val="16"/>
                <w:lang w:val="ro-RO"/>
              </w:rPr>
              <w:t>ă</w:t>
            </w:r>
            <w:r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mansardare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remodelare interioar</w:t>
            </w:r>
            <w:r w:rsidRPr="00FC09DA">
              <w:rPr>
                <w:rFonts w:cs="Times New Roman"/>
                <w:sz w:val="16"/>
                <w:lang w:val="ro-RO"/>
              </w:rPr>
              <w:t>ă</w:t>
            </w:r>
            <w:r w:rsidRPr="00FC09DA">
              <w:rPr>
                <w:sz w:val="16"/>
                <w:lang w:val="ro-RO"/>
              </w:rPr>
              <w:t xml:space="preserve">    </w:t>
            </w:r>
          </w:p>
          <w:p w14:paraId="6A61D9FC" w14:textId="683C0518" w:rsidR="00F61A70" w:rsidRPr="00FC09DA" w:rsidRDefault="00F61A70">
            <w:pPr>
              <w:keepNext/>
              <w:rPr>
                <w:lang w:val="ro-RO"/>
              </w:rPr>
            </w:pPr>
            <w:r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desfiin</w:t>
            </w:r>
            <w:r w:rsidRPr="00FC09DA">
              <w:rPr>
                <w:rFonts w:cs="Times New Roman"/>
                <w:sz w:val="16"/>
                <w:lang w:val="ro-RO"/>
              </w:rPr>
              <w:t>ț</w:t>
            </w:r>
            <w:r w:rsidRPr="00FC09DA">
              <w:rPr>
                <w:sz w:val="16"/>
                <w:lang w:val="ro-RO"/>
              </w:rPr>
              <w:t>are sau demontare par</w:t>
            </w:r>
            <w:r w:rsidRPr="00FC09DA">
              <w:rPr>
                <w:rFonts w:cs="Times New Roman"/>
                <w:sz w:val="16"/>
                <w:lang w:val="ro-RO"/>
              </w:rPr>
              <w:t>ț</w:t>
            </w:r>
            <w:r w:rsidRPr="00FC09DA">
              <w:rPr>
                <w:sz w:val="16"/>
                <w:lang w:val="ro-RO"/>
              </w:rPr>
              <w:t>ial</w:t>
            </w:r>
            <w:r w:rsidRPr="00FC09DA">
              <w:rPr>
                <w:rFonts w:cs="Times New Roman"/>
                <w:sz w:val="16"/>
                <w:lang w:val="ro-RO"/>
              </w:rPr>
              <w:t>ă</w:t>
            </w:r>
            <w:r w:rsidRPr="00FC09DA">
              <w:rPr>
                <w:sz w:val="16"/>
                <w:lang w:val="ro-RO"/>
              </w:rPr>
              <w:t xml:space="preserve"> sau total</w:t>
            </w:r>
            <w:r w:rsidRPr="00FC09DA">
              <w:rPr>
                <w:rFonts w:cs="Times New Roman"/>
                <w:sz w:val="16"/>
                <w:lang w:val="ro-RO"/>
              </w:rPr>
              <w:t>ă</w:t>
            </w:r>
            <w:r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desfiin</w:t>
            </w:r>
            <w:r w:rsidRPr="00FC09DA">
              <w:rPr>
                <w:rFonts w:cs="Times New Roman"/>
                <w:sz w:val="16"/>
                <w:lang w:val="ro-RO"/>
              </w:rPr>
              <w:t>ț</w:t>
            </w:r>
            <w:r w:rsidRPr="00FC09DA">
              <w:rPr>
                <w:sz w:val="16"/>
                <w:lang w:val="ro-RO"/>
              </w:rPr>
              <w:t>are sau demontare total</w:t>
            </w:r>
            <w:r w:rsidRPr="00FC09DA">
              <w:rPr>
                <w:rFonts w:cs="Times New Roman"/>
                <w:sz w:val="16"/>
                <w:lang w:val="ro-RO"/>
              </w:rPr>
              <w:t>ă</w:t>
            </w:r>
            <w:r w:rsidRPr="00FC09DA">
              <w:rPr>
                <w:sz w:val="16"/>
                <w:lang w:val="ro-RO"/>
              </w:rPr>
              <w:t xml:space="preserve">     </w:t>
            </w:r>
            <w:r w:rsidR="00FC09DA" w:rsidRPr="00340763">
              <w:rPr>
                <w:rFonts w:ascii="Courier New" w:hAnsi="Courier New" w:cs="Courier New"/>
                <w:sz w:val="16"/>
                <w:szCs w:val="16"/>
                <w:lang w:val="ro-RO"/>
              </w:rPr>
              <w:fldChar w:fldCharType="begin">
                <w:ffData>
                  <w:name w:val=""/>
                  <w:enabled/>
                  <w:calcOnExit w:val="0"/>
                  <w:checkBox>
                    <w:sizeAuto/>
                    <w:default w:val="0"/>
                  </w:checkBox>
                </w:ffData>
              </w:fldChar>
            </w:r>
            <w:r w:rsidR="00FC09DA" w:rsidRPr="00340763">
              <w:rPr>
                <w:rFonts w:ascii="Courier New" w:hAnsi="Courier New" w:cs="Courier New"/>
                <w:sz w:val="16"/>
                <w:szCs w:val="16"/>
                <w:lang w:val="ro-RO"/>
              </w:rPr>
              <w:instrText xml:space="preserve"> FORMCHECKBOX </w:instrText>
            </w:r>
            <w:r w:rsidR="00FC09DA" w:rsidRPr="00340763">
              <w:rPr>
                <w:rFonts w:ascii="Courier New" w:hAnsi="Courier New" w:cs="Courier New"/>
                <w:sz w:val="16"/>
                <w:szCs w:val="16"/>
                <w:lang w:val="ro-RO"/>
              </w:rPr>
            </w:r>
            <w:r w:rsidR="00FC09DA" w:rsidRPr="00340763">
              <w:rPr>
                <w:rFonts w:ascii="Courier New" w:hAnsi="Courier New" w:cs="Courier New"/>
                <w:sz w:val="16"/>
                <w:szCs w:val="16"/>
                <w:lang w:val="ro-RO"/>
              </w:rPr>
              <w:fldChar w:fldCharType="separate"/>
            </w:r>
            <w:r w:rsidR="00FC09DA" w:rsidRPr="00340763">
              <w:rPr>
                <w:rFonts w:ascii="Courier New" w:hAnsi="Courier New" w:cs="Courier New"/>
                <w:sz w:val="16"/>
                <w:szCs w:val="16"/>
                <w:lang w:val="ro-RO"/>
              </w:rPr>
              <w:fldChar w:fldCharType="end"/>
            </w:r>
            <w:r w:rsidRPr="00FC09DA">
              <w:rPr>
                <w:sz w:val="16"/>
                <w:lang w:val="ro-RO"/>
              </w:rPr>
              <w:t xml:space="preserve"> conservare la </w:t>
            </w:r>
            <w:r w:rsidRPr="00FC09DA">
              <w:rPr>
                <w:rFonts w:cs="Times New Roman"/>
                <w:sz w:val="16"/>
                <w:lang w:val="ro-RO"/>
              </w:rPr>
              <w:t>î</w:t>
            </w:r>
            <w:r w:rsidRPr="00FC09DA">
              <w:rPr>
                <w:sz w:val="16"/>
                <w:lang w:val="ro-RO"/>
              </w:rPr>
              <w:t>ntreruperea temporar</w:t>
            </w:r>
            <w:r w:rsidRPr="00FC09DA">
              <w:rPr>
                <w:rFonts w:cs="Times New Roman"/>
                <w:sz w:val="16"/>
                <w:lang w:val="ro-RO"/>
              </w:rPr>
              <w:t>ă</w:t>
            </w:r>
            <w:r w:rsidRPr="00FC09DA">
              <w:rPr>
                <w:sz w:val="16"/>
                <w:lang w:val="ro-RO"/>
              </w:rPr>
              <w:t xml:space="preserve"> a execu</w:t>
            </w:r>
            <w:r w:rsidRPr="00FC09DA">
              <w:rPr>
                <w:rFonts w:cs="Times New Roman"/>
                <w:sz w:val="16"/>
                <w:lang w:val="ro-RO"/>
              </w:rPr>
              <w:t>ț</w:t>
            </w:r>
            <w:r w:rsidRPr="00FC09DA">
              <w:rPr>
                <w:sz w:val="16"/>
                <w:lang w:val="ro-RO"/>
              </w:rPr>
              <w:t>iei</w:t>
            </w:r>
          </w:p>
        </w:tc>
      </w:tr>
      <w:tr w:rsidR="003C7CA3" w:rsidRPr="00FC09DA" w14:paraId="5C30782E" w14:textId="77777777">
        <w:trPr>
          <w:cantSplit/>
        </w:trPr>
        <w:tc>
          <w:tcPr>
            <w:tcW w:w="9636" w:type="dxa"/>
          </w:tcPr>
          <w:p w14:paraId="2E7867BD" w14:textId="6B0DD344" w:rsidR="003C7CA3" w:rsidRPr="00FC09DA" w:rsidRDefault="00FC09DA">
            <w:pPr>
              <w:keepNext/>
              <w:rPr>
                <w:b/>
                <w:bCs/>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b/>
                <w:bCs/>
                <w:sz w:val="16"/>
                <w:lang w:val="ro-RO"/>
              </w:rPr>
              <w:t xml:space="preserve"> B.1 · realizate la alte construcții decât cele de la B.2 și B.3:</w:t>
            </w:r>
          </w:p>
        </w:tc>
      </w:tr>
      <w:tr w:rsidR="003C7CA3" w:rsidRPr="00FC09DA" w14:paraId="4E54D5F5" w14:textId="77777777">
        <w:trPr>
          <w:cantSplit/>
        </w:trPr>
        <w:tc>
          <w:tcPr>
            <w:tcW w:w="9636" w:type="dxa"/>
          </w:tcPr>
          <w:p w14:paraId="15613C59" w14:textId="7A0B60DF" w:rsidR="003C7CA3" w:rsidRPr="00FC09DA" w:rsidRDefault="00FC09DA">
            <w:pPr>
              <w:keepNext/>
              <w:rPr>
                <w:b/>
                <w:bCs/>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b/>
                <w:bCs/>
                <w:sz w:val="16"/>
                <w:lang w:val="ro-RO"/>
              </w:rPr>
              <w:t xml:space="preserve"> B.2 · realizate la:</w:t>
            </w:r>
          </w:p>
        </w:tc>
      </w:tr>
      <w:tr w:rsidR="003C7CA3" w:rsidRPr="00FC09DA" w14:paraId="21686F75" w14:textId="77777777">
        <w:trPr>
          <w:cantSplit/>
        </w:trPr>
        <w:tc>
          <w:tcPr>
            <w:tcW w:w="9636" w:type="dxa"/>
          </w:tcPr>
          <w:p w14:paraId="27A0F79D" w14:textId="773919AE"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construcții monument istoric (Legea nr. 422/2001), inclusiv anexele din același imobil</w:t>
            </w:r>
          </w:p>
          <w:p w14:paraId="6548132E" w14:textId="1FABED6B"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construcții în zona de protecție a monumentelor istorice</w:t>
            </w:r>
          </w:p>
          <w:p w14:paraId="1914C10D" w14:textId="5524A08E"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construcții în zone construite protejate</w:t>
            </w:r>
          </w:p>
          <w:p w14:paraId="4C3ED46E" w14:textId="0573EEC9"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construcții cu valoare arhitecturală sau istorică deosebită, stabilite prin documentații de urbanism aprobate</w:t>
            </w:r>
          </w:p>
        </w:tc>
      </w:tr>
      <w:tr w:rsidR="003C7CA3" w:rsidRPr="00FC09DA" w14:paraId="365A3BB4" w14:textId="77777777">
        <w:trPr>
          <w:cantSplit/>
        </w:trPr>
        <w:tc>
          <w:tcPr>
            <w:tcW w:w="9636" w:type="dxa"/>
          </w:tcPr>
          <w:p w14:paraId="3E8899C5" w14:textId="51895A3E" w:rsidR="003C7CA3" w:rsidRPr="00FC09DA" w:rsidRDefault="00FC09DA">
            <w:pPr>
              <w:keepNext/>
              <w:rPr>
                <w:b/>
                <w:bCs/>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b/>
                <w:bCs/>
                <w:sz w:val="16"/>
                <w:lang w:val="ro-RO"/>
              </w:rPr>
              <w:t xml:space="preserve"> B.3 · realizate la clădiri / construcții cu caracter special, care</w:t>
            </w:r>
            <w:r w:rsidR="00F61A70" w:rsidRPr="00FC09DA">
              <w:rPr>
                <w:b/>
                <w:bCs/>
                <w:sz w:val="16"/>
                <w:lang w:val="ro-RO"/>
              </w:rPr>
              <w:t> :</w:t>
            </w:r>
          </w:p>
          <w:p w14:paraId="197FF23C" w14:textId="354EBC8E" w:rsidR="003C7CA3" w:rsidRPr="00FC09DA" w:rsidRDefault="00FC09DA">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nu se încadrează</w:t>
            </w:r>
            <w:r w:rsidR="00F61A70" w:rsidRPr="00FC09DA">
              <w:rPr>
                <w:sz w:val="16"/>
                <w:lang w:val="ro-RO"/>
              </w:rPr>
              <w:t xml:space="preserve"> în categoriile de la B.2</w:t>
            </w:r>
          </w:p>
          <w:p w14:paraId="5C7CAF34" w14:textId="2F87D9B5"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se încadrează în categoriile de la B.2</w:t>
            </w:r>
          </w:p>
        </w:tc>
      </w:tr>
      <w:tr w:rsidR="003C7CA3" w:rsidRPr="00FC09DA" w14:paraId="2DE849E8" w14:textId="77777777">
        <w:trPr>
          <w:cantSplit/>
        </w:trPr>
        <w:tc>
          <w:tcPr>
            <w:tcW w:w="9636" w:type="dxa"/>
            <w:shd w:val="clear" w:color="auto" w:fill="F4F4F4"/>
          </w:tcPr>
          <w:p w14:paraId="3EB12BC0" w14:textId="77777777" w:rsidR="003C7CA3" w:rsidRPr="00FC09DA" w:rsidRDefault="003454F7">
            <w:pPr>
              <w:keepNext/>
              <w:rPr>
                <w:b/>
                <w:bCs/>
                <w:lang w:val="ro-RO"/>
              </w:rPr>
            </w:pPr>
            <w:r w:rsidRPr="00FC09DA">
              <w:rPr>
                <w:b/>
                <w:bCs/>
                <w:sz w:val="16"/>
                <w:lang w:val="ro-RO"/>
              </w:rPr>
              <w:t xml:space="preserve"> C · Amenajări</w:t>
            </w:r>
          </w:p>
        </w:tc>
      </w:tr>
      <w:tr w:rsidR="003C7CA3" w:rsidRPr="00FC09DA" w14:paraId="66C8F468" w14:textId="77777777">
        <w:trPr>
          <w:cantSplit/>
        </w:trPr>
        <w:tc>
          <w:tcPr>
            <w:tcW w:w="9636" w:type="dxa"/>
          </w:tcPr>
          <w:p w14:paraId="43680500" w14:textId="77A13DC0"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C.1 · amenajări civile</w:t>
            </w:r>
          </w:p>
          <w:p w14:paraId="0894A1ED" w14:textId="6548AB98"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C.2 · amenajări și îmbunătățiri funciare</w:t>
            </w:r>
          </w:p>
          <w:p w14:paraId="4914BB2B" w14:textId="4F370E7C"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C.3 · construcții provizorii / cu caracter temporar</w:t>
            </w:r>
          </w:p>
          <w:p w14:paraId="3B5D31B2" w14:textId="0F7F0F78"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C.4 · cercetarea / prospectarea terenurilor, foraje, excavări, studii topografice, geologice, geotehnice, geofizice, hidrologice</w:t>
            </w:r>
          </w:p>
          <w:p w14:paraId="014841AD" w14:textId="3DFE2325"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C.5 · cercetări pentru zăcăminte naturale</w:t>
            </w:r>
          </w:p>
          <w:p w14:paraId="4C0C2C50" w14:textId="2FD23795"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C.6 · spații verzi, plantate</w:t>
            </w:r>
          </w:p>
          <w:p w14:paraId="0A0CE830" w14:textId="1178C8FE"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C.7 · spații publice</w:t>
            </w:r>
          </w:p>
          <w:p w14:paraId="2C342054" w14:textId="01372439"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C.8 · organizare de șantier</w:t>
            </w:r>
          </w:p>
        </w:tc>
      </w:tr>
      <w:tr w:rsidR="003C7CA3" w:rsidRPr="00FC09DA" w14:paraId="49124A1B" w14:textId="77777777">
        <w:trPr>
          <w:cantSplit/>
        </w:trPr>
        <w:tc>
          <w:tcPr>
            <w:tcW w:w="9636" w:type="dxa"/>
            <w:shd w:val="clear" w:color="auto" w:fill="F4F4F4"/>
          </w:tcPr>
          <w:p w14:paraId="465514F8" w14:textId="77777777" w:rsidR="003C7CA3" w:rsidRPr="00FC09DA" w:rsidRDefault="003454F7">
            <w:pPr>
              <w:keepNext/>
              <w:rPr>
                <w:b/>
                <w:bCs/>
                <w:lang w:val="ro-RO"/>
              </w:rPr>
            </w:pPr>
            <w:r w:rsidRPr="00FC09DA">
              <w:rPr>
                <w:b/>
                <w:bCs/>
                <w:sz w:val="16"/>
                <w:lang w:val="ro-RO"/>
              </w:rPr>
              <w:t xml:space="preserve"> D · Lucrări inginerești, inclusiv intervenții la astfel de construcții</w:t>
            </w:r>
          </w:p>
        </w:tc>
      </w:tr>
      <w:tr w:rsidR="003C7CA3" w:rsidRPr="00FC09DA" w14:paraId="04D8B1F3" w14:textId="77777777">
        <w:trPr>
          <w:cantSplit/>
        </w:trPr>
        <w:tc>
          <w:tcPr>
            <w:tcW w:w="9636" w:type="dxa"/>
          </w:tcPr>
          <w:p w14:paraId="5DB1C9BE" w14:textId="095196B2" w:rsidR="003C7CA3" w:rsidRPr="00FC09DA" w:rsidRDefault="002B2E52">
            <w:pPr>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D.1 · infrastructura de transport, alta decât cea de interes național</w:t>
            </w:r>
          </w:p>
          <w:p w14:paraId="0895795C" w14:textId="2916FECF" w:rsidR="003C7CA3" w:rsidRPr="00FC09DA" w:rsidRDefault="002B2E52">
            <w:pPr>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D.2 · infrastructură în domeniul energiei</w:t>
            </w:r>
          </w:p>
          <w:p w14:paraId="695D7125" w14:textId="3F84659C" w:rsidR="003C7CA3" w:rsidRPr="00FC09DA" w:rsidRDefault="002B2E52">
            <w:pPr>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D.3 · rețele de comunicații electronice și infrastructurile fizice aferente</w:t>
            </w:r>
          </w:p>
          <w:p w14:paraId="40CA9785" w14:textId="6D16AB41" w:rsidR="003C7CA3" w:rsidRPr="00FC09DA" w:rsidRDefault="002B2E52">
            <w:pPr>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D.4 · gospodărirea apelor</w:t>
            </w:r>
          </w:p>
          <w:p w14:paraId="3723A58E" w14:textId="21EF2634" w:rsidR="003C7CA3" w:rsidRPr="00FC09DA" w:rsidRDefault="002B2E52">
            <w:pPr>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D.5 · hidrotehnice</w:t>
            </w:r>
          </w:p>
          <w:p w14:paraId="6D930310" w14:textId="7BFEE612" w:rsidR="003C7CA3" w:rsidRPr="00FC09DA" w:rsidRDefault="002B2E52">
            <w:pPr>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D.6 · miniere</w:t>
            </w:r>
          </w:p>
          <w:p w14:paraId="3BE96BC8" w14:textId="3CC52CE8" w:rsidR="003C7CA3" w:rsidRPr="00FC09DA" w:rsidRDefault="002B2E52">
            <w:pPr>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D.7 · alte lucrări inginerești necesare unor obiective de interes public</w:t>
            </w:r>
          </w:p>
        </w:tc>
      </w:tr>
    </w:tbl>
    <w:p w14:paraId="082F6609" w14:textId="77777777" w:rsidR="003C7CA3" w:rsidRPr="00FC09DA" w:rsidRDefault="003C7CA3">
      <w:pPr>
        <w:spacing w:line="168" w:lineRule="auto"/>
        <w:rPr>
          <w:u w:val="single"/>
          <w:lang w:val="ro-RO"/>
        </w:rPr>
      </w:pPr>
    </w:p>
    <w:p w14:paraId="7B0C7BA1" w14:textId="77777777" w:rsidR="00913191" w:rsidRPr="00FC09DA" w:rsidRDefault="00913191">
      <w:pPr>
        <w:spacing w:line="168" w:lineRule="auto"/>
        <w:rPr>
          <w:sz w:val="18"/>
          <w:szCs w:val="18"/>
          <w:u w:val="single"/>
          <w:lang w:val="ro-RO"/>
        </w:rPr>
      </w:pPr>
    </w:p>
    <w:p w14:paraId="4AA9E511" w14:textId="2D0DDB8C" w:rsidR="00913191" w:rsidRPr="00FC09DA" w:rsidRDefault="00913191" w:rsidP="00913191">
      <w:pPr>
        <w:rPr>
          <w:sz w:val="20"/>
          <w:szCs w:val="20"/>
          <w:u w:val="single"/>
          <w:lang w:val="ro-RO"/>
        </w:rPr>
      </w:pPr>
      <w:r w:rsidRPr="00FC09DA">
        <w:rPr>
          <w:sz w:val="20"/>
          <w:szCs w:val="20"/>
          <w:u w:val="single"/>
          <w:lang w:val="ro-RO"/>
        </w:rPr>
        <w:t xml:space="preserve">Punctele 2-9 se completeaza în cazul cladirilor și al intervențiilor asupra clădirilor existente, iar </w:t>
      </w:r>
      <w:r w:rsidR="00F61A70" w:rsidRPr="00FC09DA">
        <w:rPr>
          <w:sz w:val="20"/>
          <w:szCs w:val="20"/>
          <w:u w:val="single"/>
          <w:lang w:val="ro-RO"/>
        </w:rPr>
        <w:t xml:space="preserve"> </w:t>
      </w:r>
      <w:r w:rsidRPr="00FC09DA">
        <w:rPr>
          <w:sz w:val="20"/>
          <w:szCs w:val="20"/>
          <w:u w:val="single"/>
          <w:lang w:val="ro-RO"/>
        </w:rPr>
        <w:t>în cazul amenjărilor /lucrărilor inginerești, doar dacă acestea cuprind și clădiri</w:t>
      </w:r>
    </w:p>
    <w:p w14:paraId="4D0FD730" w14:textId="77777777" w:rsidR="00913191" w:rsidRPr="00FC09DA" w:rsidRDefault="00913191">
      <w:pPr>
        <w:spacing w:line="168" w:lineRule="auto"/>
        <w:rPr>
          <w:b/>
          <w:bCs/>
          <w:sz w:val="18"/>
          <w:szCs w:val="18"/>
          <w:u w:val="single"/>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C7CA3" w:rsidRPr="00FC09DA" w14:paraId="0C8ACC4D" w14:textId="77777777">
        <w:trPr>
          <w:cantSplit/>
        </w:trPr>
        <w:tc>
          <w:tcPr>
            <w:tcW w:w="9636" w:type="dxa"/>
            <w:gridSpan w:val="5"/>
            <w:shd w:val="clear" w:color="auto" w:fill="F4F4F4"/>
          </w:tcPr>
          <w:p w14:paraId="1D6A27EF" w14:textId="19CFC06A" w:rsidR="003C7CA3" w:rsidRPr="00FC09DA" w:rsidRDefault="003454F7">
            <w:pPr>
              <w:keepNext/>
              <w:rPr>
                <w:lang w:val="ro-RO"/>
              </w:rPr>
            </w:pPr>
            <w:r w:rsidRPr="00FC09DA">
              <w:rPr>
                <w:b/>
                <w:sz w:val="16"/>
                <w:lang w:val="ro-RO"/>
              </w:rPr>
              <w:t xml:space="preserve"> 2. </w:t>
            </w:r>
            <w:r w:rsidRPr="00FC09DA">
              <w:rPr>
                <w:b/>
                <w:color w:val="000000"/>
                <w:sz w:val="18"/>
                <w:lang w:val="ro-RO"/>
              </w:rPr>
              <w:t>DATELE CARACTERISTICE ALE AMPLASAMENTULUI</w:t>
            </w:r>
          </w:p>
        </w:tc>
      </w:tr>
      <w:tr w:rsidR="003C7CA3" w:rsidRPr="00FC09DA" w14:paraId="7869F015" w14:textId="77777777">
        <w:trPr>
          <w:cantSplit/>
          <w:trHeight w:val="510"/>
        </w:trPr>
        <w:tc>
          <w:tcPr>
            <w:tcW w:w="3212" w:type="dxa"/>
            <w:gridSpan w:val="2"/>
          </w:tcPr>
          <w:p w14:paraId="43CC5C98" w14:textId="77777777" w:rsidR="003C7CA3" w:rsidRPr="00FC09DA" w:rsidRDefault="003454F7">
            <w:pPr>
              <w:keepNext/>
              <w:rPr>
                <w:lang w:val="ro-RO"/>
              </w:rPr>
            </w:pPr>
            <w:r w:rsidRPr="00FC09DA">
              <w:rPr>
                <w:b/>
                <w:color w:val="0D5F78"/>
                <w:lang w:val="ro-RO"/>
              </w:rPr>
              <w:t>Suprafața terenului (m²)</w:t>
            </w:r>
          </w:p>
          <w:p w14:paraId="12091D05" w14:textId="77777777" w:rsidR="003C7CA3" w:rsidRPr="00FC09DA" w:rsidRDefault="003C7CA3">
            <w:pPr>
              <w:keepNext/>
              <w:rPr>
                <w:lang w:val="ro-RO"/>
              </w:rPr>
            </w:pPr>
          </w:p>
        </w:tc>
        <w:tc>
          <w:tcPr>
            <w:tcW w:w="6424" w:type="dxa"/>
            <w:gridSpan w:val="3"/>
          </w:tcPr>
          <w:p w14:paraId="02AB0E94" w14:textId="77777777" w:rsidR="003C7CA3" w:rsidRPr="00FC09DA" w:rsidRDefault="003454F7">
            <w:pPr>
              <w:keepNext/>
              <w:rPr>
                <w:lang w:val="ro-RO"/>
              </w:rPr>
            </w:pPr>
            <w:r w:rsidRPr="00FC09DA">
              <w:rPr>
                <w:b/>
                <w:color w:val="0D5F78"/>
                <w:lang w:val="ro-RO"/>
              </w:rPr>
              <w:t>Terenul este</w:t>
            </w:r>
          </w:p>
          <w:p w14:paraId="775AFB5C" w14:textId="0444D870"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liber de construcții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nu este liber de construcții</w:t>
            </w:r>
          </w:p>
        </w:tc>
      </w:tr>
      <w:tr w:rsidR="003C7CA3" w:rsidRPr="00FC09DA" w14:paraId="7F716C47" w14:textId="77777777" w:rsidTr="0007047E">
        <w:trPr>
          <w:cantSplit/>
          <w:trHeight w:val="369"/>
        </w:trPr>
        <w:tc>
          <w:tcPr>
            <w:tcW w:w="4818" w:type="dxa"/>
            <w:gridSpan w:val="3"/>
          </w:tcPr>
          <w:p w14:paraId="132C498C" w14:textId="77777777" w:rsidR="003C7CA3" w:rsidRPr="00FC09DA" w:rsidRDefault="003454F7">
            <w:pPr>
              <w:keepNext/>
              <w:rPr>
                <w:lang w:val="ro-RO"/>
              </w:rPr>
            </w:pPr>
            <w:r w:rsidRPr="00FC09DA">
              <w:rPr>
                <w:b/>
                <w:color w:val="0D5F78"/>
                <w:lang w:val="ro-RO"/>
              </w:rPr>
              <w:t>Acces carosabil din strada</w:t>
            </w:r>
          </w:p>
          <w:p w14:paraId="250E3356" w14:textId="77777777" w:rsidR="003C7CA3" w:rsidRPr="00FC09DA" w:rsidRDefault="003C7CA3">
            <w:pPr>
              <w:keepNext/>
              <w:rPr>
                <w:lang w:val="ro-RO"/>
              </w:rPr>
            </w:pPr>
          </w:p>
        </w:tc>
        <w:tc>
          <w:tcPr>
            <w:tcW w:w="4818" w:type="dxa"/>
            <w:gridSpan w:val="2"/>
          </w:tcPr>
          <w:p w14:paraId="650B5965" w14:textId="65317B14"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direct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prin drum p</w:t>
            </w:r>
            <w:r w:rsidR="0007047E" w:rsidRPr="00FC09DA">
              <w:rPr>
                <w:sz w:val="16"/>
                <w:lang w:val="ro-RO"/>
              </w:rPr>
              <w:t>rivat</w:t>
            </w:r>
          </w:p>
        </w:tc>
      </w:tr>
      <w:tr w:rsidR="003C7CA3" w:rsidRPr="00FC09DA" w14:paraId="53A8A3B2" w14:textId="77777777">
        <w:trPr>
          <w:cantSplit/>
        </w:trPr>
        <w:tc>
          <w:tcPr>
            <w:tcW w:w="9636" w:type="dxa"/>
            <w:gridSpan w:val="5"/>
          </w:tcPr>
          <w:p w14:paraId="606E8547" w14:textId="2DB8FD13" w:rsidR="003C7CA3" w:rsidRPr="00FC09DA" w:rsidRDefault="003454F7">
            <w:pPr>
              <w:keepNext/>
              <w:rPr>
                <w:sz w:val="16"/>
                <w:lang w:val="ro-RO"/>
              </w:rPr>
            </w:pPr>
            <w:r w:rsidRPr="00FC09DA">
              <w:rPr>
                <w:sz w:val="16"/>
                <w:lang w:val="ro-RO"/>
              </w:rPr>
              <w:t xml:space="preserve"> </w:t>
            </w:r>
            <w:r w:rsidR="002B2E52" w:rsidRPr="00340763">
              <w:rPr>
                <w:rFonts w:ascii="Courier New" w:hAnsi="Courier New" w:cs="Courier New"/>
                <w:sz w:val="16"/>
                <w:szCs w:val="16"/>
                <w:lang w:val="ro-RO"/>
              </w:rPr>
              <w:fldChar w:fldCharType="begin">
                <w:ffData>
                  <w:name w:val=""/>
                  <w:enabled/>
                  <w:calcOnExit w:val="0"/>
                  <w:checkBox>
                    <w:sizeAuto/>
                    <w:default w:val="0"/>
                  </w:checkBox>
                </w:ffData>
              </w:fldChar>
            </w:r>
            <w:r w:rsidR="002B2E52" w:rsidRPr="00340763">
              <w:rPr>
                <w:rFonts w:ascii="Courier New" w:hAnsi="Courier New" w:cs="Courier New"/>
                <w:sz w:val="16"/>
                <w:szCs w:val="16"/>
                <w:lang w:val="ro-RO"/>
              </w:rPr>
              <w:instrText xml:space="preserve"> FORMCHECKBOX </w:instrText>
            </w:r>
            <w:r w:rsidR="002B2E52" w:rsidRPr="00340763">
              <w:rPr>
                <w:rFonts w:ascii="Courier New" w:hAnsi="Courier New" w:cs="Courier New"/>
                <w:sz w:val="16"/>
                <w:szCs w:val="16"/>
                <w:lang w:val="ro-RO"/>
              </w:rPr>
            </w:r>
            <w:r w:rsidR="002B2E52" w:rsidRPr="00340763">
              <w:rPr>
                <w:rFonts w:ascii="Courier New" w:hAnsi="Courier New" w:cs="Courier New"/>
                <w:sz w:val="16"/>
                <w:szCs w:val="16"/>
                <w:lang w:val="ro-RO"/>
              </w:rPr>
              <w:fldChar w:fldCharType="separate"/>
            </w:r>
            <w:r w:rsidR="002B2E52" w:rsidRPr="00340763">
              <w:rPr>
                <w:rFonts w:ascii="Courier New" w:hAnsi="Courier New" w:cs="Courier New"/>
                <w:sz w:val="16"/>
                <w:szCs w:val="16"/>
                <w:lang w:val="ro-RO"/>
              </w:rPr>
              <w:fldChar w:fldCharType="end"/>
            </w:r>
            <w:r w:rsidRPr="00FC09DA">
              <w:rPr>
                <w:sz w:val="16"/>
                <w:lang w:val="ro-RO"/>
              </w:rPr>
              <w:t xml:space="preserve"> terenul se află în zona de protecție a monumentelor istorice     </w:t>
            </w:r>
            <w:r w:rsidR="002B2E52" w:rsidRPr="00340763">
              <w:rPr>
                <w:rFonts w:ascii="Courier New" w:hAnsi="Courier New" w:cs="Courier New"/>
                <w:sz w:val="16"/>
                <w:szCs w:val="16"/>
                <w:lang w:val="ro-RO"/>
              </w:rPr>
              <w:fldChar w:fldCharType="begin">
                <w:ffData>
                  <w:name w:val=""/>
                  <w:enabled/>
                  <w:calcOnExit w:val="0"/>
                  <w:checkBox>
                    <w:sizeAuto/>
                    <w:default w:val="0"/>
                  </w:checkBox>
                </w:ffData>
              </w:fldChar>
            </w:r>
            <w:r w:rsidR="002B2E52" w:rsidRPr="00340763">
              <w:rPr>
                <w:rFonts w:ascii="Courier New" w:hAnsi="Courier New" w:cs="Courier New"/>
                <w:sz w:val="16"/>
                <w:szCs w:val="16"/>
                <w:lang w:val="ro-RO"/>
              </w:rPr>
              <w:instrText xml:space="preserve"> FORMCHECKBOX </w:instrText>
            </w:r>
            <w:r w:rsidR="002B2E52" w:rsidRPr="00340763">
              <w:rPr>
                <w:rFonts w:ascii="Courier New" w:hAnsi="Courier New" w:cs="Courier New"/>
                <w:sz w:val="16"/>
                <w:szCs w:val="16"/>
                <w:lang w:val="ro-RO"/>
              </w:rPr>
            </w:r>
            <w:r w:rsidR="002B2E52" w:rsidRPr="00340763">
              <w:rPr>
                <w:rFonts w:ascii="Courier New" w:hAnsi="Courier New" w:cs="Courier New"/>
                <w:sz w:val="16"/>
                <w:szCs w:val="16"/>
                <w:lang w:val="ro-RO"/>
              </w:rPr>
              <w:fldChar w:fldCharType="separate"/>
            </w:r>
            <w:r w:rsidR="002B2E52" w:rsidRPr="00340763">
              <w:rPr>
                <w:rFonts w:ascii="Courier New" w:hAnsi="Courier New" w:cs="Courier New"/>
                <w:sz w:val="16"/>
                <w:szCs w:val="16"/>
                <w:lang w:val="ro-RO"/>
              </w:rPr>
              <w:fldChar w:fldCharType="end"/>
            </w:r>
            <w:r w:rsidRPr="00FC09DA">
              <w:rPr>
                <w:sz w:val="16"/>
                <w:lang w:val="ro-RO"/>
              </w:rPr>
              <w:t xml:space="preserve"> terenul se află în zone construite protejate</w:t>
            </w:r>
          </w:p>
          <w:p w14:paraId="3D53D1E9" w14:textId="77777777" w:rsidR="00C46767" w:rsidRPr="00FC09DA" w:rsidRDefault="00C46767" w:rsidP="00C46767">
            <w:pPr>
              <w:rPr>
                <w:lang w:val="ro-RO"/>
              </w:rPr>
            </w:pPr>
          </w:p>
        </w:tc>
      </w:tr>
      <w:tr w:rsidR="003C7CA3" w:rsidRPr="00FC09DA" w14:paraId="165B4D0A" w14:textId="77777777">
        <w:trPr>
          <w:cantSplit/>
        </w:trPr>
        <w:tc>
          <w:tcPr>
            <w:tcW w:w="9636" w:type="dxa"/>
            <w:gridSpan w:val="5"/>
          </w:tcPr>
          <w:p w14:paraId="079CCB85" w14:textId="77777777" w:rsidR="003C7CA3" w:rsidRPr="00FC09DA" w:rsidRDefault="003454F7">
            <w:pPr>
              <w:keepNext/>
              <w:pBdr>
                <w:bottom w:val="dotted" w:sz="6" w:space="0" w:color="999999"/>
              </w:pBdr>
              <w:spacing w:after="80"/>
              <w:rPr>
                <w:lang w:val="ro-RO"/>
              </w:rPr>
            </w:pPr>
            <w:r w:rsidRPr="00FC09DA">
              <w:rPr>
                <w:color w:val="0D5F78"/>
                <w:lang w:val="ro-RO"/>
              </w:rPr>
              <w:t xml:space="preserve">Servituți  </w:t>
            </w:r>
          </w:p>
          <w:p w14:paraId="7D7BEDB6" w14:textId="77777777" w:rsidR="003C7CA3" w:rsidRPr="00FC09DA" w:rsidRDefault="003C7CA3">
            <w:pPr>
              <w:keepNext/>
              <w:pBdr>
                <w:bottom w:val="dotted" w:sz="6" w:space="0" w:color="999999"/>
              </w:pBdr>
              <w:spacing w:after="80"/>
              <w:rPr>
                <w:lang w:val="ro-RO"/>
              </w:rPr>
            </w:pPr>
          </w:p>
        </w:tc>
      </w:tr>
      <w:tr w:rsidR="00C46767" w:rsidRPr="00FC09DA" w14:paraId="483B4B50" w14:textId="77777777">
        <w:trPr>
          <w:cantSplit/>
        </w:trPr>
        <w:tc>
          <w:tcPr>
            <w:tcW w:w="9636" w:type="dxa"/>
            <w:gridSpan w:val="5"/>
            <w:shd w:val="clear" w:color="auto" w:fill="F4F4F4"/>
          </w:tcPr>
          <w:p w14:paraId="4E8E6812" w14:textId="500AFB81" w:rsidR="00C46767" w:rsidRPr="00FC09DA" w:rsidRDefault="00C46767">
            <w:pPr>
              <w:keepNext/>
              <w:rPr>
                <w:sz w:val="16"/>
                <w:lang w:val="ro-RO"/>
              </w:rPr>
            </w:pPr>
            <w:r w:rsidRPr="00FC09DA">
              <w:rPr>
                <w:sz w:val="16"/>
                <w:lang w:val="ro-RO"/>
              </w:rPr>
              <w:t>Amplasare</w:t>
            </w:r>
          </w:p>
        </w:tc>
      </w:tr>
      <w:tr w:rsidR="00C46767" w:rsidRPr="00FC09DA" w14:paraId="44377C56" w14:textId="77777777" w:rsidTr="00C46767">
        <w:trPr>
          <w:cantSplit/>
        </w:trPr>
        <w:tc>
          <w:tcPr>
            <w:tcW w:w="2409" w:type="dxa"/>
            <w:shd w:val="clear" w:color="auto" w:fill="FFFFFF" w:themeFill="background1"/>
          </w:tcPr>
          <w:p w14:paraId="7A9EEBA3" w14:textId="77777777" w:rsidR="00C46767" w:rsidRPr="00FC09DA" w:rsidRDefault="00C46767" w:rsidP="00C46767">
            <w:pPr>
              <w:keepNext/>
              <w:rPr>
                <w:lang w:val="ro-RO"/>
              </w:rPr>
            </w:pPr>
            <w:r w:rsidRPr="00FC09DA">
              <w:rPr>
                <w:b/>
                <w:color w:val="0D5F78"/>
                <w:lang w:val="ro-RO"/>
              </w:rPr>
              <w:t>Tip amplasare</w:t>
            </w:r>
          </w:p>
          <w:p w14:paraId="3DC2BE2E" w14:textId="77777777" w:rsidR="00C46767" w:rsidRPr="00FC09DA" w:rsidRDefault="00C46767" w:rsidP="00C46767">
            <w:pPr>
              <w:keepNext/>
              <w:rPr>
                <w:lang w:val="ro-RO"/>
              </w:rPr>
            </w:pPr>
            <w:r w:rsidRPr="00FC09DA">
              <w:rPr>
                <w:i/>
                <w:color w:val="7A7A7A"/>
                <w:lang w:val="ro-RO"/>
              </w:rPr>
              <w:t>izolat · cuplat · înșiruit</w:t>
            </w:r>
          </w:p>
          <w:p w14:paraId="13BE7951" w14:textId="77777777" w:rsidR="00C46767" w:rsidRPr="00FC09DA" w:rsidRDefault="00C46767" w:rsidP="00C46767">
            <w:pPr>
              <w:keepNext/>
              <w:rPr>
                <w:sz w:val="16"/>
                <w:lang w:val="ro-RO"/>
              </w:rPr>
            </w:pPr>
          </w:p>
        </w:tc>
        <w:tc>
          <w:tcPr>
            <w:tcW w:w="2409" w:type="dxa"/>
            <w:gridSpan w:val="2"/>
            <w:shd w:val="clear" w:color="auto" w:fill="FFFFFF" w:themeFill="background1"/>
          </w:tcPr>
          <w:p w14:paraId="55A50C10" w14:textId="77777777" w:rsidR="00C46767" w:rsidRPr="00FC09DA" w:rsidRDefault="00C46767" w:rsidP="00C46767">
            <w:pPr>
              <w:keepNext/>
              <w:rPr>
                <w:lang w:val="ro-RO"/>
              </w:rPr>
            </w:pPr>
            <w:r w:rsidRPr="00FC09DA">
              <w:rPr>
                <w:b/>
                <w:color w:val="0D5F78"/>
                <w:lang w:val="ro-RO"/>
              </w:rPr>
              <w:t>Tipologie / morfologie urbană</w:t>
            </w:r>
          </w:p>
          <w:p w14:paraId="0D40C2D7" w14:textId="77777777" w:rsidR="00C46767" w:rsidRPr="00FC09DA" w:rsidRDefault="00C46767" w:rsidP="00C46767">
            <w:pPr>
              <w:keepNext/>
              <w:rPr>
                <w:sz w:val="16"/>
                <w:lang w:val="ro-RO"/>
              </w:rPr>
            </w:pPr>
          </w:p>
        </w:tc>
        <w:tc>
          <w:tcPr>
            <w:tcW w:w="2409" w:type="dxa"/>
            <w:shd w:val="clear" w:color="auto" w:fill="FFFFFF" w:themeFill="background1"/>
          </w:tcPr>
          <w:p w14:paraId="37CCB26E" w14:textId="77777777" w:rsidR="00C46767" w:rsidRPr="00FC09DA" w:rsidRDefault="00C46767" w:rsidP="00C46767">
            <w:pPr>
              <w:keepNext/>
              <w:rPr>
                <w:lang w:val="ro-RO"/>
              </w:rPr>
            </w:pPr>
            <w:r w:rsidRPr="00FC09DA">
              <w:rPr>
                <w:b/>
                <w:color w:val="0D5F78"/>
                <w:lang w:val="ro-RO"/>
              </w:rPr>
              <w:t xml:space="preserve">Front construit </w:t>
            </w:r>
          </w:p>
          <w:p w14:paraId="087F5E3E" w14:textId="77777777" w:rsidR="00C46767" w:rsidRPr="00FC09DA" w:rsidRDefault="00C46767" w:rsidP="00C46767">
            <w:pPr>
              <w:keepNext/>
              <w:rPr>
                <w:sz w:val="16"/>
                <w:lang w:val="ro-RO"/>
              </w:rPr>
            </w:pPr>
          </w:p>
        </w:tc>
        <w:tc>
          <w:tcPr>
            <w:tcW w:w="2409" w:type="dxa"/>
            <w:shd w:val="clear" w:color="auto" w:fill="FFFFFF" w:themeFill="background1"/>
          </w:tcPr>
          <w:p w14:paraId="42E60006" w14:textId="77777777" w:rsidR="00C46767" w:rsidRPr="00FC09DA" w:rsidRDefault="00C46767" w:rsidP="00C46767">
            <w:pPr>
              <w:keepNext/>
              <w:rPr>
                <w:lang w:val="ro-RO"/>
              </w:rPr>
            </w:pPr>
            <w:r w:rsidRPr="00FC09DA">
              <w:rPr>
                <w:b/>
                <w:color w:val="0D5F78"/>
                <w:lang w:val="ro-RO"/>
              </w:rPr>
              <w:t>Curte interioară</w:t>
            </w:r>
          </w:p>
          <w:p w14:paraId="2BA71759" w14:textId="170AC89A" w:rsidR="00C46767" w:rsidRPr="00FC09DA" w:rsidRDefault="00C46767" w:rsidP="00C46767">
            <w:pPr>
              <w:keepNext/>
              <w:rPr>
                <w:sz w:val="16"/>
                <w:lang w:val="ro-RO"/>
              </w:rPr>
            </w:pPr>
          </w:p>
        </w:tc>
      </w:tr>
      <w:tr w:rsidR="00C46767" w:rsidRPr="00FC09DA" w14:paraId="7605E0CD" w14:textId="77777777">
        <w:trPr>
          <w:cantSplit/>
        </w:trPr>
        <w:tc>
          <w:tcPr>
            <w:tcW w:w="9636" w:type="dxa"/>
            <w:gridSpan w:val="5"/>
            <w:shd w:val="clear" w:color="auto" w:fill="F4F4F4"/>
          </w:tcPr>
          <w:p w14:paraId="47A73E17" w14:textId="77777777" w:rsidR="00C46767" w:rsidRPr="00FC09DA" w:rsidRDefault="00C46767" w:rsidP="00C46767">
            <w:pPr>
              <w:keepNext/>
              <w:rPr>
                <w:lang w:val="ro-RO"/>
              </w:rPr>
            </w:pPr>
            <w:r w:rsidRPr="00FC09DA">
              <w:rPr>
                <w:sz w:val="16"/>
                <w:lang w:val="ro-RO"/>
              </w:rPr>
              <w:t xml:space="preserve"> Amplasarea clădirilor pe teren, după realizarea lucrărilor — retragerile minime</w:t>
            </w:r>
          </w:p>
        </w:tc>
      </w:tr>
      <w:tr w:rsidR="00C46767" w:rsidRPr="00FC09DA" w14:paraId="2EE614B8" w14:textId="77777777">
        <w:trPr>
          <w:cantSplit/>
          <w:trHeight w:val="510"/>
        </w:trPr>
        <w:tc>
          <w:tcPr>
            <w:tcW w:w="2409" w:type="dxa"/>
          </w:tcPr>
          <w:p w14:paraId="5A8E209E" w14:textId="77777777" w:rsidR="00C46767" w:rsidRPr="00FC09DA" w:rsidRDefault="00C46767" w:rsidP="00C46767">
            <w:pPr>
              <w:rPr>
                <w:lang w:val="ro-RO"/>
              </w:rPr>
            </w:pPr>
            <w:r w:rsidRPr="00FC09DA">
              <w:rPr>
                <w:b/>
                <w:color w:val="0D5F78"/>
                <w:lang w:val="ro-RO"/>
              </w:rPr>
              <w:t>față de aliniament (m)</w:t>
            </w:r>
          </w:p>
          <w:p w14:paraId="198628E3" w14:textId="77777777" w:rsidR="00C46767" w:rsidRPr="00FC09DA" w:rsidRDefault="00C46767" w:rsidP="00C46767">
            <w:pPr>
              <w:rPr>
                <w:lang w:val="ro-RO"/>
              </w:rPr>
            </w:pPr>
          </w:p>
        </w:tc>
        <w:tc>
          <w:tcPr>
            <w:tcW w:w="2409" w:type="dxa"/>
            <w:gridSpan w:val="2"/>
          </w:tcPr>
          <w:p w14:paraId="4ADB5DFD" w14:textId="77777777" w:rsidR="00C46767" w:rsidRPr="00FC09DA" w:rsidRDefault="00C46767" w:rsidP="00C46767">
            <w:pPr>
              <w:rPr>
                <w:lang w:val="ro-RO"/>
              </w:rPr>
            </w:pPr>
            <w:r w:rsidRPr="00FC09DA">
              <w:rPr>
                <w:b/>
                <w:color w:val="0D5F78"/>
                <w:lang w:val="ro-RO"/>
              </w:rPr>
              <w:t>față de limita lateral-dreapta (m)</w:t>
            </w:r>
          </w:p>
          <w:p w14:paraId="5CB17E5D" w14:textId="77777777" w:rsidR="00C46767" w:rsidRPr="00FC09DA" w:rsidRDefault="00C46767" w:rsidP="00C46767">
            <w:pPr>
              <w:rPr>
                <w:lang w:val="ro-RO"/>
              </w:rPr>
            </w:pPr>
          </w:p>
        </w:tc>
        <w:tc>
          <w:tcPr>
            <w:tcW w:w="2409" w:type="dxa"/>
          </w:tcPr>
          <w:p w14:paraId="20498C41" w14:textId="77777777" w:rsidR="00C46767" w:rsidRPr="00FC09DA" w:rsidRDefault="00C46767" w:rsidP="00C46767">
            <w:pPr>
              <w:rPr>
                <w:lang w:val="ro-RO"/>
              </w:rPr>
            </w:pPr>
            <w:r w:rsidRPr="00FC09DA">
              <w:rPr>
                <w:b/>
                <w:color w:val="0D5F78"/>
                <w:lang w:val="ro-RO"/>
              </w:rPr>
              <w:t>față de limita lateral-stânga (m)</w:t>
            </w:r>
          </w:p>
          <w:p w14:paraId="4096649E" w14:textId="77777777" w:rsidR="00C46767" w:rsidRPr="00FC09DA" w:rsidRDefault="00C46767" w:rsidP="00C46767">
            <w:pPr>
              <w:rPr>
                <w:lang w:val="ro-RO"/>
              </w:rPr>
            </w:pPr>
          </w:p>
        </w:tc>
        <w:tc>
          <w:tcPr>
            <w:tcW w:w="2409" w:type="dxa"/>
          </w:tcPr>
          <w:p w14:paraId="649ED46B" w14:textId="77777777" w:rsidR="00C46767" w:rsidRPr="00FC09DA" w:rsidRDefault="00C46767" w:rsidP="00C46767">
            <w:pPr>
              <w:rPr>
                <w:lang w:val="ro-RO"/>
              </w:rPr>
            </w:pPr>
            <w:r w:rsidRPr="00FC09DA">
              <w:rPr>
                <w:b/>
                <w:color w:val="0D5F78"/>
                <w:lang w:val="ro-RO"/>
              </w:rPr>
              <w:t>față de limita posterioară (m)</w:t>
            </w:r>
          </w:p>
          <w:p w14:paraId="3C47F09A" w14:textId="77777777" w:rsidR="00C46767" w:rsidRPr="00FC09DA" w:rsidRDefault="00C46767" w:rsidP="00C46767">
            <w:pPr>
              <w:rPr>
                <w:lang w:val="ro-RO"/>
              </w:rPr>
            </w:pPr>
          </w:p>
        </w:tc>
      </w:tr>
      <w:tr w:rsidR="00C46767" w:rsidRPr="00FC09DA" w14:paraId="41C06C37" w14:textId="77777777" w:rsidTr="0007047E">
        <w:trPr>
          <w:cantSplit/>
          <w:trHeight w:val="226"/>
        </w:trPr>
        <w:tc>
          <w:tcPr>
            <w:tcW w:w="4818" w:type="dxa"/>
            <w:gridSpan w:val="3"/>
            <w:shd w:val="clear" w:color="auto" w:fill="F2F2F2" w:themeFill="background1" w:themeFillShade="F2"/>
          </w:tcPr>
          <w:p w14:paraId="6B7999BC" w14:textId="33FF7E93" w:rsidR="00C46767" w:rsidRPr="00FC09DA" w:rsidRDefault="00C46767" w:rsidP="00C46767">
            <w:pPr>
              <w:rPr>
                <w:bCs/>
                <w:color w:val="000000" w:themeColor="text1"/>
                <w:lang w:val="ro-RO"/>
              </w:rPr>
            </w:pPr>
            <w:r w:rsidRPr="00FC09DA">
              <w:rPr>
                <w:bCs/>
                <w:color w:val="000000" w:themeColor="text1"/>
                <w:lang w:val="ro-RO"/>
              </w:rPr>
              <w:t>Procent de ocupare a terenului (%)</w:t>
            </w:r>
          </w:p>
        </w:tc>
        <w:tc>
          <w:tcPr>
            <w:tcW w:w="4818" w:type="dxa"/>
            <w:gridSpan w:val="2"/>
            <w:shd w:val="clear" w:color="auto" w:fill="F2F2F2" w:themeFill="background1" w:themeFillShade="F2"/>
          </w:tcPr>
          <w:p w14:paraId="62285E8F" w14:textId="2DCC1C68" w:rsidR="00C46767" w:rsidRPr="00FC09DA" w:rsidRDefault="00C46767" w:rsidP="00C46767">
            <w:pPr>
              <w:rPr>
                <w:bCs/>
                <w:color w:val="000000" w:themeColor="text1"/>
                <w:lang w:val="ro-RO"/>
              </w:rPr>
            </w:pPr>
            <w:r w:rsidRPr="00FC09DA">
              <w:rPr>
                <w:bCs/>
                <w:color w:val="000000" w:themeColor="text1"/>
                <w:lang w:val="ro-RO"/>
              </w:rPr>
              <w:t xml:space="preserve">Coeficient de utilizare a terenului </w:t>
            </w:r>
          </w:p>
        </w:tc>
      </w:tr>
      <w:tr w:rsidR="00C46767" w:rsidRPr="00FC09DA" w14:paraId="060A73FB" w14:textId="77777777" w:rsidTr="0007047E">
        <w:trPr>
          <w:cantSplit/>
          <w:trHeight w:val="272"/>
        </w:trPr>
        <w:tc>
          <w:tcPr>
            <w:tcW w:w="2409" w:type="dxa"/>
          </w:tcPr>
          <w:p w14:paraId="0E0452C6" w14:textId="6F162BE0" w:rsidR="00C46767" w:rsidRPr="00FC09DA" w:rsidRDefault="00C46767" w:rsidP="00C46767">
            <w:pPr>
              <w:rPr>
                <w:b/>
                <w:color w:val="0D5F78"/>
                <w:lang w:val="ro-RO"/>
              </w:rPr>
            </w:pPr>
            <w:r w:rsidRPr="00FC09DA">
              <w:rPr>
                <w:b/>
                <w:color w:val="0D5F78"/>
                <w:lang w:val="ro-RO"/>
              </w:rPr>
              <w:t>Existent</w:t>
            </w:r>
          </w:p>
        </w:tc>
        <w:tc>
          <w:tcPr>
            <w:tcW w:w="2409" w:type="dxa"/>
            <w:gridSpan w:val="2"/>
          </w:tcPr>
          <w:p w14:paraId="56E832C5" w14:textId="77777777" w:rsidR="00C46767" w:rsidRPr="00FC09DA" w:rsidRDefault="00C46767" w:rsidP="00C46767">
            <w:pPr>
              <w:rPr>
                <w:b/>
                <w:color w:val="0D5F78"/>
                <w:lang w:val="ro-RO"/>
              </w:rPr>
            </w:pPr>
          </w:p>
        </w:tc>
        <w:tc>
          <w:tcPr>
            <w:tcW w:w="2409" w:type="dxa"/>
          </w:tcPr>
          <w:p w14:paraId="24F09C4A" w14:textId="4BD79D03" w:rsidR="00C46767" w:rsidRPr="00FC09DA" w:rsidRDefault="00C46767" w:rsidP="00C46767">
            <w:pPr>
              <w:rPr>
                <w:b/>
                <w:color w:val="0D5F78"/>
                <w:lang w:val="ro-RO"/>
              </w:rPr>
            </w:pPr>
            <w:r w:rsidRPr="00FC09DA">
              <w:rPr>
                <w:b/>
                <w:color w:val="0D5F78"/>
                <w:lang w:val="ro-RO"/>
              </w:rPr>
              <w:t>Existent</w:t>
            </w:r>
          </w:p>
        </w:tc>
        <w:tc>
          <w:tcPr>
            <w:tcW w:w="2409" w:type="dxa"/>
          </w:tcPr>
          <w:p w14:paraId="3DA88BDD" w14:textId="77777777" w:rsidR="00C46767" w:rsidRPr="00FC09DA" w:rsidRDefault="00C46767" w:rsidP="00C46767">
            <w:pPr>
              <w:rPr>
                <w:b/>
                <w:color w:val="0D5F78"/>
                <w:lang w:val="ro-RO"/>
              </w:rPr>
            </w:pPr>
          </w:p>
        </w:tc>
      </w:tr>
      <w:tr w:rsidR="00C46767" w:rsidRPr="00FC09DA" w14:paraId="008E2BA0" w14:textId="77777777" w:rsidTr="0007047E">
        <w:trPr>
          <w:cantSplit/>
          <w:trHeight w:val="272"/>
        </w:trPr>
        <w:tc>
          <w:tcPr>
            <w:tcW w:w="2409" w:type="dxa"/>
          </w:tcPr>
          <w:p w14:paraId="7D7FB8E0" w14:textId="22FA1577" w:rsidR="00C46767" w:rsidRPr="00FC09DA" w:rsidRDefault="00C46767" w:rsidP="00C46767">
            <w:pPr>
              <w:rPr>
                <w:b/>
                <w:color w:val="0D5F78"/>
                <w:lang w:val="ro-RO"/>
              </w:rPr>
            </w:pPr>
            <w:r w:rsidRPr="00FC09DA">
              <w:rPr>
                <w:b/>
                <w:color w:val="0D5F78"/>
                <w:lang w:val="ro-RO"/>
              </w:rPr>
              <w:t>Propus</w:t>
            </w:r>
          </w:p>
        </w:tc>
        <w:tc>
          <w:tcPr>
            <w:tcW w:w="2409" w:type="dxa"/>
            <w:gridSpan w:val="2"/>
          </w:tcPr>
          <w:p w14:paraId="27E463A9" w14:textId="77777777" w:rsidR="00C46767" w:rsidRPr="00FC09DA" w:rsidRDefault="00C46767" w:rsidP="00C46767">
            <w:pPr>
              <w:rPr>
                <w:b/>
                <w:color w:val="0D5F78"/>
                <w:lang w:val="ro-RO"/>
              </w:rPr>
            </w:pPr>
          </w:p>
        </w:tc>
        <w:tc>
          <w:tcPr>
            <w:tcW w:w="2409" w:type="dxa"/>
          </w:tcPr>
          <w:p w14:paraId="7FD00EA7" w14:textId="29AF4CF0" w:rsidR="00C46767" w:rsidRPr="00FC09DA" w:rsidRDefault="00C46767" w:rsidP="00C46767">
            <w:pPr>
              <w:rPr>
                <w:b/>
                <w:color w:val="0D5F78"/>
                <w:lang w:val="ro-RO"/>
              </w:rPr>
            </w:pPr>
            <w:r w:rsidRPr="00FC09DA">
              <w:rPr>
                <w:b/>
                <w:color w:val="0D5F78"/>
                <w:lang w:val="ro-RO"/>
              </w:rPr>
              <w:t>Propus</w:t>
            </w:r>
          </w:p>
        </w:tc>
        <w:tc>
          <w:tcPr>
            <w:tcW w:w="2409" w:type="dxa"/>
          </w:tcPr>
          <w:p w14:paraId="6BCF08B6" w14:textId="77777777" w:rsidR="00C46767" w:rsidRPr="00FC09DA" w:rsidRDefault="00C46767" w:rsidP="00C46767">
            <w:pPr>
              <w:rPr>
                <w:b/>
                <w:color w:val="0D5F78"/>
                <w:lang w:val="ro-RO"/>
              </w:rPr>
            </w:pPr>
          </w:p>
        </w:tc>
      </w:tr>
    </w:tbl>
    <w:p w14:paraId="132E47EC" w14:textId="07AC5DB5" w:rsidR="003C7CA3" w:rsidRPr="00FC09DA" w:rsidRDefault="003C7CA3">
      <w:pPr>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FC09DA" w14:paraId="03C946DF" w14:textId="77777777" w:rsidTr="00303E64">
        <w:trPr>
          <w:cantSplit/>
        </w:trPr>
        <w:tc>
          <w:tcPr>
            <w:tcW w:w="9636" w:type="dxa"/>
            <w:gridSpan w:val="4"/>
            <w:shd w:val="clear" w:color="auto" w:fill="F4F4F4"/>
          </w:tcPr>
          <w:p w14:paraId="5F98CBA4" w14:textId="2EDCA382" w:rsidR="0007047E" w:rsidRPr="00FC09DA" w:rsidRDefault="0007047E" w:rsidP="00303E64">
            <w:pPr>
              <w:keepNext/>
              <w:rPr>
                <w:lang w:val="ro-RO"/>
              </w:rPr>
            </w:pPr>
            <w:r w:rsidRPr="00FC09DA">
              <w:rPr>
                <w:b/>
                <w:sz w:val="16"/>
                <w:lang w:val="ro-RO"/>
              </w:rPr>
              <w:lastRenderedPageBreak/>
              <w:t xml:space="preserve">3. </w:t>
            </w:r>
            <w:r w:rsidRPr="00FC09DA">
              <w:rPr>
                <w:b/>
                <w:color w:val="000000"/>
                <w:sz w:val="18"/>
                <w:lang w:val="ro-RO"/>
              </w:rPr>
              <w:t xml:space="preserve">SUPRAFEȚE </w:t>
            </w:r>
          </w:p>
        </w:tc>
      </w:tr>
      <w:tr w:rsidR="0007047E" w:rsidRPr="00FC09DA" w14:paraId="0B55DA5B" w14:textId="77777777" w:rsidTr="00303E64">
        <w:trPr>
          <w:cantSplit/>
          <w:trHeight w:val="297"/>
        </w:trPr>
        <w:tc>
          <w:tcPr>
            <w:tcW w:w="2409" w:type="dxa"/>
          </w:tcPr>
          <w:p w14:paraId="5BB088E4" w14:textId="77777777" w:rsidR="0007047E" w:rsidRPr="00FC09DA" w:rsidRDefault="0007047E" w:rsidP="00303E64">
            <w:pPr>
              <w:keepNext/>
              <w:rPr>
                <w:sz w:val="16"/>
                <w:szCs w:val="16"/>
                <w:lang w:val="ro-RO"/>
              </w:rPr>
            </w:pPr>
            <w:r w:rsidRPr="00FC09DA">
              <w:rPr>
                <w:sz w:val="16"/>
                <w:szCs w:val="16"/>
                <w:lang w:val="ro-RO"/>
              </w:rPr>
              <w:t>clădiri existente, din care:</w:t>
            </w:r>
          </w:p>
        </w:tc>
        <w:tc>
          <w:tcPr>
            <w:tcW w:w="2409" w:type="dxa"/>
          </w:tcPr>
          <w:p w14:paraId="1E806F4B" w14:textId="77777777" w:rsidR="0007047E" w:rsidRPr="00FC09DA" w:rsidRDefault="0007047E" w:rsidP="00303E64">
            <w:pPr>
              <w:keepNext/>
              <w:rPr>
                <w:lang w:val="ro-RO"/>
              </w:rPr>
            </w:pPr>
            <w:r w:rsidRPr="00FC09DA">
              <w:rPr>
                <w:b/>
                <w:color w:val="0D5F78"/>
                <w:lang w:val="ro-RO"/>
              </w:rPr>
              <w:t>Suprafață construită (m²)</w:t>
            </w:r>
          </w:p>
          <w:p w14:paraId="403A4944" w14:textId="77777777" w:rsidR="0007047E" w:rsidRPr="00FC09DA" w:rsidRDefault="0007047E" w:rsidP="00303E64">
            <w:pPr>
              <w:keepNext/>
              <w:rPr>
                <w:lang w:val="ro-RO"/>
              </w:rPr>
            </w:pPr>
          </w:p>
        </w:tc>
        <w:tc>
          <w:tcPr>
            <w:tcW w:w="2409" w:type="dxa"/>
          </w:tcPr>
          <w:p w14:paraId="17199850" w14:textId="77777777" w:rsidR="0007047E" w:rsidRPr="00FC09DA" w:rsidRDefault="0007047E" w:rsidP="00303E64">
            <w:pPr>
              <w:keepNext/>
              <w:rPr>
                <w:lang w:val="ro-RO"/>
              </w:rPr>
            </w:pPr>
            <w:r w:rsidRPr="00FC09DA">
              <w:rPr>
                <w:b/>
                <w:color w:val="0D5F78"/>
                <w:lang w:val="ro-RO"/>
              </w:rPr>
              <w:t>Suprafață desfășurată (m²)</w:t>
            </w:r>
          </w:p>
          <w:p w14:paraId="4BF4EA09" w14:textId="77777777" w:rsidR="0007047E" w:rsidRPr="00FC09DA" w:rsidRDefault="0007047E" w:rsidP="00303E64">
            <w:pPr>
              <w:keepNext/>
              <w:rPr>
                <w:lang w:val="ro-RO"/>
              </w:rPr>
            </w:pPr>
          </w:p>
        </w:tc>
        <w:tc>
          <w:tcPr>
            <w:tcW w:w="2409" w:type="dxa"/>
          </w:tcPr>
          <w:p w14:paraId="0DC34539" w14:textId="77777777" w:rsidR="0007047E" w:rsidRPr="00FC09DA" w:rsidRDefault="0007047E" w:rsidP="00303E64">
            <w:pPr>
              <w:keepNext/>
              <w:rPr>
                <w:lang w:val="ro-RO"/>
              </w:rPr>
            </w:pPr>
            <w:r w:rsidRPr="00FC09DA">
              <w:rPr>
                <w:b/>
                <w:color w:val="0D5F78"/>
                <w:lang w:val="ro-RO"/>
              </w:rPr>
              <w:t>Suprafață utilă (m²)</w:t>
            </w:r>
          </w:p>
          <w:p w14:paraId="1743490B" w14:textId="77777777" w:rsidR="0007047E" w:rsidRPr="00FC09DA" w:rsidRDefault="0007047E" w:rsidP="00303E64">
            <w:pPr>
              <w:keepNext/>
              <w:rPr>
                <w:lang w:val="ro-RO"/>
              </w:rPr>
            </w:pPr>
          </w:p>
        </w:tc>
      </w:tr>
      <w:tr w:rsidR="0007047E" w:rsidRPr="00FC09DA" w14:paraId="290E3B1A" w14:textId="77777777" w:rsidTr="00303E64">
        <w:trPr>
          <w:cantSplit/>
          <w:trHeight w:val="192"/>
        </w:trPr>
        <w:tc>
          <w:tcPr>
            <w:tcW w:w="2409" w:type="dxa"/>
          </w:tcPr>
          <w:p w14:paraId="77A680BD" w14:textId="77777777" w:rsidR="0007047E" w:rsidRPr="00FC09DA" w:rsidRDefault="0007047E" w:rsidP="00303E64">
            <w:pPr>
              <w:keepNext/>
              <w:rPr>
                <w:sz w:val="16"/>
                <w:szCs w:val="16"/>
                <w:lang w:val="ro-RO"/>
              </w:rPr>
            </w:pPr>
            <w:r w:rsidRPr="00FC09DA">
              <w:rPr>
                <w:sz w:val="16"/>
                <w:szCs w:val="16"/>
                <w:lang w:val="ro-RO"/>
              </w:rPr>
              <w:t>— desființate</w:t>
            </w:r>
          </w:p>
        </w:tc>
        <w:tc>
          <w:tcPr>
            <w:tcW w:w="2409" w:type="dxa"/>
          </w:tcPr>
          <w:p w14:paraId="49A5CEE4" w14:textId="77777777" w:rsidR="0007047E" w:rsidRPr="00FC09DA" w:rsidRDefault="0007047E" w:rsidP="00303E64">
            <w:pPr>
              <w:keepNext/>
              <w:rPr>
                <w:lang w:val="ro-RO"/>
              </w:rPr>
            </w:pPr>
          </w:p>
        </w:tc>
        <w:tc>
          <w:tcPr>
            <w:tcW w:w="2409" w:type="dxa"/>
          </w:tcPr>
          <w:p w14:paraId="78FEE0F5" w14:textId="77777777" w:rsidR="0007047E" w:rsidRPr="00FC09DA" w:rsidRDefault="0007047E" w:rsidP="00303E64">
            <w:pPr>
              <w:keepNext/>
              <w:rPr>
                <w:lang w:val="ro-RO"/>
              </w:rPr>
            </w:pPr>
          </w:p>
        </w:tc>
        <w:tc>
          <w:tcPr>
            <w:tcW w:w="2409" w:type="dxa"/>
          </w:tcPr>
          <w:p w14:paraId="650918ED" w14:textId="77777777" w:rsidR="0007047E" w:rsidRPr="00FC09DA" w:rsidRDefault="0007047E" w:rsidP="00303E64">
            <w:pPr>
              <w:keepNext/>
              <w:rPr>
                <w:lang w:val="ro-RO"/>
              </w:rPr>
            </w:pPr>
          </w:p>
        </w:tc>
      </w:tr>
      <w:tr w:rsidR="0007047E" w:rsidRPr="00FC09DA" w14:paraId="56C425C9" w14:textId="77777777" w:rsidTr="00303E64">
        <w:trPr>
          <w:cantSplit/>
          <w:trHeight w:val="137"/>
        </w:trPr>
        <w:tc>
          <w:tcPr>
            <w:tcW w:w="2409" w:type="dxa"/>
          </w:tcPr>
          <w:p w14:paraId="21FE29B7" w14:textId="77777777" w:rsidR="0007047E" w:rsidRPr="00FC09DA" w:rsidRDefault="0007047E" w:rsidP="00303E64">
            <w:pPr>
              <w:keepNext/>
              <w:rPr>
                <w:sz w:val="16"/>
                <w:szCs w:val="16"/>
                <w:lang w:val="ro-RO"/>
              </w:rPr>
            </w:pPr>
            <w:r w:rsidRPr="00FC09DA">
              <w:rPr>
                <w:sz w:val="16"/>
                <w:szCs w:val="16"/>
                <w:lang w:val="ro-RO"/>
              </w:rPr>
              <w:t>— menținute</w:t>
            </w:r>
          </w:p>
        </w:tc>
        <w:tc>
          <w:tcPr>
            <w:tcW w:w="2409" w:type="dxa"/>
          </w:tcPr>
          <w:p w14:paraId="2E932015" w14:textId="77777777" w:rsidR="0007047E" w:rsidRPr="00FC09DA" w:rsidRDefault="0007047E" w:rsidP="00303E64">
            <w:pPr>
              <w:keepNext/>
              <w:rPr>
                <w:lang w:val="ro-RO"/>
              </w:rPr>
            </w:pPr>
          </w:p>
        </w:tc>
        <w:tc>
          <w:tcPr>
            <w:tcW w:w="2409" w:type="dxa"/>
          </w:tcPr>
          <w:p w14:paraId="5D428DDC" w14:textId="77777777" w:rsidR="0007047E" w:rsidRPr="00FC09DA" w:rsidRDefault="0007047E" w:rsidP="00303E64">
            <w:pPr>
              <w:keepNext/>
              <w:rPr>
                <w:lang w:val="ro-RO"/>
              </w:rPr>
            </w:pPr>
          </w:p>
        </w:tc>
        <w:tc>
          <w:tcPr>
            <w:tcW w:w="2409" w:type="dxa"/>
          </w:tcPr>
          <w:p w14:paraId="5D490EA8" w14:textId="77777777" w:rsidR="0007047E" w:rsidRPr="00FC09DA" w:rsidRDefault="0007047E" w:rsidP="00303E64">
            <w:pPr>
              <w:keepNext/>
              <w:rPr>
                <w:lang w:val="ro-RO"/>
              </w:rPr>
            </w:pPr>
          </w:p>
        </w:tc>
      </w:tr>
      <w:tr w:rsidR="0007047E" w:rsidRPr="00FC09DA" w14:paraId="1C398D53" w14:textId="77777777" w:rsidTr="00303E64">
        <w:trPr>
          <w:cantSplit/>
          <w:trHeight w:val="226"/>
        </w:trPr>
        <w:tc>
          <w:tcPr>
            <w:tcW w:w="2409" w:type="dxa"/>
          </w:tcPr>
          <w:p w14:paraId="3DEA794B" w14:textId="77777777" w:rsidR="0007047E" w:rsidRPr="00FC09DA" w:rsidRDefault="0007047E" w:rsidP="00303E64">
            <w:pPr>
              <w:keepNext/>
              <w:rPr>
                <w:sz w:val="16"/>
                <w:szCs w:val="16"/>
                <w:lang w:val="ro-RO"/>
              </w:rPr>
            </w:pPr>
            <w:r w:rsidRPr="00FC09DA">
              <w:rPr>
                <w:sz w:val="16"/>
                <w:szCs w:val="16"/>
                <w:lang w:val="ro-RO"/>
              </w:rPr>
              <w:t>clădiri propuse</w:t>
            </w:r>
          </w:p>
        </w:tc>
        <w:tc>
          <w:tcPr>
            <w:tcW w:w="2409" w:type="dxa"/>
          </w:tcPr>
          <w:p w14:paraId="673C13F3" w14:textId="77777777" w:rsidR="0007047E" w:rsidRPr="00FC09DA" w:rsidRDefault="0007047E" w:rsidP="00303E64">
            <w:pPr>
              <w:keepNext/>
              <w:rPr>
                <w:lang w:val="ro-RO"/>
              </w:rPr>
            </w:pPr>
          </w:p>
        </w:tc>
        <w:tc>
          <w:tcPr>
            <w:tcW w:w="2409" w:type="dxa"/>
          </w:tcPr>
          <w:p w14:paraId="06D64C17" w14:textId="77777777" w:rsidR="0007047E" w:rsidRPr="00FC09DA" w:rsidRDefault="0007047E" w:rsidP="00303E64">
            <w:pPr>
              <w:keepNext/>
              <w:rPr>
                <w:lang w:val="ro-RO"/>
              </w:rPr>
            </w:pPr>
          </w:p>
        </w:tc>
        <w:tc>
          <w:tcPr>
            <w:tcW w:w="2409" w:type="dxa"/>
          </w:tcPr>
          <w:p w14:paraId="6631B6AA" w14:textId="77777777" w:rsidR="0007047E" w:rsidRPr="00FC09DA" w:rsidRDefault="0007047E" w:rsidP="00303E64">
            <w:pPr>
              <w:keepNext/>
              <w:rPr>
                <w:lang w:val="ro-RO"/>
              </w:rPr>
            </w:pPr>
          </w:p>
        </w:tc>
      </w:tr>
      <w:tr w:rsidR="0007047E" w:rsidRPr="00FC09DA" w14:paraId="60C12F08" w14:textId="77777777" w:rsidTr="00303E64">
        <w:trPr>
          <w:cantSplit/>
          <w:trHeight w:val="130"/>
        </w:trPr>
        <w:tc>
          <w:tcPr>
            <w:tcW w:w="2409" w:type="dxa"/>
          </w:tcPr>
          <w:p w14:paraId="66EF5C67" w14:textId="77777777" w:rsidR="0007047E" w:rsidRPr="00FC09DA" w:rsidRDefault="0007047E" w:rsidP="00303E64">
            <w:pPr>
              <w:keepNext/>
              <w:rPr>
                <w:sz w:val="16"/>
                <w:szCs w:val="16"/>
                <w:lang w:val="ro-RO"/>
              </w:rPr>
            </w:pPr>
            <w:r w:rsidRPr="00FC09DA">
              <w:rPr>
                <w:sz w:val="16"/>
                <w:szCs w:val="16"/>
                <w:lang w:val="ro-RO"/>
              </w:rPr>
              <w:t>TOTAL (menținute + propuse)</w:t>
            </w:r>
          </w:p>
        </w:tc>
        <w:tc>
          <w:tcPr>
            <w:tcW w:w="2409" w:type="dxa"/>
          </w:tcPr>
          <w:p w14:paraId="07B8BE8D" w14:textId="77777777" w:rsidR="0007047E" w:rsidRPr="00FC09DA" w:rsidRDefault="0007047E" w:rsidP="00303E64">
            <w:pPr>
              <w:keepNext/>
              <w:rPr>
                <w:lang w:val="ro-RO"/>
              </w:rPr>
            </w:pPr>
          </w:p>
        </w:tc>
        <w:tc>
          <w:tcPr>
            <w:tcW w:w="2409" w:type="dxa"/>
          </w:tcPr>
          <w:p w14:paraId="5572E69C" w14:textId="77777777" w:rsidR="0007047E" w:rsidRPr="00FC09DA" w:rsidRDefault="0007047E" w:rsidP="00303E64">
            <w:pPr>
              <w:keepNext/>
              <w:rPr>
                <w:lang w:val="ro-RO"/>
              </w:rPr>
            </w:pPr>
          </w:p>
        </w:tc>
        <w:tc>
          <w:tcPr>
            <w:tcW w:w="2409" w:type="dxa"/>
          </w:tcPr>
          <w:p w14:paraId="3405E223" w14:textId="77777777" w:rsidR="0007047E" w:rsidRPr="00FC09DA" w:rsidRDefault="0007047E" w:rsidP="00303E64">
            <w:pPr>
              <w:keepNext/>
              <w:rPr>
                <w:lang w:val="ro-RO"/>
              </w:rPr>
            </w:pPr>
          </w:p>
        </w:tc>
      </w:tr>
    </w:tbl>
    <w:p w14:paraId="5B8A3179" w14:textId="77777777" w:rsidR="0007047E" w:rsidRPr="00FC09DA" w:rsidRDefault="0007047E">
      <w:pPr>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FC09DA" w14:paraId="53C8B325" w14:textId="77777777">
        <w:trPr>
          <w:cantSplit/>
        </w:trPr>
        <w:tc>
          <w:tcPr>
            <w:tcW w:w="9636" w:type="dxa"/>
            <w:gridSpan w:val="9"/>
            <w:shd w:val="clear" w:color="auto" w:fill="F4F4F4"/>
          </w:tcPr>
          <w:p w14:paraId="7189EFFD" w14:textId="0AA3EC08" w:rsidR="007E5D45" w:rsidRPr="00FC09DA" w:rsidRDefault="003454F7">
            <w:pPr>
              <w:keepNext/>
              <w:rPr>
                <w:sz w:val="19"/>
                <w:lang w:val="ro-RO"/>
              </w:rPr>
            </w:pPr>
            <w:r w:rsidRPr="00FC09DA">
              <w:rPr>
                <w:b/>
                <w:sz w:val="16"/>
                <w:lang w:val="ro-RO"/>
              </w:rPr>
              <w:t xml:space="preserve"> </w:t>
            </w:r>
            <w:r w:rsidR="0007047E" w:rsidRPr="00FC09DA">
              <w:rPr>
                <w:b/>
                <w:sz w:val="16"/>
                <w:lang w:val="ro-RO"/>
              </w:rPr>
              <w:t>4</w:t>
            </w:r>
            <w:r w:rsidRPr="00FC09DA">
              <w:rPr>
                <w:b/>
                <w:sz w:val="16"/>
                <w:lang w:val="ro-RO"/>
              </w:rPr>
              <w:t xml:space="preserve">. </w:t>
            </w:r>
            <w:r w:rsidRPr="00FC09DA">
              <w:rPr>
                <w:b/>
                <w:color w:val="000000"/>
                <w:sz w:val="18"/>
                <w:lang w:val="ro-RO"/>
              </w:rPr>
              <w:t>FIȘA CLĂDIRII</w:t>
            </w:r>
            <w:r w:rsidR="007E5D45" w:rsidRPr="00FC09DA">
              <w:rPr>
                <w:sz w:val="19"/>
                <w:lang w:val="ro-RO"/>
              </w:rPr>
              <w:t xml:space="preserve"> (se completeaza câte una pentru fiecare imobil)</w:t>
            </w:r>
          </w:p>
        </w:tc>
      </w:tr>
      <w:tr w:rsidR="003C7CA3" w:rsidRPr="00FC09DA" w14:paraId="31232DEE" w14:textId="77777777">
        <w:trPr>
          <w:cantSplit/>
        </w:trPr>
        <w:tc>
          <w:tcPr>
            <w:tcW w:w="9636" w:type="dxa"/>
            <w:gridSpan w:val="9"/>
            <w:shd w:val="clear" w:color="auto" w:fill="F4F4F4"/>
          </w:tcPr>
          <w:p w14:paraId="558D848E" w14:textId="77777777" w:rsidR="003C7CA3" w:rsidRPr="00FC09DA" w:rsidRDefault="003454F7">
            <w:pPr>
              <w:keepNext/>
              <w:rPr>
                <w:lang w:val="ro-RO"/>
              </w:rPr>
            </w:pPr>
            <w:r w:rsidRPr="00FC09DA">
              <w:rPr>
                <w:sz w:val="16"/>
                <w:lang w:val="ro-RO"/>
              </w:rPr>
              <w:t xml:space="preserve"> Identificarea clădirii în registru</w:t>
            </w:r>
          </w:p>
        </w:tc>
      </w:tr>
      <w:tr w:rsidR="003C7CA3" w:rsidRPr="00FC09DA" w14:paraId="3E0214C2" w14:textId="77777777">
        <w:trPr>
          <w:cantSplit/>
          <w:trHeight w:val="510"/>
        </w:trPr>
        <w:tc>
          <w:tcPr>
            <w:tcW w:w="2409" w:type="dxa"/>
          </w:tcPr>
          <w:p w14:paraId="2DA5BDFB" w14:textId="77777777" w:rsidR="003C7CA3" w:rsidRPr="00FC09DA" w:rsidRDefault="003454F7">
            <w:pPr>
              <w:keepNext/>
              <w:rPr>
                <w:lang w:val="ro-RO"/>
              </w:rPr>
            </w:pPr>
            <w:r w:rsidRPr="00FC09DA">
              <w:rPr>
                <w:b/>
                <w:color w:val="0D5F78"/>
                <w:lang w:val="ro-RO"/>
              </w:rPr>
              <w:t>NIS</w:t>
            </w:r>
          </w:p>
          <w:p w14:paraId="4A761AB4" w14:textId="77777777" w:rsidR="003C7CA3" w:rsidRPr="00FC09DA" w:rsidRDefault="003454F7">
            <w:pPr>
              <w:keepNext/>
              <w:rPr>
                <w:lang w:val="ro-RO"/>
              </w:rPr>
            </w:pPr>
            <w:r w:rsidRPr="00FC09DA">
              <w:rPr>
                <w:i/>
                <w:color w:val="7A7A7A"/>
                <w:lang w:val="ro-RO"/>
              </w:rPr>
              <w:t>numărul din Registrul Național al Clădirilor, dacă e deja înregistrată</w:t>
            </w:r>
          </w:p>
          <w:p w14:paraId="2FEB4109" w14:textId="77777777" w:rsidR="003C7CA3" w:rsidRPr="00FC09DA" w:rsidRDefault="003C7CA3">
            <w:pPr>
              <w:keepNext/>
              <w:rPr>
                <w:lang w:val="ro-RO"/>
              </w:rPr>
            </w:pPr>
          </w:p>
        </w:tc>
        <w:tc>
          <w:tcPr>
            <w:tcW w:w="2409" w:type="dxa"/>
            <w:gridSpan w:val="3"/>
          </w:tcPr>
          <w:p w14:paraId="6F2AC158" w14:textId="77777777" w:rsidR="003C7CA3" w:rsidRPr="00FC09DA" w:rsidRDefault="003454F7">
            <w:pPr>
              <w:keepNext/>
              <w:rPr>
                <w:lang w:val="ro-RO"/>
              </w:rPr>
            </w:pPr>
            <w:r w:rsidRPr="00FC09DA">
              <w:rPr>
                <w:b/>
                <w:color w:val="0D5F78"/>
                <w:lang w:val="ro-RO"/>
              </w:rPr>
              <w:t>Nr. cadastral al clădirii</w:t>
            </w:r>
          </w:p>
          <w:p w14:paraId="56484D52" w14:textId="77777777" w:rsidR="003C7CA3" w:rsidRPr="00FC09DA" w:rsidRDefault="003454F7">
            <w:pPr>
              <w:keepNext/>
              <w:rPr>
                <w:lang w:val="ro-RO"/>
              </w:rPr>
            </w:pPr>
            <w:r w:rsidRPr="00FC09DA">
              <w:rPr>
                <w:i/>
                <w:color w:val="7A7A7A"/>
                <w:lang w:val="ro-RO"/>
              </w:rPr>
              <w:t>forma 123456-C1</w:t>
            </w:r>
          </w:p>
          <w:p w14:paraId="2ECB2279" w14:textId="77777777" w:rsidR="003C7CA3" w:rsidRPr="00FC09DA" w:rsidRDefault="003C7CA3">
            <w:pPr>
              <w:keepNext/>
              <w:rPr>
                <w:lang w:val="ro-RO"/>
              </w:rPr>
            </w:pPr>
          </w:p>
        </w:tc>
        <w:tc>
          <w:tcPr>
            <w:tcW w:w="2409" w:type="dxa"/>
            <w:gridSpan w:val="3"/>
          </w:tcPr>
          <w:p w14:paraId="41F65413" w14:textId="77777777" w:rsidR="003C7CA3" w:rsidRPr="00FC09DA" w:rsidRDefault="003454F7">
            <w:pPr>
              <w:keepNext/>
              <w:rPr>
                <w:lang w:val="ro-RO"/>
              </w:rPr>
            </w:pPr>
            <w:r w:rsidRPr="00FC09DA">
              <w:rPr>
                <w:b/>
                <w:color w:val="0D5F78"/>
                <w:lang w:val="ro-RO"/>
              </w:rPr>
              <w:t>Identificator e-Terra (IE)</w:t>
            </w:r>
          </w:p>
          <w:p w14:paraId="220427C2" w14:textId="77777777" w:rsidR="003C7CA3" w:rsidRPr="00FC09DA" w:rsidRDefault="003C7CA3">
            <w:pPr>
              <w:keepNext/>
              <w:rPr>
                <w:lang w:val="ro-RO"/>
              </w:rPr>
            </w:pPr>
          </w:p>
        </w:tc>
        <w:tc>
          <w:tcPr>
            <w:tcW w:w="2409" w:type="dxa"/>
            <w:gridSpan w:val="2"/>
          </w:tcPr>
          <w:p w14:paraId="14760290" w14:textId="77777777" w:rsidR="003C7CA3" w:rsidRPr="00FC09DA" w:rsidRDefault="003454F7">
            <w:pPr>
              <w:keepNext/>
              <w:rPr>
                <w:lang w:val="ro-RO"/>
              </w:rPr>
            </w:pPr>
            <w:r w:rsidRPr="00FC09DA">
              <w:rPr>
                <w:b/>
                <w:color w:val="0D5F78"/>
                <w:lang w:val="ro-RO"/>
              </w:rPr>
              <w:t>Nr. carte funciară</w:t>
            </w:r>
          </w:p>
          <w:p w14:paraId="0E4D13ED" w14:textId="77777777" w:rsidR="003C7CA3" w:rsidRPr="00FC09DA" w:rsidRDefault="003C7CA3">
            <w:pPr>
              <w:keepNext/>
              <w:rPr>
                <w:lang w:val="ro-RO"/>
              </w:rPr>
            </w:pPr>
          </w:p>
        </w:tc>
      </w:tr>
      <w:tr w:rsidR="003C7CA3" w:rsidRPr="00FC09DA" w14:paraId="3EE8CE22" w14:textId="77777777">
        <w:trPr>
          <w:cantSplit/>
          <w:trHeight w:val="510"/>
        </w:trPr>
        <w:tc>
          <w:tcPr>
            <w:tcW w:w="5621" w:type="dxa"/>
            <w:gridSpan w:val="5"/>
          </w:tcPr>
          <w:p w14:paraId="70E33003" w14:textId="77777777" w:rsidR="003C7CA3" w:rsidRPr="00FC09DA" w:rsidRDefault="003454F7">
            <w:pPr>
              <w:keepNext/>
              <w:rPr>
                <w:lang w:val="ro-RO"/>
              </w:rPr>
            </w:pPr>
            <w:r w:rsidRPr="00FC09DA">
              <w:rPr>
                <w:b/>
                <w:color w:val="0D5F78"/>
                <w:lang w:val="ro-RO"/>
              </w:rPr>
              <w:t>Tipul obiectului</w:t>
            </w:r>
          </w:p>
          <w:p w14:paraId="56B5E59D" w14:textId="0A925E9B"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clădire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corp de clădire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unități locative</w:t>
            </w:r>
          </w:p>
        </w:tc>
        <w:tc>
          <w:tcPr>
            <w:tcW w:w="4015" w:type="dxa"/>
            <w:gridSpan w:val="4"/>
          </w:tcPr>
          <w:p w14:paraId="1B36A210" w14:textId="77777777" w:rsidR="003C7CA3" w:rsidRPr="00FC09DA" w:rsidRDefault="003454F7">
            <w:pPr>
              <w:keepNext/>
              <w:rPr>
                <w:lang w:val="ro-RO"/>
              </w:rPr>
            </w:pPr>
            <w:r w:rsidRPr="00FC09DA">
              <w:rPr>
                <w:b/>
                <w:color w:val="0D5F78"/>
                <w:lang w:val="ro-RO"/>
              </w:rPr>
              <w:t>Clădirea este</w:t>
            </w:r>
          </w:p>
          <w:p w14:paraId="19F3F41D" w14:textId="106DD6BD"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existentă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propusă prin proiect</w:t>
            </w:r>
          </w:p>
        </w:tc>
      </w:tr>
      <w:tr w:rsidR="003C7CA3" w:rsidRPr="00FC09DA" w14:paraId="11A82C2D" w14:textId="77777777">
        <w:trPr>
          <w:cantSplit/>
          <w:trHeight w:val="510"/>
        </w:trPr>
        <w:tc>
          <w:tcPr>
            <w:tcW w:w="3212" w:type="dxa"/>
            <w:gridSpan w:val="2"/>
          </w:tcPr>
          <w:p w14:paraId="0438C0C7" w14:textId="77777777" w:rsidR="003C7CA3" w:rsidRPr="00FC09DA" w:rsidRDefault="003454F7">
            <w:pPr>
              <w:keepNext/>
              <w:rPr>
                <w:lang w:val="ro-RO"/>
              </w:rPr>
            </w:pPr>
            <w:r w:rsidRPr="00FC09DA">
              <w:rPr>
                <w:b/>
                <w:color w:val="0D5F78"/>
                <w:lang w:val="ro-RO"/>
              </w:rPr>
              <w:t>Denumirea clădirii</w:t>
            </w:r>
          </w:p>
          <w:p w14:paraId="10483E47" w14:textId="77777777" w:rsidR="003C7CA3" w:rsidRPr="00FC09DA" w:rsidRDefault="003C7CA3">
            <w:pPr>
              <w:keepNext/>
              <w:rPr>
                <w:lang w:val="ro-RO"/>
              </w:rPr>
            </w:pPr>
          </w:p>
        </w:tc>
        <w:tc>
          <w:tcPr>
            <w:tcW w:w="6424" w:type="dxa"/>
            <w:gridSpan w:val="7"/>
          </w:tcPr>
          <w:p w14:paraId="3E89F52C" w14:textId="77777777" w:rsidR="003C7CA3" w:rsidRPr="00FC09DA" w:rsidRDefault="003454F7">
            <w:pPr>
              <w:keepNext/>
              <w:rPr>
                <w:lang w:val="ro-RO"/>
              </w:rPr>
            </w:pPr>
            <w:r w:rsidRPr="00FC09DA">
              <w:rPr>
                <w:b/>
                <w:color w:val="0D5F78"/>
                <w:lang w:val="ro-RO"/>
              </w:rPr>
              <w:t>Descriere</w:t>
            </w:r>
          </w:p>
          <w:p w14:paraId="4D8F687C" w14:textId="77777777" w:rsidR="003C7CA3" w:rsidRPr="00FC09DA" w:rsidRDefault="003C7CA3">
            <w:pPr>
              <w:keepNext/>
              <w:rPr>
                <w:lang w:val="ro-RO"/>
              </w:rPr>
            </w:pPr>
          </w:p>
        </w:tc>
      </w:tr>
      <w:tr w:rsidR="003C7CA3" w:rsidRPr="00FC09DA" w14:paraId="2C7515BE" w14:textId="77777777">
        <w:trPr>
          <w:cantSplit/>
        </w:trPr>
        <w:tc>
          <w:tcPr>
            <w:tcW w:w="9636" w:type="dxa"/>
            <w:gridSpan w:val="9"/>
            <w:shd w:val="clear" w:color="auto" w:fill="F4F4F4"/>
          </w:tcPr>
          <w:p w14:paraId="7953601D" w14:textId="24E379E4" w:rsidR="00F61A70" w:rsidRPr="00FC09DA" w:rsidRDefault="00F61A70">
            <w:pPr>
              <w:keepNext/>
              <w:rPr>
                <w:sz w:val="16"/>
                <w:lang w:val="ro-RO"/>
              </w:rPr>
            </w:pPr>
            <w:r w:rsidRPr="00FC09DA">
              <w:rPr>
                <w:sz w:val="16"/>
                <w:lang w:val="ro-RO"/>
              </w:rPr>
              <w:t>CARACTERISTICI ALE CLĂDIRII</w:t>
            </w:r>
          </w:p>
          <w:p w14:paraId="7BB366A1" w14:textId="13E9544A" w:rsidR="0007047E" w:rsidRPr="00FC09DA" w:rsidRDefault="0007047E">
            <w:pPr>
              <w:keepNext/>
              <w:rPr>
                <w:sz w:val="16"/>
                <w:lang w:val="ro-RO"/>
              </w:rPr>
            </w:pPr>
            <w:r w:rsidRPr="00FC09DA">
              <w:rPr>
                <w:sz w:val="16"/>
                <w:lang w:val="ro-RO"/>
              </w:rPr>
              <w:t>(</w:t>
            </w:r>
            <w:r w:rsidRPr="00FC09DA">
              <w:rPr>
                <w:sz w:val="16"/>
                <w:szCs w:val="16"/>
                <w:lang w:val="ro-RO"/>
              </w:rPr>
              <w:t>În cazul intervențiilor asupra clădirilor existente, pentru fiecare câmp, se vor preciza caracteristicile clădirii existente/respectiv</w:t>
            </w:r>
            <w:r w:rsidR="00F61A70" w:rsidRPr="00FC09DA">
              <w:rPr>
                <w:sz w:val="16"/>
                <w:szCs w:val="16"/>
                <w:lang w:val="ro-RO"/>
              </w:rPr>
              <w:t xml:space="preserve"> ale celei</w:t>
            </w:r>
            <w:r w:rsidRPr="00FC09DA">
              <w:rPr>
                <w:sz w:val="16"/>
                <w:szCs w:val="16"/>
                <w:lang w:val="ro-RO"/>
              </w:rPr>
              <w:t xml:space="preserve"> propuse)</w:t>
            </w:r>
          </w:p>
        </w:tc>
      </w:tr>
      <w:tr w:rsidR="003C7CA3" w:rsidRPr="00FC09DA" w14:paraId="723DEA41" w14:textId="77777777">
        <w:trPr>
          <w:cantSplit/>
          <w:trHeight w:val="510"/>
        </w:trPr>
        <w:tc>
          <w:tcPr>
            <w:tcW w:w="4015" w:type="dxa"/>
            <w:gridSpan w:val="3"/>
          </w:tcPr>
          <w:p w14:paraId="299BCBAA" w14:textId="72AC694E" w:rsidR="00F61A70" w:rsidRPr="00FC09DA" w:rsidRDefault="003454F7" w:rsidP="00F61A70">
            <w:pPr>
              <w:keepNext/>
              <w:rPr>
                <w:lang w:val="ro-RO"/>
              </w:rPr>
            </w:pPr>
            <w:r w:rsidRPr="00FC09DA">
              <w:rPr>
                <w:b/>
                <w:color w:val="0D5F78"/>
                <w:lang w:val="ro-RO"/>
              </w:rPr>
              <w:t>Destinația / funcțiunea principală</w:t>
            </w:r>
            <w:r w:rsidR="007E5D45" w:rsidRPr="00FC09DA">
              <w:rPr>
                <w:b/>
                <w:color w:val="0D5F78"/>
                <w:lang w:val="ro-RO"/>
              </w:rPr>
              <w:t xml:space="preserve"> </w:t>
            </w:r>
            <w:r w:rsidR="00F61A70" w:rsidRPr="00FC09DA">
              <w:rPr>
                <w:bCs/>
                <w:i/>
                <w:iCs/>
                <w:color w:val="808080" w:themeColor="background1" w:themeShade="80"/>
                <w:lang w:val="ro-RO"/>
              </w:rPr>
              <w:t>(existent/propus)</w:t>
            </w:r>
          </w:p>
          <w:p w14:paraId="22CFD931" w14:textId="58E0F812" w:rsidR="003C7CA3" w:rsidRPr="00FC09DA" w:rsidRDefault="003C7CA3">
            <w:pPr>
              <w:keepNext/>
              <w:rPr>
                <w:lang w:val="ro-RO"/>
              </w:rPr>
            </w:pPr>
          </w:p>
          <w:p w14:paraId="1ACBE500" w14:textId="77777777" w:rsidR="003C7CA3" w:rsidRPr="00FC09DA" w:rsidRDefault="003C7CA3">
            <w:pPr>
              <w:keepNext/>
              <w:rPr>
                <w:lang w:val="ro-RO"/>
              </w:rPr>
            </w:pPr>
          </w:p>
        </w:tc>
        <w:tc>
          <w:tcPr>
            <w:tcW w:w="2409" w:type="dxa"/>
            <w:gridSpan w:val="3"/>
          </w:tcPr>
          <w:p w14:paraId="1B1CED52" w14:textId="5CFC24C7" w:rsidR="003C7CA3" w:rsidRPr="00FC09DA" w:rsidRDefault="003454F7">
            <w:pPr>
              <w:keepNext/>
              <w:rPr>
                <w:lang w:val="ro-RO"/>
              </w:rPr>
            </w:pPr>
            <w:r w:rsidRPr="00FC09DA">
              <w:rPr>
                <w:b/>
                <w:color w:val="0D5F78"/>
                <w:lang w:val="ro-RO"/>
              </w:rPr>
              <w:t>Funcțiuni secundare</w:t>
            </w:r>
            <w:r w:rsidR="007E5D45" w:rsidRPr="00FC09DA">
              <w:rPr>
                <w:b/>
                <w:color w:val="0D5F78"/>
                <w:lang w:val="ro-RO"/>
              </w:rPr>
              <w:t xml:space="preserve"> </w:t>
            </w:r>
            <w:r w:rsidR="007E5D45" w:rsidRPr="00FC09DA">
              <w:rPr>
                <w:bCs/>
                <w:i/>
                <w:iCs/>
                <w:color w:val="808080" w:themeColor="background1" w:themeShade="80"/>
                <w:lang w:val="ro-RO"/>
              </w:rPr>
              <w:t>(exist</w:t>
            </w:r>
            <w:r w:rsidR="00F61A70" w:rsidRPr="00FC09DA">
              <w:rPr>
                <w:bCs/>
                <w:i/>
                <w:iCs/>
                <w:color w:val="808080" w:themeColor="background1" w:themeShade="80"/>
                <w:lang w:val="ro-RO"/>
              </w:rPr>
              <w:t>e</w:t>
            </w:r>
            <w:r w:rsidR="007E5D45" w:rsidRPr="00FC09DA">
              <w:rPr>
                <w:bCs/>
                <w:i/>
                <w:iCs/>
                <w:color w:val="808080" w:themeColor="background1" w:themeShade="80"/>
                <w:lang w:val="ro-RO"/>
              </w:rPr>
              <w:t>nt/propus)</w:t>
            </w:r>
          </w:p>
          <w:p w14:paraId="3FC91EBB" w14:textId="77777777" w:rsidR="003C7CA3" w:rsidRPr="00FC09DA" w:rsidRDefault="003C7CA3">
            <w:pPr>
              <w:keepNext/>
              <w:rPr>
                <w:lang w:val="ro-RO"/>
              </w:rPr>
            </w:pPr>
          </w:p>
        </w:tc>
        <w:tc>
          <w:tcPr>
            <w:tcW w:w="1606" w:type="dxa"/>
            <w:gridSpan w:val="2"/>
          </w:tcPr>
          <w:p w14:paraId="21ACD1C3" w14:textId="77777777" w:rsidR="003C7CA3" w:rsidRPr="00FC09DA" w:rsidRDefault="003454F7">
            <w:pPr>
              <w:keepNext/>
              <w:rPr>
                <w:lang w:val="ro-RO"/>
              </w:rPr>
            </w:pPr>
            <w:r w:rsidRPr="00FC09DA">
              <w:rPr>
                <w:b/>
                <w:color w:val="0D5F78"/>
                <w:lang w:val="ro-RO"/>
              </w:rPr>
              <w:t>Regim juridic</w:t>
            </w:r>
          </w:p>
          <w:p w14:paraId="7DF7F9E8" w14:textId="77777777" w:rsidR="003C7CA3" w:rsidRPr="00FC09DA" w:rsidRDefault="003C7CA3">
            <w:pPr>
              <w:keepNext/>
              <w:rPr>
                <w:lang w:val="ro-RO"/>
              </w:rPr>
            </w:pPr>
          </w:p>
        </w:tc>
        <w:tc>
          <w:tcPr>
            <w:tcW w:w="1606" w:type="dxa"/>
          </w:tcPr>
          <w:p w14:paraId="2D3B31D8" w14:textId="77777777" w:rsidR="003C7CA3" w:rsidRPr="00FC09DA" w:rsidRDefault="003454F7">
            <w:pPr>
              <w:keepNext/>
              <w:rPr>
                <w:lang w:val="ro-RO"/>
              </w:rPr>
            </w:pPr>
            <w:r w:rsidRPr="00FC09DA">
              <w:rPr>
                <w:b/>
                <w:color w:val="0D5F78"/>
                <w:lang w:val="ro-RO"/>
              </w:rPr>
              <w:t>Zonă fiscală</w:t>
            </w:r>
          </w:p>
          <w:p w14:paraId="52F3E8FC" w14:textId="77777777" w:rsidR="003C7CA3" w:rsidRPr="00FC09DA" w:rsidRDefault="003C7CA3">
            <w:pPr>
              <w:keepNext/>
              <w:rPr>
                <w:lang w:val="ro-RO"/>
              </w:rPr>
            </w:pPr>
          </w:p>
        </w:tc>
      </w:tr>
      <w:tr w:rsidR="003C7CA3" w:rsidRPr="00FC09DA" w14:paraId="6377A5DB" w14:textId="77777777">
        <w:trPr>
          <w:cantSplit/>
          <w:trHeight w:val="510"/>
        </w:trPr>
        <w:tc>
          <w:tcPr>
            <w:tcW w:w="3212" w:type="dxa"/>
            <w:gridSpan w:val="2"/>
          </w:tcPr>
          <w:p w14:paraId="77944B95" w14:textId="77777777" w:rsidR="003C7CA3" w:rsidRPr="00FC09DA" w:rsidRDefault="003454F7">
            <w:pPr>
              <w:keepNext/>
              <w:rPr>
                <w:lang w:val="ro-RO"/>
              </w:rPr>
            </w:pPr>
            <w:r w:rsidRPr="00FC09DA">
              <w:rPr>
                <w:b/>
                <w:color w:val="0D5F78"/>
                <w:lang w:val="ro-RO"/>
              </w:rPr>
              <w:t>Anul construirii</w:t>
            </w:r>
          </w:p>
          <w:p w14:paraId="0F248267" w14:textId="77777777" w:rsidR="003C7CA3" w:rsidRPr="00FC09DA" w:rsidRDefault="003454F7">
            <w:pPr>
              <w:keepNext/>
              <w:rPr>
                <w:lang w:val="ro-RO"/>
              </w:rPr>
            </w:pPr>
            <w:r w:rsidRPr="00FC09DA">
              <w:rPr>
                <w:i/>
                <w:color w:val="7A7A7A"/>
                <w:lang w:val="ro-RO"/>
              </w:rPr>
              <w:t>la clădirile existente</w:t>
            </w:r>
          </w:p>
          <w:p w14:paraId="06AB52DB" w14:textId="77777777" w:rsidR="003C7CA3" w:rsidRPr="00FC09DA" w:rsidRDefault="003C7CA3">
            <w:pPr>
              <w:keepNext/>
              <w:rPr>
                <w:lang w:val="ro-RO"/>
              </w:rPr>
            </w:pPr>
          </w:p>
        </w:tc>
        <w:tc>
          <w:tcPr>
            <w:tcW w:w="3212" w:type="dxa"/>
            <w:gridSpan w:val="4"/>
          </w:tcPr>
          <w:p w14:paraId="75966031" w14:textId="77777777" w:rsidR="003C7CA3" w:rsidRPr="00FC09DA" w:rsidRDefault="003454F7">
            <w:pPr>
              <w:keepNext/>
              <w:rPr>
                <w:lang w:val="ro-RO"/>
              </w:rPr>
            </w:pPr>
            <w:r w:rsidRPr="00FC09DA">
              <w:rPr>
                <w:b/>
                <w:color w:val="0D5F78"/>
                <w:lang w:val="ro-RO"/>
              </w:rPr>
              <w:t>Anul ultimei renovări</w:t>
            </w:r>
          </w:p>
          <w:p w14:paraId="24F52054" w14:textId="77777777" w:rsidR="003C7CA3" w:rsidRPr="00FC09DA" w:rsidRDefault="003454F7">
            <w:pPr>
              <w:keepNext/>
              <w:rPr>
                <w:lang w:val="ro-RO"/>
              </w:rPr>
            </w:pPr>
            <w:r w:rsidRPr="00FC09DA">
              <w:rPr>
                <w:i/>
                <w:color w:val="7A7A7A"/>
                <w:lang w:val="ro-RO"/>
              </w:rPr>
              <w:t>dacă e cazul</w:t>
            </w:r>
          </w:p>
          <w:p w14:paraId="6AE5F8FA" w14:textId="77777777" w:rsidR="003C7CA3" w:rsidRPr="00FC09DA" w:rsidRDefault="003C7CA3">
            <w:pPr>
              <w:keepNext/>
              <w:rPr>
                <w:lang w:val="ro-RO"/>
              </w:rPr>
            </w:pPr>
          </w:p>
        </w:tc>
        <w:tc>
          <w:tcPr>
            <w:tcW w:w="3212" w:type="dxa"/>
            <w:gridSpan w:val="3"/>
          </w:tcPr>
          <w:p w14:paraId="138D6D15" w14:textId="77777777" w:rsidR="003C7CA3" w:rsidRPr="00FC09DA" w:rsidRDefault="003454F7">
            <w:pPr>
              <w:keepNext/>
              <w:rPr>
                <w:lang w:val="ro-RO"/>
              </w:rPr>
            </w:pPr>
            <w:r w:rsidRPr="00FC09DA">
              <w:rPr>
                <w:b/>
                <w:color w:val="0D5F78"/>
                <w:lang w:val="ro-RO"/>
              </w:rPr>
              <w:t>Durata de viață estimată (ani)</w:t>
            </w:r>
          </w:p>
          <w:p w14:paraId="339E8596" w14:textId="77777777" w:rsidR="003C7CA3" w:rsidRPr="00FC09DA" w:rsidRDefault="003C7CA3">
            <w:pPr>
              <w:keepNext/>
              <w:rPr>
                <w:lang w:val="ro-RO"/>
              </w:rPr>
            </w:pPr>
          </w:p>
        </w:tc>
      </w:tr>
      <w:tr w:rsidR="003C7CA3" w:rsidRPr="00FC09DA" w14:paraId="559AFCD9" w14:textId="77777777">
        <w:trPr>
          <w:cantSplit/>
          <w:trHeight w:val="510"/>
        </w:trPr>
        <w:tc>
          <w:tcPr>
            <w:tcW w:w="2409" w:type="dxa"/>
          </w:tcPr>
          <w:p w14:paraId="18D30FAF" w14:textId="78F88610" w:rsidR="003C7CA3" w:rsidRPr="00FC09DA" w:rsidRDefault="003454F7">
            <w:pPr>
              <w:keepNext/>
              <w:rPr>
                <w:lang w:val="ro-RO"/>
              </w:rPr>
            </w:pPr>
            <w:r w:rsidRPr="00FC09DA">
              <w:rPr>
                <w:b/>
                <w:color w:val="0D5F78"/>
                <w:lang w:val="ro-RO"/>
              </w:rPr>
              <w:t>Regim de înălțime</w:t>
            </w:r>
            <w:r w:rsidR="00F61A70" w:rsidRPr="00FC09DA">
              <w:rPr>
                <w:bCs/>
                <w:i/>
                <w:iCs/>
                <w:color w:val="808080" w:themeColor="background1" w:themeShade="80"/>
                <w:lang w:val="ro-RO"/>
              </w:rPr>
              <w:t>(existent/propus)</w:t>
            </w:r>
          </w:p>
          <w:p w14:paraId="740D6E0F" w14:textId="77777777" w:rsidR="003C7CA3" w:rsidRPr="00FC09DA" w:rsidRDefault="003454F7">
            <w:pPr>
              <w:keepNext/>
              <w:rPr>
                <w:lang w:val="ro-RO"/>
              </w:rPr>
            </w:pPr>
            <w:r w:rsidRPr="00FC09DA">
              <w:rPr>
                <w:i/>
                <w:color w:val="7A7A7A"/>
                <w:lang w:val="ro-RO"/>
              </w:rPr>
              <w:t>ex. S+P+2E+M</w:t>
            </w:r>
          </w:p>
          <w:p w14:paraId="42442C36" w14:textId="77777777" w:rsidR="003C7CA3" w:rsidRPr="00FC09DA" w:rsidRDefault="003C7CA3">
            <w:pPr>
              <w:keepNext/>
              <w:rPr>
                <w:lang w:val="ro-RO"/>
              </w:rPr>
            </w:pPr>
          </w:p>
        </w:tc>
        <w:tc>
          <w:tcPr>
            <w:tcW w:w="2409" w:type="dxa"/>
            <w:gridSpan w:val="3"/>
          </w:tcPr>
          <w:p w14:paraId="4C60E9B6" w14:textId="257A5600" w:rsidR="003C7CA3" w:rsidRPr="00FC09DA" w:rsidRDefault="003454F7">
            <w:pPr>
              <w:keepNext/>
              <w:rPr>
                <w:lang w:val="ro-RO"/>
              </w:rPr>
            </w:pPr>
            <w:r w:rsidRPr="00FC09DA">
              <w:rPr>
                <w:b/>
                <w:color w:val="0D5F78"/>
                <w:lang w:val="ro-RO"/>
              </w:rPr>
              <w:t>Înălțimea la cornișă (m)</w:t>
            </w:r>
            <w:r w:rsidR="00F61A70" w:rsidRPr="00FC09DA">
              <w:rPr>
                <w:bCs/>
                <w:i/>
                <w:iCs/>
                <w:color w:val="808080" w:themeColor="background1" w:themeShade="80"/>
                <w:lang w:val="ro-RO"/>
              </w:rPr>
              <w:t xml:space="preserve"> (existent/propus)</w:t>
            </w:r>
          </w:p>
          <w:p w14:paraId="3CF2B9A4" w14:textId="77777777" w:rsidR="003C7CA3" w:rsidRPr="00FC09DA" w:rsidRDefault="003C7CA3">
            <w:pPr>
              <w:keepNext/>
              <w:rPr>
                <w:lang w:val="ro-RO"/>
              </w:rPr>
            </w:pPr>
          </w:p>
        </w:tc>
        <w:tc>
          <w:tcPr>
            <w:tcW w:w="2409" w:type="dxa"/>
            <w:gridSpan w:val="3"/>
          </w:tcPr>
          <w:p w14:paraId="46C8B034" w14:textId="3C240C9C" w:rsidR="003C7CA3" w:rsidRPr="00FC09DA" w:rsidRDefault="003454F7">
            <w:pPr>
              <w:keepNext/>
              <w:rPr>
                <w:lang w:val="ro-RO"/>
              </w:rPr>
            </w:pPr>
            <w:r w:rsidRPr="00FC09DA">
              <w:rPr>
                <w:b/>
                <w:color w:val="0D5F78"/>
                <w:lang w:val="ro-RO"/>
              </w:rPr>
              <w:t>Înălțimea maximă (m)</w:t>
            </w:r>
            <w:r w:rsidR="00F61A70" w:rsidRPr="00FC09DA">
              <w:rPr>
                <w:bCs/>
                <w:i/>
                <w:iCs/>
                <w:color w:val="808080" w:themeColor="background1" w:themeShade="80"/>
                <w:lang w:val="ro-RO"/>
              </w:rPr>
              <w:t xml:space="preserve"> (existent/propus)</w:t>
            </w:r>
          </w:p>
          <w:p w14:paraId="1C1C9CC0" w14:textId="77777777" w:rsidR="003C7CA3" w:rsidRPr="00FC09DA" w:rsidRDefault="003C7CA3">
            <w:pPr>
              <w:keepNext/>
              <w:rPr>
                <w:lang w:val="ro-RO"/>
              </w:rPr>
            </w:pPr>
          </w:p>
        </w:tc>
        <w:tc>
          <w:tcPr>
            <w:tcW w:w="2409" w:type="dxa"/>
            <w:gridSpan w:val="2"/>
          </w:tcPr>
          <w:p w14:paraId="10B62DC5" w14:textId="081E05DF" w:rsidR="003C7CA3" w:rsidRPr="00FC09DA" w:rsidRDefault="0007047E">
            <w:pPr>
              <w:keepNext/>
              <w:rPr>
                <w:lang w:val="ro-RO"/>
              </w:rPr>
            </w:pPr>
            <w:r w:rsidRPr="00FC09DA">
              <w:rPr>
                <w:b/>
                <w:color w:val="0D5F78"/>
                <w:lang w:val="ro-RO"/>
              </w:rPr>
              <w:t>Cota terenului amenajat (m)</w:t>
            </w:r>
            <w:r w:rsidR="00F61A70" w:rsidRPr="00FC09DA">
              <w:rPr>
                <w:bCs/>
                <w:i/>
                <w:iCs/>
                <w:color w:val="808080" w:themeColor="background1" w:themeShade="80"/>
                <w:lang w:val="ro-RO"/>
              </w:rPr>
              <w:t xml:space="preserve"> (inițialăt/propus)</w:t>
            </w:r>
          </w:p>
          <w:p w14:paraId="7E8DBEBB" w14:textId="77777777" w:rsidR="003C7CA3" w:rsidRPr="00FC09DA" w:rsidRDefault="003C7CA3" w:rsidP="0007047E">
            <w:pPr>
              <w:keepNext/>
              <w:rPr>
                <w:lang w:val="ro-RO"/>
              </w:rPr>
            </w:pPr>
          </w:p>
          <w:p w14:paraId="6A190CD2" w14:textId="717968AA" w:rsidR="0007047E" w:rsidRPr="00FC09DA" w:rsidRDefault="0007047E" w:rsidP="0007047E">
            <w:pPr>
              <w:keepNext/>
              <w:rPr>
                <w:b/>
                <w:color w:val="0D5F78"/>
                <w:lang w:val="ro-RO"/>
              </w:rPr>
            </w:pPr>
            <w:r w:rsidRPr="00FC09DA">
              <w:rPr>
                <w:b/>
                <w:color w:val="0D5F78"/>
                <w:lang w:val="ro-RO"/>
              </w:rPr>
              <w:t>Cota terenului natural (m)</w:t>
            </w:r>
            <w:r w:rsidR="00F61A70" w:rsidRPr="00FC09DA">
              <w:rPr>
                <w:bCs/>
                <w:i/>
                <w:iCs/>
                <w:color w:val="808080" w:themeColor="background1" w:themeShade="80"/>
                <w:lang w:val="ro-RO"/>
              </w:rPr>
              <w:t xml:space="preserve"> </w:t>
            </w:r>
          </w:p>
          <w:p w14:paraId="71F4C0F2" w14:textId="3DC91D9A" w:rsidR="0007047E" w:rsidRPr="00FC09DA" w:rsidRDefault="0007047E" w:rsidP="0007047E">
            <w:pPr>
              <w:keepNext/>
              <w:rPr>
                <w:lang w:val="ro-RO"/>
              </w:rPr>
            </w:pPr>
          </w:p>
        </w:tc>
      </w:tr>
      <w:tr w:rsidR="003C7CA3" w:rsidRPr="00FC09DA" w14:paraId="5E4E8EC6" w14:textId="77777777">
        <w:trPr>
          <w:cantSplit/>
        </w:trPr>
        <w:tc>
          <w:tcPr>
            <w:tcW w:w="9636" w:type="dxa"/>
            <w:gridSpan w:val="9"/>
            <w:shd w:val="clear" w:color="auto" w:fill="F4F4F4"/>
          </w:tcPr>
          <w:p w14:paraId="35E2F144" w14:textId="2A34E000" w:rsidR="003C7CA3" w:rsidRPr="00FC09DA" w:rsidRDefault="003454F7">
            <w:pPr>
              <w:keepNext/>
              <w:rPr>
                <w:lang w:val="ro-RO"/>
              </w:rPr>
            </w:pPr>
            <w:r w:rsidRPr="00FC09DA">
              <w:rPr>
                <w:sz w:val="16"/>
                <w:lang w:val="ro-RO"/>
              </w:rPr>
              <w:t xml:space="preserve"> Suprafețe și volum</w:t>
            </w:r>
            <w:r w:rsidR="007E5D45" w:rsidRPr="00FC09DA">
              <w:rPr>
                <w:sz w:val="16"/>
                <w:lang w:val="ro-RO"/>
              </w:rPr>
              <w:t xml:space="preserve"> </w:t>
            </w:r>
          </w:p>
        </w:tc>
      </w:tr>
      <w:tr w:rsidR="003C7CA3" w:rsidRPr="00FC09DA" w14:paraId="2FD126AF" w14:textId="77777777">
        <w:trPr>
          <w:cantSplit/>
          <w:trHeight w:val="510"/>
        </w:trPr>
        <w:tc>
          <w:tcPr>
            <w:tcW w:w="2409" w:type="dxa"/>
          </w:tcPr>
          <w:p w14:paraId="06C8304E" w14:textId="7F817497" w:rsidR="003C7CA3" w:rsidRPr="00FC09DA" w:rsidRDefault="003454F7">
            <w:pPr>
              <w:keepNext/>
              <w:rPr>
                <w:lang w:val="ro-RO"/>
              </w:rPr>
            </w:pPr>
            <w:r w:rsidRPr="00FC09DA">
              <w:rPr>
                <w:b/>
                <w:color w:val="0D5F78"/>
                <w:lang w:val="ro-RO"/>
              </w:rPr>
              <w:t>Suprafața construită (m²)</w:t>
            </w:r>
            <w:r w:rsidR="00F61A70" w:rsidRPr="00FC09DA">
              <w:rPr>
                <w:b/>
                <w:color w:val="0D5F78"/>
                <w:lang w:val="ro-RO"/>
              </w:rPr>
              <w:t xml:space="preserve"> </w:t>
            </w:r>
            <w:r w:rsidR="00F61A70" w:rsidRPr="00FC09DA">
              <w:rPr>
                <w:bCs/>
                <w:i/>
                <w:iCs/>
                <w:color w:val="808080" w:themeColor="background1" w:themeShade="80"/>
                <w:lang w:val="ro-RO"/>
              </w:rPr>
              <w:t>(existent/propus)</w:t>
            </w:r>
          </w:p>
          <w:p w14:paraId="48F1C2CE" w14:textId="77777777" w:rsidR="003C7CA3" w:rsidRPr="00FC09DA" w:rsidRDefault="003C7CA3">
            <w:pPr>
              <w:keepNext/>
              <w:rPr>
                <w:lang w:val="ro-RO"/>
              </w:rPr>
            </w:pPr>
          </w:p>
        </w:tc>
        <w:tc>
          <w:tcPr>
            <w:tcW w:w="2409" w:type="dxa"/>
            <w:gridSpan w:val="3"/>
          </w:tcPr>
          <w:p w14:paraId="7DCB2196" w14:textId="77777777" w:rsidR="003C7CA3" w:rsidRPr="00FC09DA" w:rsidRDefault="003454F7">
            <w:pPr>
              <w:keepNext/>
              <w:rPr>
                <w:b/>
                <w:color w:val="0D5F78"/>
                <w:lang w:val="ro-RO"/>
              </w:rPr>
            </w:pPr>
            <w:r w:rsidRPr="00FC09DA">
              <w:rPr>
                <w:b/>
                <w:color w:val="0D5F78"/>
                <w:lang w:val="ro-RO"/>
              </w:rPr>
              <w:t>Suprafața desfășurată (m²)</w:t>
            </w:r>
          </w:p>
          <w:p w14:paraId="7E1A2C27" w14:textId="4D1CD3B2" w:rsidR="00F61A70" w:rsidRPr="00FC09DA" w:rsidRDefault="00F61A70">
            <w:pPr>
              <w:keepNext/>
              <w:rPr>
                <w:lang w:val="ro-RO"/>
              </w:rPr>
            </w:pPr>
            <w:r w:rsidRPr="00FC09DA">
              <w:rPr>
                <w:bCs/>
                <w:i/>
                <w:iCs/>
                <w:color w:val="808080" w:themeColor="background1" w:themeShade="80"/>
                <w:lang w:val="ro-RO"/>
              </w:rPr>
              <w:t>(existent/propus)</w:t>
            </w:r>
          </w:p>
          <w:p w14:paraId="74D48601" w14:textId="77777777" w:rsidR="003C7CA3" w:rsidRPr="00FC09DA" w:rsidRDefault="003C7CA3">
            <w:pPr>
              <w:keepNext/>
              <w:rPr>
                <w:lang w:val="ro-RO"/>
              </w:rPr>
            </w:pPr>
          </w:p>
        </w:tc>
        <w:tc>
          <w:tcPr>
            <w:tcW w:w="2409" w:type="dxa"/>
            <w:gridSpan w:val="3"/>
          </w:tcPr>
          <w:p w14:paraId="5748DFD2" w14:textId="77777777" w:rsidR="009E435D" w:rsidRPr="00FC09DA" w:rsidRDefault="003454F7">
            <w:pPr>
              <w:keepNext/>
              <w:rPr>
                <w:b/>
                <w:color w:val="0D5F78"/>
                <w:lang w:val="ro-RO"/>
              </w:rPr>
            </w:pPr>
            <w:r w:rsidRPr="00FC09DA">
              <w:rPr>
                <w:b/>
                <w:color w:val="0D5F78"/>
                <w:lang w:val="ro-RO"/>
              </w:rPr>
              <w:t>Suprafața utilă (m²)</w:t>
            </w:r>
          </w:p>
          <w:p w14:paraId="1825C0CA" w14:textId="1651B2E6" w:rsidR="003C7CA3" w:rsidRPr="00FC09DA" w:rsidRDefault="009E435D">
            <w:pPr>
              <w:keepNext/>
              <w:rPr>
                <w:lang w:val="ro-RO"/>
              </w:rPr>
            </w:pPr>
            <w:r w:rsidRPr="00FC09DA">
              <w:rPr>
                <w:bCs/>
                <w:i/>
                <w:iCs/>
                <w:color w:val="808080" w:themeColor="background1" w:themeShade="80"/>
                <w:lang w:val="ro-RO"/>
              </w:rPr>
              <w:t>(existent/propus)</w:t>
            </w:r>
          </w:p>
          <w:p w14:paraId="7B61B290" w14:textId="77777777" w:rsidR="003C7CA3" w:rsidRPr="00FC09DA" w:rsidRDefault="003C7CA3">
            <w:pPr>
              <w:keepNext/>
              <w:rPr>
                <w:lang w:val="ro-RO"/>
              </w:rPr>
            </w:pPr>
          </w:p>
        </w:tc>
        <w:tc>
          <w:tcPr>
            <w:tcW w:w="2409" w:type="dxa"/>
            <w:gridSpan w:val="2"/>
          </w:tcPr>
          <w:p w14:paraId="6E0C2C74" w14:textId="77777777" w:rsidR="003C7CA3" w:rsidRPr="00FC09DA" w:rsidRDefault="003454F7">
            <w:pPr>
              <w:keepNext/>
              <w:rPr>
                <w:b/>
                <w:color w:val="0D5F78"/>
                <w:lang w:val="ro-RO"/>
              </w:rPr>
            </w:pPr>
            <w:r w:rsidRPr="00FC09DA">
              <w:rPr>
                <w:b/>
                <w:color w:val="0D5F78"/>
                <w:lang w:val="ro-RO"/>
              </w:rPr>
              <w:t>Volum construit (m³)</w:t>
            </w:r>
          </w:p>
          <w:p w14:paraId="43DE4869" w14:textId="418CC1F4" w:rsidR="009E435D" w:rsidRPr="00FC09DA" w:rsidRDefault="009E435D">
            <w:pPr>
              <w:keepNext/>
              <w:rPr>
                <w:lang w:val="ro-RO"/>
              </w:rPr>
            </w:pPr>
            <w:r w:rsidRPr="00FC09DA">
              <w:rPr>
                <w:bCs/>
                <w:i/>
                <w:iCs/>
                <w:color w:val="808080" w:themeColor="background1" w:themeShade="80"/>
                <w:lang w:val="ro-RO"/>
              </w:rPr>
              <w:t>(existent/propus)</w:t>
            </w:r>
          </w:p>
          <w:p w14:paraId="64125EF1" w14:textId="77777777" w:rsidR="003C7CA3" w:rsidRPr="00FC09DA" w:rsidRDefault="003C7CA3">
            <w:pPr>
              <w:keepNext/>
              <w:rPr>
                <w:lang w:val="ro-RO"/>
              </w:rPr>
            </w:pPr>
          </w:p>
        </w:tc>
      </w:tr>
      <w:tr w:rsidR="003C7CA3" w:rsidRPr="00FC09DA" w14:paraId="0F6EBED6" w14:textId="77777777">
        <w:trPr>
          <w:cantSplit/>
        </w:trPr>
        <w:tc>
          <w:tcPr>
            <w:tcW w:w="9636" w:type="dxa"/>
            <w:gridSpan w:val="9"/>
            <w:shd w:val="clear" w:color="auto" w:fill="F4F4F4"/>
          </w:tcPr>
          <w:p w14:paraId="05C5C6F8" w14:textId="77777777" w:rsidR="003C7CA3" w:rsidRPr="00FC09DA" w:rsidRDefault="003454F7">
            <w:pPr>
              <w:keepNext/>
              <w:rPr>
                <w:lang w:val="ro-RO"/>
              </w:rPr>
            </w:pPr>
            <w:r w:rsidRPr="00FC09DA">
              <w:rPr>
                <w:sz w:val="16"/>
                <w:lang w:val="ro-RO"/>
              </w:rPr>
              <w:t xml:space="preserve"> Rezistență mecanică și stabilitate</w:t>
            </w:r>
          </w:p>
        </w:tc>
      </w:tr>
      <w:tr w:rsidR="003C7CA3" w:rsidRPr="00FC09DA" w14:paraId="648D619D" w14:textId="77777777">
        <w:trPr>
          <w:cantSplit/>
          <w:trHeight w:val="510"/>
        </w:trPr>
        <w:tc>
          <w:tcPr>
            <w:tcW w:w="3212" w:type="dxa"/>
            <w:gridSpan w:val="2"/>
          </w:tcPr>
          <w:p w14:paraId="269BC7B3" w14:textId="3530AFF0" w:rsidR="003C7CA3" w:rsidRPr="00FC09DA" w:rsidRDefault="003454F7">
            <w:pPr>
              <w:keepNext/>
              <w:rPr>
                <w:lang w:val="ro-RO"/>
              </w:rPr>
            </w:pPr>
            <w:r w:rsidRPr="00FC09DA">
              <w:rPr>
                <w:b/>
                <w:color w:val="0D5F78"/>
                <w:lang w:val="ro-RO"/>
              </w:rPr>
              <w:t>Sistem structural</w:t>
            </w:r>
            <w:r w:rsidR="009E435D" w:rsidRPr="00FC09DA">
              <w:rPr>
                <w:b/>
                <w:color w:val="0D5F78"/>
                <w:lang w:val="ro-RO"/>
              </w:rPr>
              <w:t xml:space="preserve"> </w:t>
            </w:r>
            <w:r w:rsidR="009E435D" w:rsidRPr="00FC09DA">
              <w:rPr>
                <w:bCs/>
                <w:i/>
                <w:iCs/>
                <w:color w:val="808080" w:themeColor="background1" w:themeShade="80"/>
                <w:lang w:val="ro-RO"/>
              </w:rPr>
              <w:t>(existent/propus)</w:t>
            </w:r>
          </w:p>
          <w:p w14:paraId="4148DB18" w14:textId="77777777" w:rsidR="003C7CA3" w:rsidRPr="00FC09DA" w:rsidRDefault="003C7CA3">
            <w:pPr>
              <w:keepNext/>
              <w:rPr>
                <w:lang w:val="ro-RO"/>
              </w:rPr>
            </w:pPr>
          </w:p>
        </w:tc>
        <w:tc>
          <w:tcPr>
            <w:tcW w:w="3212" w:type="dxa"/>
            <w:gridSpan w:val="4"/>
          </w:tcPr>
          <w:p w14:paraId="230A02FC" w14:textId="017863FE" w:rsidR="003C7CA3" w:rsidRPr="00FC09DA" w:rsidRDefault="003454F7">
            <w:pPr>
              <w:keepNext/>
              <w:rPr>
                <w:lang w:val="ro-RO"/>
              </w:rPr>
            </w:pPr>
            <w:r w:rsidRPr="00FC09DA">
              <w:rPr>
                <w:b/>
                <w:color w:val="0D5F78"/>
                <w:lang w:val="ro-RO"/>
              </w:rPr>
              <w:t>Material structural</w:t>
            </w:r>
            <w:r w:rsidR="009E435D" w:rsidRPr="00FC09DA">
              <w:rPr>
                <w:b/>
                <w:color w:val="0D5F78"/>
                <w:lang w:val="ro-RO"/>
              </w:rPr>
              <w:t xml:space="preserve"> </w:t>
            </w:r>
            <w:r w:rsidR="009E435D" w:rsidRPr="00FC09DA">
              <w:rPr>
                <w:bCs/>
                <w:i/>
                <w:iCs/>
                <w:color w:val="808080" w:themeColor="background1" w:themeShade="80"/>
                <w:lang w:val="ro-RO"/>
              </w:rPr>
              <w:t>(existent/propus)</w:t>
            </w:r>
          </w:p>
          <w:p w14:paraId="52213A2A" w14:textId="77777777" w:rsidR="003C7CA3" w:rsidRPr="00FC09DA" w:rsidRDefault="003C7CA3">
            <w:pPr>
              <w:keepNext/>
              <w:rPr>
                <w:lang w:val="ro-RO"/>
              </w:rPr>
            </w:pPr>
          </w:p>
        </w:tc>
        <w:tc>
          <w:tcPr>
            <w:tcW w:w="3212" w:type="dxa"/>
            <w:gridSpan w:val="3"/>
          </w:tcPr>
          <w:p w14:paraId="5FC13512" w14:textId="6C261E0A" w:rsidR="003C7CA3" w:rsidRPr="00FC09DA" w:rsidRDefault="003454F7">
            <w:pPr>
              <w:keepNext/>
              <w:rPr>
                <w:lang w:val="ro-RO"/>
              </w:rPr>
            </w:pPr>
            <w:r w:rsidRPr="00FC09DA">
              <w:rPr>
                <w:b/>
                <w:color w:val="0D5F78"/>
                <w:lang w:val="ro-RO"/>
              </w:rPr>
              <w:t>Clasa de risc seismic</w:t>
            </w:r>
            <w:r w:rsidR="009E435D" w:rsidRPr="00FC09DA">
              <w:rPr>
                <w:b/>
                <w:color w:val="0D5F78"/>
                <w:lang w:val="ro-RO"/>
              </w:rPr>
              <w:t xml:space="preserve"> </w:t>
            </w:r>
            <w:r w:rsidR="009E435D" w:rsidRPr="00FC09DA">
              <w:rPr>
                <w:bCs/>
                <w:i/>
                <w:iCs/>
                <w:color w:val="808080" w:themeColor="background1" w:themeShade="80"/>
                <w:lang w:val="ro-RO"/>
              </w:rPr>
              <w:t>(existent/propus)</w:t>
            </w:r>
          </w:p>
          <w:p w14:paraId="121DEF40" w14:textId="77777777" w:rsidR="003C7CA3" w:rsidRPr="00FC09DA" w:rsidRDefault="003454F7">
            <w:pPr>
              <w:keepNext/>
              <w:rPr>
                <w:lang w:val="ro-RO"/>
              </w:rPr>
            </w:pPr>
            <w:r w:rsidRPr="00FC09DA">
              <w:rPr>
                <w:i/>
                <w:color w:val="7A7A7A"/>
                <w:lang w:val="ro-RO"/>
              </w:rPr>
              <w:t>Rs I … Rs IV</w:t>
            </w:r>
          </w:p>
          <w:p w14:paraId="21701975" w14:textId="77777777" w:rsidR="003C7CA3" w:rsidRPr="00FC09DA" w:rsidRDefault="003C7CA3">
            <w:pPr>
              <w:keepNext/>
              <w:rPr>
                <w:lang w:val="ro-RO"/>
              </w:rPr>
            </w:pPr>
          </w:p>
        </w:tc>
      </w:tr>
      <w:tr w:rsidR="003C7CA3" w:rsidRPr="00FC09DA" w14:paraId="10E744AE" w14:textId="77777777">
        <w:trPr>
          <w:cantSplit/>
        </w:trPr>
        <w:tc>
          <w:tcPr>
            <w:tcW w:w="9636" w:type="dxa"/>
            <w:gridSpan w:val="9"/>
            <w:shd w:val="clear" w:color="auto" w:fill="F4F4F4"/>
          </w:tcPr>
          <w:p w14:paraId="1EE6A226" w14:textId="77777777" w:rsidR="003C7CA3" w:rsidRPr="00FC09DA" w:rsidRDefault="003454F7">
            <w:pPr>
              <w:keepNext/>
              <w:rPr>
                <w:lang w:val="ro-RO"/>
              </w:rPr>
            </w:pPr>
            <w:r w:rsidRPr="00FC09DA">
              <w:rPr>
                <w:sz w:val="16"/>
                <w:lang w:val="ro-RO"/>
              </w:rPr>
              <w:t xml:space="preserve"> Anvelopă</w:t>
            </w:r>
          </w:p>
        </w:tc>
      </w:tr>
      <w:tr w:rsidR="003C7CA3" w:rsidRPr="00FC09DA" w14:paraId="7BA6871E" w14:textId="77777777">
        <w:trPr>
          <w:cantSplit/>
          <w:trHeight w:val="510"/>
        </w:trPr>
        <w:tc>
          <w:tcPr>
            <w:tcW w:w="2409" w:type="dxa"/>
          </w:tcPr>
          <w:p w14:paraId="13427585" w14:textId="056B9861" w:rsidR="003C7CA3" w:rsidRPr="00FC09DA" w:rsidRDefault="003454F7">
            <w:pPr>
              <w:keepNext/>
              <w:rPr>
                <w:lang w:val="ro-RO"/>
              </w:rPr>
            </w:pPr>
            <w:r w:rsidRPr="00FC09DA">
              <w:rPr>
                <w:b/>
                <w:color w:val="0D5F78"/>
                <w:lang w:val="ro-RO"/>
              </w:rPr>
              <w:t>Acoperiș / învelitoare</w:t>
            </w:r>
            <w:r w:rsidR="009E435D" w:rsidRPr="00FC09DA">
              <w:rPr>
                <w:b/>
                <w:color w:val="0D5F78"/>
                <w:lang w:val="ro-RO"/>
              </w:rPr>
              <w:t xml:space="preserve"> </w:t>
            </w:r>
            <w:r w:rsidR="009E435D" w:rsidRPr="00FC09DA">
              <w:rPr>
                <w:bCs/>
                <w:i/>
                <w:iCs/>
                <w:color w:val="808080" w:themeColor="background1" w:themeShade="80"/>
                <w:lang w:val="ro-RO"/>
              </w:rPr>
              <w:t>(existent/propus)</w:t>
            </w:r>
          </w:p>
          <w:p w14:paraId="77A32C88" w14:textId="77777777" w:rsidR="003C7CA3" w:rsidRPr="00FC09DA" w:rsidRDefault="003454F7">
            <w:pPr>
              <w:keepNext/>
              <w:rPr>
                <w:lang w:val="ro-RO"/>
              </w:rPr>
            </w:pPr>
            <w:r w:rsidRPr="00FC09DA">
              <w:rPr>
                <w:i/>
                <w:color w:val="7A7A7A"/>
                <w:lang w:val="ro-RO"/>
              </w:rPr>
              <w:t>șarpantă sau terasă</w:t>
            </w:r>
          </w:p>
          <w:p w14:paraId="49F0469B" w14:textId="77777777" w:rsidR="003C7CA3" w:rsidRPr="00FC09DA" w:rsidRDefault="003C7CA3">
            <w:pPr>
              <w:keepNext/>
              <w:rPr>
                <w:lang w:val="ro-RO"/>
              </w:rPr>
            </w:pPr>
          </w:p>
        </w:tc>
        <w:tc>
          <w:tcPr>
            <w:tcW w:w="2409" w:type="dxa"/>
            <w:gridSpan w:val="3"/>
          </w:tcPr>
          <w:p w14:paraId="21D1830D" w14:textId="77777777" w:rsidR="003C7CA3" w:rsidRPr="00FC09DA" w:rsidRDefault="003454F7">
            <w:pPr>
              <w:keepNext/>
              <w:rPr>
                <w:b/>
                <w:color w:val="0D5F78"/>
                <w:lang w:val="ro-RO"/>
              </w:rPr>
            </w:pPr>
            <w:r w:rsidRPr="00FC09DA">
              <w:rPr>
                <w:b/>
                <w:color w:val="0D5F78"/>
                <w:lang w:val="ro-RO"/>
              </w:rPr>
              <w:t>Învelitoare (material / culoare)</w:t>
            </w:r>
          </w:p>
          <w:p w14:paraId="19E92829" w14:textId="20B66F95" w:rsidR="009E435D" w:rsidRPr="00FC09DA" w:rsidRDefault="009E435D">
            <w:pPr>
              <w:keepNext/>
              <w:rPr>
                <w:lang w:val="ro-RO"/>
              </w:rPr>
            </w:pPr>
            <w:r w:rsidRPr="00FC09DA">
              <w:rPr>
                <w:bCs/>
                <w:i/>
                <w:iCs/>
                <w:color w:val="808080" w:themeColor="background1" w:themeShade="80"/>
                <w:lang w:val="ro-RO"/>
              </w:rPr>
              <w:t>(existent/propus)</w:t>
            </w:r>
          </w:p>
          <w:p w14:paraId="7D9D3BEC" w14:textId="77777777" w:rsidR="003C7CA3" w:rsidRPr="00FC09DA" w:rsidRDefault="003C7CA3">
            <w:pPr>
              <w:keepNext/>
              <w:rPr>
                <w:lang w:val="ro-RO"/>
              </w:rPr>
            </w:pPr>
          </w:p>
        </w:tc>
        <w:tc>
          <w:tcPr>
            <w:tcW w:w="2409" w:type="dxa"/>
            <w:gridSpan w:val="3"/>
          </w:tcPr>
          <w:p w14:paraId="74D7EE9D" w14:textId="77777777" w:rsidR="009E435D" w:rsidRPr="00FC09DA" w:rsidRDefault="003454F7">
            <w:pPr>
              <w:keepNext/>
              <w:rPr>
                <w:b/>
                <w:color w:val="0D5F78"/>
                <w:lang w:val="ro-RO"/>
              </w:rPr>
            </w:pPr>
            <w:r w:rsidRPr="00FC09DA">
              <w:rPr>
                <w:b/>
                <w:color w:val="0D5F78"/>
                <w:lang w:val="ro-RO"/>
              </w:rPr>
              <w:t>Finisaj / tâmplărie exterioară</w:t>
            </w:r>
          </w:p>
          <w:p w14:paraId="1410C167" w14:textId="5DE35244" w:rsidR="003C7CA3" w:rsidRPr="00FC09DA" w:rsidRDefault="009E435D">
            <w:pPr>
              <w:keepNext/>
              <w:rPr>
                <w:lang w:val="ro-RO"/>
              </w:rPr>
            </w:pPr>
            <w:r w:rsidRPr="00FC09DA">
              <w:rPr>
                <w:bCs/>
                <w:i/>
                <w:iCs/>
                <w:color w:val="808080" w:themeColor="background1" w:themeShade="80"/>
                <w:lang w:val="ro-RO"/>
              </w:rPr>
              <w:t>(existent/propus)</w:t>
            </w:r>
          </w:p>
          <w:p w14:paraId="61D838D9" w14:textId="77777777" w:rsidR="003C7CA3" w:rsidRPr="00FC09DA" w:rsidRDefault="003454F7">
            <w:pPr>
              <w:keepNext/>
              <w:rPr>
                <w:lang w:val="ro-RO"/>
              </w:rPr>
            </w:pPr>
            <w:r w:rsidRPr="00FC09DA">
              <w:rPr>
                <w:i/>
                <w:color w:val="7A7A7A"/>
                <w:lang w:val="ro-RO"/>
              </w:rPr>
              <w:t>material, culoare</w:t>
            </w:r>
          </w:p>
          <w:p w14:paraId="3F09D205" w14:textId="77777777" w:rsidR="003C7CA3" w:rsidRPr="00FC09DA" w:rsidRDefault="003C7CA3">
            <w:pPr>
              <w:keepNext/>
              <w:rPr>
                <w:lang w:val="ro-RO"/>
              </w:rPr>
            </w:pPr>
          </w:p>
        </w:tc>
        <w:tc>
          <w:tcPr>
            <w:tcW w:w="2409" w:type="dxa"/>
            <w:gridSpan w:val="2"/>
          </w:tcPr>
          <w:p w14:paraId="6AC4C09E" w14:textId="77777777" w:rsidR="009E435D" w:rsidRPr="00FC09DA" w:rsidRDefault="003454F7">
            <w:pPr>
              <w:keepNext/>
              <w:rPr>
                <w:b/>
                <w:color w:val="0D5F78"/>
                <w:lang w:val="ro-RO"/>
              </w:rPr>
            </w:pPr>
            <w:r w:rsidRPr="00FC09DA">
              <w:rPr>
                <w:b/>
                <w:color w:val="0D5F78"/>
                <w:lang w:val="ro-RO"/>
              </w:rPr>
              <w:t>Sistem de încălzire</w:t>
            </w:r>
          </w:p>
          <w:p w14:paraId="76CAE6F3" w14:textId="1DA1FF1D" w:rsidR="003C7CA3" w:rsidRPr="00FC09DA" w:rsidRDefault="009E435D">
            <w:pPr>
              <w:keepNext/>
              <w:rPr>
                <w:lang w:val="ro-RO"/>
              </w:rPr>
            </w:pPr>
            <w:r w:rsidRPr="00FC09DA">
              <w:rPr>
                <w:bCs/>
                <w:i/>
                <w:iCs/>
                <w:color w:val="808080" w:themeColor="background1" w:themeShade="80"/>
                <w:lang w:val="ro-RO"/>
              </w:rPr>
              <w:t>(existent/propus)</w:t>
            </w:r>
          </w:p>
          <w:p w14:paraId="610AF003" w14:textId="77777777" w:rsidR="003C7CA3" w:rsidRPr="00FC09DA" w:rsidRDefault="003C7CA3">
            <w:pPr>
              <w:keepNext/>
              <w:rPr>
                <w:lang w:val="ro-RO"/>
              </w:rPr>
            </w:pPr>
          </w:p>
        </w:tc>
      </w:tr>
      <w:tr w:rsidR="003C7CA3" w:rsidRPr="00FC09DA" w14:paraId="46C29B05" w14:textId="77777777">
        <w:trPr>
          <w:cantSplit/>
        </w:trPr>
        <w:tc>
          <w:tcPr>
            <w:tcW w:w="9636" w:type="dxa"/>
            <w:gridSpan w:val="9"/>
            <w:shd w:val="clear" w:color="auto" w:fill="F4F4F4"/>
          </w:tcPr>
          <w:p w14:paraId="3E9A768B" w14:textId="77777777" w:rsidR="003C7CA3" w:rsidRPr="00FC09DA" w:rsidRDefault="003454F7">
            <w:pPr>
              <w:keepNext/>
              <w:rPr>
                <w:lang w:val="ro-RO"/>
              </w:rPr>
            </w:pPr>
            <w:r w:rsidRPr="00FC09DA">
              <w:rPr>
                <w:sz w:val="16"/>
                <w:lang w:val="ro-RO"/>
              </w:rPr>
              <w:t xml:space="preserve"> Siguranță la incendiu</w:t>
            </w:r>
          </w:p>
        </w:tc>
      </w:tr>
      <w:tr w:rsidR="003C7CA3" w:rsidRPr="00FC09DA" w14:paraId="6546425B" w14:textId="77777777">
        <w:trPr>
          <w:cantSplit/>
          <w:trHeight w:val="510"/>
        </w:trPr>
        <w:tc>
          <w:tcPr>
            <w:tcW w:w="5621" w:type="dxa"/>
            <w:gridSpan w:val="5"/>
          </w:tcPr>
          <w:p w14:paraId="32C1F791" w14:textId="3C57619C" w:rsidR="003C7CA3" w:rsidRPr="00FC09DA" w:rsidRDefault="003454F7">
            <w:pPr>
              <w:keepNext/>
              <w:rPr>
                <w:lang w:val="ro-RO"/>
              </w:rPr>
            </w:pPr>
            <w:r w:rsidRPr="00FC09DA">
              <w:rPr>
                <w:b/>
                <w:color w:val="0D5F78"/>
                <w:lang w:val="ro-RO"/>
              </w:rPr>
              <w:t>Nivel de stabilitate la incendiu</w:t>
            </w:r>
            <w:r w:rsidR="009E435D" w:rsidRPr="00FC09DA">
              <w:rPr>
                <w:b/>
                <w:color w:val="0D5F78"/>
                <w:lang w:val="ro-RO"/>
              </w:rPr>
              <w:t xml:space="preserve"> </w:t>
            </w:r>
            <w:r w:rsidR="009E435D" w:rsidRPr="00FC09DA">
              <w:rPr>
                <w:bCs/>
                <w:i/>
                <w:iCs/>
                <w:color w:val="808080" w:themeColor="background1" w:themeShade="80"/>
                <w:lang w:val="ro-RO"/>
              </w:rPr>
              <w:t>(existent/propus)</w:t>
            </w:r>
          </w:p>
          <w:p w14:paraId="56434CF7" w14:textId="77777777" w:rsidR="003C7CA3" w:rsidRPr="00FC09DA" w:rsidRDefault="003C7CA3">
            <w:pPr>
              <w:keepNext/>
              <w:rPr>
                <w:lang w:val="ro-RO"/>
              </w:rPr>
            </w:pPr>
          </w:p>
        </w:tc>
        <w:tc>
          <w:tcPr>
            <w:tcW w:w="4015" w:type="dxa"/>
            <w:gridSpan w:val="4"/>
          </w:tcPr>
          <w:p w14:paraId="6EEC9105" w14:textId="1B1D82C1" w:rsidR="003C7CA3" w:rsidRPr="00FC09DA" w:rsidRDefault="003454F7">
            <w:pPr>
              <w:keepNext/>
              <w:rPr>
                <w:lang w:val="ro-RO"/>
              </w:rPr>
            </w:pPr>
            <w:r w:rsidRPr="00FC09DA">
              <w:rPr>
                <w:b/>
                <w:color w:val="0D5F78"/>
                <w:lang w:val="ro-RO"/>
              </w:rPr>
              <w:t>Număr maxim utilizatori</w:t>
            </w:r>
            <w:r w:rsidR="009E435D" w:rsidRPr="00FC09DA">
              <w:rPr>
                <w:b/>
                <w:color w:val="0D5F78"/>
                <w:lang w:val="ro-RO"/>
              </w:rPr>
              <w:t xml:space="preserve"> </w:t>
            </w:r>
            <w:r w:rsidR="009E435D" w:rsidRPr="00FC09DA">
              <w:rPr>
                <w:bCs/>
                <w:i/>
                <w:iCs/>
                <w:color w:val="808080" w:themeColor="background1" w:themeShade="80"/>
                <w:lang w:val="ro-RO"/>
              </w:rPr>
              <w:t>(existent/propus)</w:t>
            </w:r>
          </w:p>
          <w:p w14:paraId="04845F3C" w14:textId="77777777" w:rsidR="003C7CA3" w:rsidRPr="00FC09DA" w:rsidRDefault="003C7CA3">
            <w:pPr>
              <w:keepNext/>
              <w:rPr>
                <w:lang w:val="ro-RO"/>
              </w:rPr>
            </w:pPr>
          </w:p>
        </w:tc>
      </w:tr>
    </w:tbl>
    <w:p w14:paraId="5444A95F" w14:textId="77777777" w:rsidR="003C7CA3" w:rsidRPr="00FC09DA"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FC09DA" w14:paraId="6C362E1B" w14:textId="77777777">
        <w:trPr>
          <w:cantSplit/>
        </w:trPr>
        <w:tc>
          <w:tcPr>
            <w:tcW w:w="9636" w:type="dxa"/>
            <w:gridSpan w:val="9"/>
            <w:shd w:val="clear" w:color="auto" w:fill="F4F4F4"/>
          </w:tcPr>
          <w:p w14:paraId="69228431" w14:textId="79EC420A" w:rsidR="003C7CA3" w:rsidRPr="00FC09DA" w:rsidRDefault="003454F7">
            <w:pPr>
              <w:keepNext/>
              <w:rPr>
                <w:lang w:val="ro-RO"/>
              </w:rPr>
            </w:pPr>
            <w:r w:rsidRPr="00FC09DA">
              <w:rPr>
                <w:b/>
                <w:sz w:val="16"/>
                <w:lang w:val="ro-RO"/>
              </w:rPr>
              <w:t xml:space="preserve"> 5. </w:t>
            </w:r>
            <w:r w:rsidRPr="00FC09DA">
              <w:rPr>
                <w:b/>
                <w:color w:val="000000"/>
                <w:sz w:val="18"/>
                <w:lang w:val="ro-RO"/>
              </w:rPr>
              <w:t>CAPACITĂȚILE FUNCȚIONALE ALE CONSTRUCȚIILOR PROIECTATE</w:t>
            </w:r>
          </w:p>
        </w:tc>
      </w:tr>
      <w:tr w:rsidR="003C7CA3" w:rsidRPr="00FC09DA" w14:paraId="3C92EC5C" w14:textId="77777777">
        <w:trPr>
          <w:cantSplit/>
        </w:trPr>
        <w:tc>
          <w:tcPr>
            <w:tcW w:w="9636" w:type="dxa"/>
            <w:gridSpan w:val="9"/>
            <w:shd w:val="clear" w:color="auto" w:fill="F4F4F4"/>
          </w:tcPr>
          <w:p w14:paraId="7593A7A2" w14:textId="77777777" w:rsidR="003C7CA3" w:rsidRPr="00FC09DA" w:rsidRDefault="003454F7">
            <w:pPr>
              <w:keepNext/>
              <w:rPr>
                <w:lang w:val="ro-RO"/>
              </w:rPr>
            </w:pPr>
            <w:r w:rsidRPr="00FC09DA">
              <w:rPr>
                <w:sz w:val="16"/>
                <w:lang w:val="ro-RO"/>
              </w:rPr>
              <w:t xml:space="preserve"> Construcții de locuințe</w:t>
            </w:r>
          </w:p>
        </w:tc>
      </w:tr>
      <w:tr w:rsidR="003C7CA3" w:rsidRPr="00FC09DA" w14:paraId="0376600D" w14:textId="77777777">
        <w:trPr>
          <w:cantSplit/>
        </w:trPr>
        <w:tc>
          <w:tcPr>
            <w:tcW w:w="9636" w:type="dxa"/>
            <w:gridSpan w:val="9"/>
          </w:tcPr>
          <w:p w14:paraId="6B825EA9" w14:textId="5105AB53"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principale (permanente)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sezoniere (de vacanță)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pentru închiriere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sociale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de serviciu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de necesitate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de intervenție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de protocol</w:t>
            </w:r>
          </w:p>
        </w:tc>
      </w:tr>
      <w:tr w:rsidR="003C7CA3" w:rsidRPr="00FC09DA" w14:paraId="5B05CAB7" w14:textId="77777777">
        <w:trPr>
          <w:cantSplit/>
          <w:trHeight w:val="510"/>
        </w:trPr>
        <w:tc>
          <w:tcPr>
            <w:tcW w:w="1606" w:type="dxa"/>
          </w:tcPr>
          <w:p w14:paraId="6F4F8080" w14:textId="77777777" w:rsidR="003C7CA3" w:rsidRPr="00FC09DA" w:rsidRDefault="003454F7">
            <w:pPr>
              <w:keepNext/>
              <w:rPr>
                <w:lang w:val="ro-RO"/>
              </w:rPr>
            </w:pPr>
            <w:r w:rsidRPr="00FC09DA">
              <w:rPr>
                <w:b/>
                <w:color w:val="0D5F78"/>
                <w:lang w:val="ro-RO"/>
              </w:rPr>
              <w:t>Număr de apartamente</w:t>
            </w:r>
          </w:p>
          <w:p w14:paraId="5801AE07" w14:textId="77777777" w:rsidR="003C7CA3" w:rsidRPr="00FC09DA" w:rsidRDefault="003C7CA3">
            <w:pPr>
              <w:keepNext/>
              <w:rPr>
                <w:lang w:val="ro-RO"/>
              </w:rPr>
            </w:pPr>
          </w:p>
        </w:tc>
        <w:tc>
          <w:tcPr>
            <w:tcW w:w="1606" w:type="dxa"/>
            <w:gridSpan w:val="2"/>
          </w:tcPr>
          <w:p w14:paraId="537E2260" w14:textId="77777777" w:rsidR="003C7CA3" w:rsidRPr="00FC09DA" w:rsidRDefault="003454F7">
            <w:pPr>
              <w:keepNext/>
              <w:rPr>
                <w:lang w:val="ro-RO"/>
              </w:rPr>
            </w:pPr>
            <w:r w:rsidRPr="00FC09DA">
              <w:rPr>
                <w:b/>
                <w:color w:val="0D5F78"/>
                <w:lang w:val="ro-RO"/>
              </w:rPr>
              <w:t>cu 1 cameră</w:t>
            </w:r>
          </w:p>
          <w:p w14:paraId="28F9A2EE" w14:textId="77777777" w:rsidR="003C7CA3" w:rsidRPr="00FC09DA" w:rsidRDefault="003C7CA3">
            <w:pPr>
              <w:keepNext/>
              <w:rPr>
                <w:lang w:val="ro-RO"/>
              </w:rPr>
            </w:pPr>
          </w:p>
        </w:tc>
        <w:tc>
          <w:tcPr>
            <w:tcW w:w="1606" w:type="dxa"/>
            <w:gridSpan w:val="2"/>
          </w:tcPr>
          <w:p w14:paraId="0BEC4713" w14:textId="77777777" w:rsidR="003C7CA3" w:rsidRPr="00FC09DA" w:rsidRDefault="003454F7">
            <w:pPr>
              <w:keepNext/>
              <w:rPr>
                <w:lang w:val="ro-RO"/>
              </w:rPr>
            </w:pPr>
            <w:r w:rsidRPr="00FC09DA">
              <w:rPr>
                <w:b/>
                <w:color w:val="0D5F78"/>
                <w:lang w:val="ro-RO"/>
              </w:rPr>
              <w:t>2 camere</w:t>
            </w:r>
          </w:p>
          <w:p w14:paraId="026F69BD" w14:textId="77777777" w:rsidR="003C7CA3" w:rsidRPr="00FC09DA" w:rsidRDefault="003C7CA3">
            <w:pPr>
              <w:keepNext/>
              <w:rPr>
                <w:lang w:val="ro-RO"/>
              </w:rPr>
            </w:pPr>
          </w:p>
        </w:tc>
        <w:tc>
          <w:tcPr>
            <w:tcW w:w="1606" w:type="dxa"/>
          </w:tcPr>
          <w:p w14:paraId="0738363B" w14:textId="77777777" w:rsidR="003C7CA3" w:rsidRPr="00FC09DA" w:rsidRDefault="003454F7">
            <w:pPr>
              <w:keepNext/>
              <w:rPr>
                <w:lang w:val="ro-RO"/>
              </w:rPr>
            </w:pPr>
            <w:r w:rsidRPr="00FC09DA">
              <w:rPr>
                <w:b/>
                <w:color w:val="0D5F78"/>
                <w:lang w:val="ro-RO"/>
              </w:rPr>
              <w:t>3 camere</w:t>
            </w:r>
          </w:p>
          <w:p w14:paraId="12851C40" w14:textId="77777777" w:rsidR="003C7CA3" w:rsidRPr="00FC09DA" w:rsidRDefault="003C7CA3">
            <w:pPr>
              <w:keepNext/>
              <w:rPr>
                <w:lang w:val="ro-RO"/>
              </w:rPr>
            </w:pPr>
          </w:p>
        </w:tc>
        <w:tc>
          <w:tcPr>
            <w:tcW w:w="1606" w:type="dxa"/>
            <w:gridSpan w:val="2"/>
          </w:tcPr>
          <w:p w14:paraId="1799912B" w14:textId="77777777" w:rsidR="003C7CA3" w:rsidRPr="00FC09DA" w:rsidRDefault="003454F7">
            <w:pPr>
              <w:keepNext/>
              <w:rPr>
                <w:lang w:val="ro-RO"/>
              </w:rPr>
            </w:pPr>
            <w:r w:rsidRPr="00FC09DA">
              <w:rPr>
                <w:b/>
                <w:color w:val="0D5F78"/>
                <w:lang w:val="ro-RO"/>
              </w:rPr>
              <w:t>4 camere</w:t>
            </w:r>
          </w:p>
          <w:p w14:paraId="7962E59D" w14:textId="77777777" w:rsidR="003C7CA3" w:rsidRPr="00FC09DA" w:rsidRDefault="003C7CA3">
            <w:pPr>
              <w:keepNext/>
              <w:rPr>
                <w:lang w:val="ro-RO"/>
              </w:rPr>
            </w:pPr>
          </w:p>
        </w:tc>
        <w:tc>
          <w:tcPr>
            <w:tcW w:w="1606" w:type="dxa"/>
          </w:tcPr>
          <w:p w14:paraId="620FA910" w14:textId="77777777" w:rsidR="003C7CA3" w:rsidRPr="00FC09DA" w:rsidRDefault="003454F7">
            <w:pPr>
              <w:keepNext/>
              <w:rPr>
                <w:lang w:val="ro-RO"/>
              </w:rPr>
            </w:pPr>
            <w:r w:rsidRPr="00FC09DA">
              <w:rPr>
                <w:b/>
                <w:color w:val="0D5F78"/>
                <w:lang w:val="ro-RO"/>
              </w:rPr>
              <w:t>5+ camere</w:t>
            </w:r>
          </w:p>
          <w:p w14:paraId="0DD5B823" w14:textId="77777777" w:rsidR="003C7CA3" w:rsidRPr="00FC09DA" w:rsidRDefault="003C7CA3">
            <w:pPr>
              <w:keepNext/>
              <w:rPr>
                <w:lang w:val="ro-RO"/>
              </w:rPr>
            </w:pPr>
          </w:p>
        </w:tc>
      </w:tr>
      <w:tr w:rsidR="003C7CA3" w:rsidRPr="00FC09DA" w14:paraId="67225F94" w14:textId="77777777">
        <w:trPr>
          <w:cantSplit/>
        </w:trPr>
        <w:tc>
          <w:tcPr>
            <w:tcW w:w="9636" w:type="dxa"/>
            <w:gridSpan w:val="9"/>
            <w:shd w:val="clear" w:color="auto" w:fill="F4F4F4"/>
          </w:tcPr>
          <w:p w14:paraId="083EAA92" w14:textId="77777777" w:rsidR="003C7CA3" w:rsidRPr="00FC09DA" w:rsidRDefault="003454F7">
            <w:pPr>
              <w:keepNext/>
              <w:rPr>
                <w:lang w:val="ro-RO"/>
              </w:rPr>
            </w:pPr>
            <w:r w:rsidRPr="00FC09DA">
              <w:rPr>
                <w:sz w:val="16"/>
                <w:lang w:val="ro-RO"/>
              </w:rPr>
              <w:t xml:space="preserve"> Construcții pentru instituții publice și servicii</w:t>
            </w:r>
          </w:p>
        </w:tc>
      </w:tr>
      <w:tr w:rsidR="003C7CA3" w:rsidRPr="00FC09DA" w14:paraId="48DCBDEE" w14:textId="77777777">
        <w:trPr>
          <w:cantSplit/>
          <w:trHeight w:val="510"/>
        </w:trPr>
        <w:tc>
          <w:tcPr>
            <w:tcW w:w="3212" w:type="dxa"/>
            <w:gridSpan w:val="3"/>
          </w:tcPr>
          <w:p w14:paraId="2CB9A7FA" w14:textId="77777777" w:rsidR="003C7CA3" w:rsidRPr="00FC09DA" w:rsidRDefault="003454F7">
            <w:pPr>
              <w:keepNext/>
              <w:rPr>
                <w:lang w:val="ro-RO"/>
              </w:rPr>
            </w:pPr>
            <w:r w:rsidRPr="00FC09DA">
              <w:rPr>
                <w:b/>
                <w:color w:val="0D5F78"/>
                <w:lang w:val="ro-RO"/>
              </w:rPr>
              <w:t>sănătate — nr. de paturi</w:t>
            </w:r>
          </w:p>
          <w:p w14:paraId="696DFB48" w14:textId="77777777" w:rsidR="003C7CA3" w:rsidRPr="00FC09DA" w:rsidRDefault="003C7CA3">
            <w:pPr>
              <w:keepNext/>
              <w:rPr>
                <w:lang w:val="ro-RO"/>
              </w:rPr>
            </w:pPr>
          </w:p>
        </w:tc>
        <w:tc>
          <w:tcPr>
            <w:tcW w:w="3212" w:type="dxa"/>
            <w:gridSpan w:val="3"/>
          </w:tcPr>
          <w:p w14:paraId="3B4DF4B7" w14:textId="040DD092" w:rsidR="003C7CA3" w:rsidRPr="00FC09DA" w:rsidRDefault="003454F7">
            <w:pPr>
              <w:keepNext/>
              <w:rPr>
                <w:lang w:val="ro-RO"/>
              </w:rPr>
            </w:pPr>
            <w:r w:rsidRPr="00FC09DA">
              <w:rPr>
                <w:b/>
                <w:color w:val="0D5F78"/>
                <w:lang w:val="ro-RO"/>
              </w:rPr>
              <w:t xml:space="preserve">învățământ — </w:t>
            </w:r>
            <w:r w:rsidR="00B0669A" w:rsidRPr="00FC09DA">
              <w:rPr>
                <w:b/>
                <w:color w:val="0D5F78"/>
                <w:lang w:val="ro-RO"/>
              </w:rPr>
              <w:t>nr. s</w:t>
            </w:r>
            <w:r w:rsidRPr="00FC09DA">
              <w:rPr>
                <w:b/>
                <w:color w:val="0D5F78"/>
                <w:lang w:val="ro-RO"/>
              </w:rPr>
              <w:t xml:space="preserve">ăli / </w:t>
            </w:r>
            <w:r w:rsidR="00B0669A" w:rsidRPr="00FC09DA">
              <w:rPr>
                <w:b/>
                <w:color w:val="0D5F78"/>
                <w:lang w:val="ro-RO"/>
              </w:rPr>
              <w:t xml:space="preserve">nr. </w:t>
            </w:r>
            <w:r w:rsidRPr="00FC09DA">
              <w:rPr>
                <w:b/>
                <w:color w:val="0D5F78"/>
                <w:lang w:val="ro-RO"/>
              </w:rPr>
              <w:t xml:space="preserve">locuri / </w:t>
            </w:r>
            <w:r w:rsidR="00B0669A" w:rsidRPr="00FC09DA">
              <w:rPr>
                <w:b/>
                <w:color w:val="0D5F78"/>
                <w:lang w:val="ro-RO"/>
              </w:rPr>
              <w:t xml:space="preserve">nr. </w:t>
            </w:r>
            <w:r w:rsidRPr="00FC09DA">
              <w:rPr>
                <w:b/>
                <w:color w:val="0D5F78"/>
                <w:lang w:val="ro-RO"/>
              </w:rPr>
              <w:t>grupe</w:t>
            </w:r>
          </w:p>
          <w:p w14:paraId="38B1D81D" w14:textId="77777777" w:rsidR="003C7CA3" w:rsidRPr="00FC09DA" w:rsidRDefault="003C7CA3">
            <w:pPr>
              <w:keepNext/>
              <w:rPr>
                <w:lang w:val="ro-RO"/>
              </w:rPr>
            </w:pPr>
          </w:p>
        </w:tc>
        <w:tc>
          <w:tcPr>
            <w:tcW w:w="3212" w:type="dxa"/>
            <w:gridSpan w:val="3"/>
          </w:tcPr>
          <w:p w14:paraId="19BC9CE4" w14:textId="77777777" w:rsidR="003C7CA3" w:rsidRPr="00FC09DA" w:rsidRDefault="003454F7">
            <w:pPr>
              <w:keepNext/>
              <w:rPr>
                <w:lang w:val="ro-RO"/>
              </w:rPr>
            </w:pPr>
            <w:r w:rsidRPr="00FC09DA">
              <w:rPr>
                <w:b/>
                <w:color w:val="0D5F78"/>
                <w:lang w:val="ro-RO"/>
              </w:rPr>
              <w:t>cultură — nr. de locuri</w:t>
            </w:r>
          </w:p>
          <w:p w14:paraId="73DB8DD3" w14:textId="77777777" w:rsidR="003C7CA3" w:rsidRPr="00FC09DA" w:rsidRDefault="003C7CA3">
            <w:pPr>
              <w:keepNext/>
              <w:rPr>
                <w:lang w:val="ro-RO"/>
              </w:rPr>
            </w:pPr>
          </w:p>
        </w:tc>
      </w:tr>
      <w:tr w:rsidR="003C7CA3" w:rsidRPr="00FC09DA" w14:paraId="5F9F33DB" w14:textId="77777777">
        <w:trPr>
          <w:cantSplit/>
          <w:trHeight w:val="510"/>
        </w:trPr>
        <w:tc>
          <w:tcPr>
            <w:tcW w:w="3212" w:type="dxa"/>
            <w:gridSpan w:val="3"/>
          </w:tcPr>
          <w:p w14:paraId="576F2B0D" w14:textId="2EBEFE6B" w:rsidR="003C7CA3" w:rsidRPr="00FC09DA" w:rsidRDefault="003454F7">
            <w:pPr>
              <w:keepNext/>
              <w:rPr>
                <w:lang w:val="ro-RO"/>
              </w:rPr>
            </w:pPr>
            <w:r w:rsidRPr="00FC09DA">
              <w:rPr>
                <w:b/>
                <w:color w:val="0D5F78"/>
                <w:lang w:val="ro-RO"/>
              </w:rPr>
              <w:t xml:space="preserve">hoteliere — </w:t>
            </w:r>
            <w:r w:rsidR="00B0669A" w:rsidRPr="00FC09DA">
              <w:rPr>
                <w:b/>
                <w:color w:val="0D5F78"/>
                <w:lang w:val="ro-RO"/>
              </w:rPr>
              <w:t xml:space="preserve">nr. </w:t>
            </w:r>
            <w:r w:rsidRPr="00FC09DA">
              <w:rPr>
                <w:b/>
                <w:color w:val="0D5F78"/>
                <w:lang w:val="ro-RO"/>
              </w:rPr>
              <w:t>camere /</w:t>
            </w:r>
            <w:r w:rsidR="00B0669A" w:rsidRPr="00FC09DA">
              <w:rPr>
                <w:b/>
                <w:color w:val="0D5F78"/>
                <w:lang w:val="ro-RO"/>
              </w:rPr>
              <w:t>nr.</w:t>
            </w:r>
            <w:r w:rsidRPr="00FC09DA">
              <w:rPr>
                <w:b/>
                <w:color w:val="0D5F78"/>
                <w:lang w:val="ro-RO"/>
              </w:rPr>
              <w:t xml:space="preserve"> locuri</w:t>
            </w:r>
          </w:p>
          <w:p w14:paraId="5ED37886" w14:textId="77777777" w:rsidR="003C7CA3" w:rsidRPr="00FC09DA" w:rsidRDefault="003C7CA3">
            <w:pPr>
              <w:keepNext/>
              <w:rPr>
                <w:lang w:val="ro-RO"/>
              </w:rPr>
            </w:pPr>
          </w:p>
        </w:tc>
        <w:tc>
          <w:tcPr>
            <w:tcW w:w="3212" w:type="dxa"/>
            <w:gridSpan w:val="3"/>
          </w:tcPr>
          <w:p w14:paraId="71C38E9C" w14:textId="77777777" w:rsidR="003C7CA3" w:rsidRPr="00FC09DA" w:rsidRDefault="003454F7">
            <w:pPr>
              <w:keepNext/>
              <w:rPr>
                <w:lang w:val="ro-RO"/>
              </w:rPr>
            </w:pPr>
            <w:r w:rsidRPr="00FC09DA">
              <w:rPr>
                <w:b/>
                <w:color w:val="0D5F78"/>
                <w:lang w:val="ro-RO"/>
              </w:rPr>
              <w:t>culte — nr. de locuri</w:t>
            </w:r>
          </w:p>
          <w:p w14:paraId="7642E005" w14:textId="77777777" w:rsidR="003C7CA3" w:rsidRPr="00FC09DA" w:rsidRDefault="003C7CA3">
            <w:pPr>
              <w:keepNext/>
              <w:rPr>
                <w:lang w:val="ro-RO"/>
              </w:rPr>
            </w:pPr>
          </w:p>
        </w:tc>
        <w:tc>
          <w:tcPr>
            <w:tcW w:w="3212" w:type="dxa"/>
            <w:gridSpan w:val="3"/>
          </w:tcPr>
          <w:p w14:paraId="7E9908A3" w14:textId="2A87A6F6" w:rsidR="003C7CA3" w:rsidRPr="00FC09DA" w:rsidRDefault="003454F7">
            <w:pPr>
              <w:keepNext/>
              <w:rPr>
                <w:lang w:val="ro-RO"/>
              </w:rPr>
            </w:pPr>
            <w:r w:rsidRPr="00FC09DA">
              <w:rPr>
                <w:b/>
                <w:color w:val="0D5F78"/>
                <w:lang w:val="ro-RO"/>
              </w:rPr>
              <w:t xml:space="preserve">administrative și financiare — </w:t>
            </w:r>
            <w:r w:rsidR="00B0669A" w:rsidRPr="00FC09DA">
              <w:rPr>
                <w:b/>
                <w:color w:val="0D5F78"/>
                <w:lang w:val="ro-RO"/>
              </w:rPr>
              <w:t>nr.</w:t>
            </w:r>
            <w:r w:rsidRPr="00FC09DA">
              <w:rPr>
                <w:b/>
                <w:color w:val="0D5F78"/>
                <w:lang w:val="ro-RO"/>
              </w:rPr>
              <w:t>personal</w:t>
            </w:r>
          </w:p>
          <w:p w14:paraId="4FED59EA" w14:textId="77777777" w:rsidR="003C7CA3" w:rsidRPr="00FC09DA" w:rsidRDefault="003C7CA3">
            <w:pPr>
              <w:keepNext/>
              <w:rPr>
                <w:lang w:val="ro-RO"/>
              </w:rPr>
            </w:pPr>
          </w:p>
        </w:tc>
      </w:tr>
      <w:tr w:rsidR="003C7CA3" w:rsidRPr="00FC09DA" w14:paraId="38F7A7A2" w14:textId="77777777">
        <w:trPr>
          <w:cantSplit/>
          <w:trHeight w:val="510"/>
        </w:trPr>
        <w:tc>
          <w:tcPr>
            <w:tcW w:w="2409" w:type="dxa"/>
            <w:gridSpan w:val="2"/>
          </w:tcPr>
          <w:p w14:paraId="79954E31" w14:textId="0F435CFF" w:rsidR="003C7CA3" w:rsidRPr="00FC09DA" w:rsidRDefault="003454F7">
            <w:pPr>
              <w:keepNext/>
              <w:rPr>
                <w:lang w:val="ro-RO"/>
              </w:rPr>
            </w:pPr>
            <w:r w:rsidRPr="00FC09DA">
              <w:rPr>
                <w:b/>
                <w:color w:val="0D5F78"/>
                <w:lang w:val="ro-RO"/>
              </w:rPr>
              <w:t xml:space="preserve">comerț — </w:t>
            </w:r>
            <w:r w:rsidR="00B0669A" w:rsidRPr="00FC09DA">
              <w:rPr>
                <w:b/>
                <w:color w:val="0D5F78"/>
                <w:lang w:val="ro-RO"/>
              </w:rPr>
              <w:t>nr.</w:t>
            </w:r>
            <w:r w:rsidRPr="00FC09DA">
              <w:rPr>
                <w:b/>
                <w:color w:val="0D5F78"/>
                <w:lang w:val="ro-RO"/>
              </w:rPr>
              <w:t>personal</w:t>
            </w:r>
          </w:p>
          <w:p w14:paraId="6FE5B4BE" w14:textId="77777777" w:rsidR="003C7CA3" w:rsidRPr="00FC09DA" w:rsidRDefault="003C7CA3">
            <w:pPr>
              <w:keepNext/>
              <w:rPr>
                <w:lang w:val="ro-RO"/>
              </w:rPr>
            </w:pPr>
          </w:p>
        </w:tc>
        <w:tc>
          <w:tcPr>
            <w:tcW w:w="2409" w:type="dxa"/>
            <w:gridSpan w:val="3"/>
          </w:tcPr>
          <w:p w14:paraId="5A53E278" w14:textId="7ADE5129" w:rsidR="003C7CA3" w:rsidRPr="00FC09DA" w:rsidRDefault="003454F7">
            <w:pPr>
              <w:keepNext/>
              <w:rPr>
                <w:lang w:val="ro-RO"/>
              </w:rPr>
            </w:pPr>
            <w:r w:rsidRPr="00FC09DA">
              <w:rPr>
                <w:b/>
                <w:color w:val="0D5F78"/>
                <w:lang w:val="ro-RO"/>
              </w:rPr>
              <w:t xml:space="preserve">alimentație publică — </w:t>
            </w:r>
            <w:r w:rsidR="00B0669A" w:rsidRPr="00FC09DA">
              <w:rPr>
                <w:b/>
                <w:color w:val="0D5F78"/>
                <w:lang w:val="ro-RO"/>
              </w:rPr>
              <w:t>nr.</w:t>
            </w:r>
            <w:r w:rsidRPr="00FC09DA">
              <w:rPr>
                <w:b/>
                <w:color w:val="0D5F78"/>
                <w:lang w:val="ro-RO"/>
              </w:rPr>
              <w:t xml:space="preserve">locuri / </w:t>
            </w:r>
            <w:r w:rsidR="00B0669A" w:rsidRPr="00FC09DA">
              <w:rPr>
                <w:b/>
                <w:color w:val="0D5F78"/>
                <w:lang w:val="ro-RO"/>
              </w:rPr>
              <w:t>nr.</w:t>
            </w:r>
            <w:r w:rsidRPr="00FC09DA">
              <w:rPr>
                <w:b/>
                <w:color w:val="0D5F78"/>
                <w:lang w:val="ro-RO"/>
              </w:rPr>
              <w:t>personal</w:t>
            </w:r>
          </w:p>
          <w:p w14:paraId="5F2402C3" w14:textId="77777777" w:rsidR="003C7CA3" w:rsidRPr="00FC09DA" w:rsidRDefault="003C7CA3">
            <w:pPr>
              <w:keepNext/>
              <w:rPr>
                <w:lang w:val="ro-RO"/>
              </w:rPr>
            </w:pPr>
          </w:p>
        </w:tc>
        <w:tc>
          <w:tcPr>
            <w:tcW w:w="2409" w:type="dxa"/>
            <w:gridSpan w:val="2"/>
          </w:tcPr>
          <w:p w14:paraId="038AE5A2" w14:textId="771FB35C" w:rsidR="003C7CA3" w:rsidRPr="00FC09DA" w:rsidRDefault="003454F7">
            <w:pPr>
              <w:keepNext/>
              <w:rPr>
                <w:lang w:val="ro-RO"/>
              </w:rPr>
            </w:pPr>
            <w:r w:rsidRPr="00FC09DA">
              <w:rPr>
                <w:b/>
                <w:color w:val="0D5F78"/>
                <w:lang w:val="ro-RO"/>
              </w:rPr>
              <w:t xml:space="preserve">servicii — </w:t>
            </w:r>
            <w:r w:rsidR="00B0669A" w:rsidRPr="00FC09DA">
              <w:rPr>
                <w:b/>
                <w:color w:val="0D5F78"/>
                <w:lang w:val="ro-RO"/>
              </w:rPr>
              <w:t>nr.</w:t>
            </w:r>
            <w:r w:rsidRPr="00FC09DA">
              <w:rPr>
                <w:b/>
                <w:color w:val="0D5F78"/>
                <w:lang w:val="ro-RO"/>
              </w:rPr>
              <w:t>personal</w:t>
            </w:r>
          </w:p>
          <w:p w14:paraId="029835D2" w14:textId="77777777" w:rsidR="003C7CA3" w:rsidRPr="00FC09DA" w:rsidRDefault="003C7CA3">
            <w:pPr>
              <w:keepNext/>
              <w:rPr>
                <w:lang w:val="ro-RO"/>
              </w:rPr>
            </w:pPr>
          </w:p>
        </w:tc>
        <w:tc>
          <w:tcPr>
            <w:tcW w:w="2409" w:type="dxa"/>
            <w:gridSpan w:val="2"/>
          </w:tcPr>
          <w:p w14:paraId="24557515" w14:textId="7A52047F" w:rsidR="003C7CA3" w:rsidRPr="00FC09DA" w:rsidRDefault="003454F7">
            <w:pPr>
              <w:keepNext/>
              <w:rPr>
                <w:lang w:val="ro-RO"/>
              </w:rPr>
            </w:pPr>
            <w:r w:rsidRPr="00FC09DA">
              <w:rPr>
                <w:b/>
                <w:color w:val="0D5F78"/>
                <w:lang w:val="ro-RO"/>
              </w:rPr>
              <w:t xml:space="preserve">sport / recreere — </w:t>
            </w:r>
            <w:r w:rsidR="00B0669A" w:rsidRPr="00FC09DA">
              <w:rPr>
                <w:b/>
                <w:color w:val="0D5F78"/>
                <w:lang w:val="ro-RO"/>
              </w:rPr>
              <w:t>nr.</w:t>
            </w:r>
            <w:r w:rsidRPr="00FC09DA">
              <w:rPr>
                <w:b/>
                <w:color w:val="0D5F78"/>
                <w:lang w:val="ro-RO"/>
              </w:rPr>
              <w:t>locuri</w:t>
            </w:r>
          </w:p>
          <w:p w14:paraId="7D797E85" w14:textId="77777777" w:rsidR="003C7CA3" w:rsidRPr="00FC09DA" w:rsidRDefault="003C7CA3">
            <w:pPr>
              <w:keepNext/>
              <w:rPr>
                <w:lang w:val="ro-RO"/>
              </w:rPr>
            </w:pPr>
          </w:p>
        </w:tc>
      </w:tr>
      <w:tr w:rsidR="003C7CA3" w:rsidRPr="00FC09DA" w14:paraId="130398B3" w14:textId="77777777">
        <w:trPr>
          <w:cantSplit/>
          <w:trHeight w:val="510"/>
        </w:trPr>
        <w:tc>
          <w:tcPr>
            <w:tcW w:w="4015" w:type="dxa"/>
            <w:gridSpan w:val="4"/>
          </w:tcPr>
          <w:p w14:paraId="0FE6BA4F" w14:textId="3AC1EE71" w:rsidR="003C7CA3" w:rsidRPr="00FC09DA" w:rsidRDefault="003454F7">
            <w:pPr>
              <w:keepNext/>
              <w:rPr>
                <w:lang w:val="ro-RO"/>
              </w:rPr>
            </w:pPr>
            <w:r w:rsidRPr="00FC09DA">
              <w:rPr>
                <w:b/>
                <w:color w:val="0D5F78"/>
                <w:lang w:val="ro-RO"/>
              </w:rPr>
              <w:t>agricole — nr. de capete / capacitate</w:t>
            </w:r>
          </w:p>
          <w:p w14:paraId="218634FA" w14:textId="77777777" w:rsidR="003C7CA3" w:rsidRPr="00FC09DA" w:rsidRDefault="003C7CA3">
            <w:pPr>
              <w:keepNext/>
              <w:rPr>
                <w:lang w:val="ro-RO"/>
              </w:rPr>
            </w:pPr>
          </w:p>
        </w:tc>
        <w:tc>
          <w:tcPr>
            <w:tcW w:w="2409" w:type="dxa"/>
            <w:gridSpan w:val="2"/>
          </w:tcPr>
          <w:p w14:paraId="34AB3137" w14:textId="243B5D05" w:rsidR="003C7CA3" w:rsidRPr="00FC09DA" w:rsidRDefault="003454F7">
            <w:pPr>
              <w:keepNext/>
              <w:rPr>
                <w:lang w:val="ro-RO"/>
              </w:rPr>
            </w:pPr>
            <w:r w:rsidRPr="00FC09DA">
              <w:rPr>
                <w:b/>
                <w:color w:val="0D5F78"/>
                <w:lang w:val="ro-RO"/>
              </w:rPr>
              <w:t xml:space="preserve">producție — </w:t>
            </w:r>
            <w:r w:rsidR="00B0669A" w:rsidRPr="00FC09DA">
              <w:rPr>
                <w:b/>
                <w:color w:val="0D5F78"/>
                <w:lang w:val="ro-RO"/>
              </w:rPr>
              <w:t>nr.</w:t>
            </w:r>
            <w:r w:rsidRPr="00FC09DA">
              <w:rPr>
                <w:b/>
                <w:color w:val="0D5F78"/>
                <w:lang w:val="ro-RO"/>
              </w:rPr>
              <w:t>personal</w:t>
            </w:r>
          </w:p>
          <w:p w14:paraId="268BCF04" w14:textId="77777777" w:rsidR="003C7CA3" w:rsidRPr="00FC09DA" w:rsidRDefault="003C7CA3">
            <w:pPr>
              <w:keepNext/>
              <w:rPr>
                <w:lang w:val="ro-RO"/>
              </w:rPr>
            </w:pPr>
          </w:p>
        </w:tc>
        <w:tc>
          <w:tcPr>
            <w:tcW w:w="3212" w:type="dxa"/>
            <w:gridSpan w:val="3"/>
          </w:tcPr>
          <w:p w14:paraId="5C91A398" w14:textId="41675E97" w:rsidR="003C7CA3" w:rsidRPr="00FC09DA" w:rsidRDefault="003454F7">
            <w:pPr>
              <w:keepNext/>
              <w:rPr>
                <w:lang w:val="ro-RO"/>
              </w:rPr>
            </w:pPr>
            <w:r w:rsidRPr="00FC09DA">
              <w:rPr>
                <w:b/>
                <w:color w:val="0D5F78"/>
                <w:lang w:val="ro-RO"/>
              </w:rPr>
              <w:t xml:space="preserve">depozitare — </w:t>
            </w:r>
            <w:r w:rsidR="00B0669A" w:rsidRPr="00FC09DA">
              <w:rPr>
                <w:b/>
                <w:color w:val="0D5F78"/>
                <w:lang w:val="ro-RO"/>
              </w:rPr>
              <w:t>nr.</w:t>
            </w:r>
            <w:r w:rsidRPr="00FC09DA">
              <w:rPr>
                <w:b/>
                <w:color w:val="0D5F78"/>
                <w:lang w:val="ro-RO"/>
              </w:rPr>
              <w:t>personal / capacitate</w:t>
            </w:r>
          </w:p>
          <w:p w14:paraId="5A3DE193" w14:textId="77777777" w:rsidR="003C7CA3" w:rsidRPr="00FC09DA" w:rsidRDefault="003C7CA3">
            <w:pPr>
              <w:keepNext/>
              <w:rPr>
                <w:lang w:val="ro-RO"/>
              </w:rPr>
            </w:pPr>
          </w:p>
        </w:tc>
      </w:tr>
      <w:tr w:rsidR="003C7CA3" w:rsidRPr="00FC09DA" w14:paraId="69EA93CE" w14:textId="77777777">
        <w:trPr>
          <w:cantSplit/>
          <w:trHeight w:val="510"/>
        </w:trPr>
        <w:tc>
          <w:tcPr>
            <w:tcW w:w="9636" w:type="dxa"/>
            <w:gridSpan w:val="9"/>
          </w:tcPr>
          <w:p w14:paraId="0C05CBC5" w14:textId="77777777" w:rsidR="003C7CA3" w:rsidRPr="00FC09DA" w:rsidRDefault="003454F7">
            <w:pPr>
              <w:rPr>
                <w:lang w:val="ro-RO"/>
              </w:rPr>
            </w:pPr>
            <w:r w:rsidRPr="00FC09DA">
              <w:rPr>
                <w:b/>
                <w:color w:val="0D5F78"/>
                <w:lang w:val="ro-RO"/>
              </w:rPr>
              <w:t>Alte caracteristici ale capacităților funcționale, necuprinse mai sus</w:t>
            </w:r>
          </w:p>
          <w:p w14:paraId="5566F5A5" w14:textId="77777777" w:rsidR="003C7CA3" w:rsidRPr="00FC09DA" w:rsidRDefault="003C7CA3">
            <w:pPr>
              <w:rPr>
                <w:lang w:val="ro-RO"/>
              </w:rPr>
            </w:pPr>
          </w:p>
        </w:tc>
      </w:tr>
    </w:tbl>
    <w:p w14:paraId="67353002" w14:textId="77777777" w:rsidR="003C7CA3" w:rsidRPr="00FC09DA"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FC09DA" w14:paraId="01F650E0" w14:textId="77777777">
        <w:trPr>
          <w:cantSplit/>
        </w:trPr>
        <w:tc>
          <w:tcPr>
            <w:tcW w:w="9636" w:type="dxa"/>
            <w:gridSpan w:val="6"/>
            <w:shd w:val="clear" w:color="auto" w:fill="F4F4F4"/>
          </w:tcPr>
          <w:p w14:paraId="7E7FA553" w14:textId="77AE8320" w:rsidR="003C7CA3" w:rsidRPr="00FC09DA" w:rsidRDefault="003454F7">
            <w:pPr>
              <w:keepNext/>
              <w:rPr>
                <w:lang w:val="ro-RO"/>
              </w:rPr>
            </w:pPr>
            <w:r w:rsidRPr="00FC09DA">
              <w:rPr>
                <w:b/>
                <w:sz w:val="16"/>
                <w:lang w:val="ro-RO"/>
              </w:rPr>
              <w:t xml:space="preserve"> 6. </w:t>
            </w:r>
            <w:r w:rsidRPr="00FC09DA">
              <w:rPr>
                <w:b/>
                <w:color w:val="000000"/>
                <w:sz w:val="18"/>
                <w:lang w:val="ro-RO"/>
              </w:rPr>
              <w:t>UTILITĂȚI · GARAJE ȘI PARCAJE · AMENAJĂRI EXTERIOARE</w:t>
            </w:r>
          </w:p>
        </w:tc>
      </w:tr>
      <w:tr w:rsidR="003C7CA3" w:rsidRPr="00FC09DA" w14:paraId="6B8C0C3F" w14:textId="77777777">
        <w:trPr>
          <w:cantSplit/>
        </w:trPr>
        <w:tc>
          <w:tcPr>
            <w:tcW w:w="9636" w:type="dxa"/>
            <w:gridSpan w:val="6"/>
          </w:tcPr>
          <w:p w14:paraId="61894E41" w14:textId="217F8173"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apă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canalizare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energie electrică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energie termică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gaze naturale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telefonizare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salubritate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transport urban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alte utilități:</w:t>
            </w:r>
          </w:p>
        </w:tc>
      </w:tr>
      <w:tr w:rsidR="00C46767" w:rsidRPr="00FC09DA" w14:paraId="27EC2DE3" w14:textId="77777777" w:rsidTr="00C46767">
        <w:trPr>
          <w:cantSplit/>
          <w:trHeight w:val="510"/>
        </w:trPr>
        <w:tc>
          <w:tcPr>
            <w:tcW w:w="2235" w:type="dxa"/>
            <w:gridSpan w:val="2"/>
          </w:tcPr>
          <w:p w14:paraId="76BECEA9" w14:textId="320759E1" w:rsidR="00C46767" w:rsidRPr="00FC09DA" w:rsidRDefault="00C46767">
            <w:pPr>
              <w:keepNext/>
              <w:rPr>
                <w:lang w:val="ro-RO"/>
              </w:rPr>
            </w:pPr>
            <w:r w:rsidRPr="00FC09DA">
              <w:rPr>
                <w:b/>
                <w:color w:val="0D5F78"/>
                <w:lang w:val="ro-RO"/>
              </w:rPr>
              <w:t xml:space="preserve">garaje — nr. locuri </w:t>
            </w:r>
          </w:p>
          <w:p w14:paraId="110B1A51" w14:textId="77777777" w:rsidR="00C46767" w:rsidRPr="00FC09DA" w:rsidRDefault="00C46767">
            <w:pPr>
              <w:keepNext/>
              <w:rPr>
                <w:lang w:val="ro-RO"/>
              </w:rPr>
            </w:pPr>
          </w:p>
        </w:tc>
        <w:tc>
          <w:tcPr>
            <w:tcW w:w="1842" w:type="dxa"/>
          </w:tcPr>
          <w:p w14:paraId="0ABBB532" w14:textId="77777777" w:rsidR="00C46767" w:rsidRPr="00FC09DA" w:rsidRDefault="00C46767">
            <w:pPr>
              <w:keepNext/>
              <w:rPr>
                <w:lang w:val="ro-RO"/>
              </w:rPr>
            </w:pPr>
            <w:r w:rsidRPr="00FC09DA">
              <w:rPr>
                <w:b/>
                <w:color w:val="0D5F78"/>
                <w:lang w:val="ro-RO"/>
              </w:rPr>
              <w:t xml:space="preserve">parcaje — nr. locuri </w:t>
            </w:r>
          </w:p>
        </w:tc>
        <w:tc>
          <w:tcPr>
            <w:tcW w:w="2347" w:type="dxa"/>
          </w:tcPr>
          <w:p w14:paraId="5E230273" w14:textId="480ECC30" w:rsidR="00C46767" w:rsidRPr="00FC09DA" w:rsidRDefault="00C46767" w:rsidP="00C46767">
            <w:pPr>
              <w:rPr>
                <w:lang w:val="ro-RO"/>
              </w:rPr>
            </w:pPr>
            <w:r w:rsidRPr="00FC09DA">
              <w:rPr>
                <w:b/>
                <w:color w:val="0D5F78"/>
                <w:lang w:val="ro-RO"/>
              </w:rPr>
              <w:t>parcaje pentru biciclete – nr. locuri</w:t>
            </w:r>
          </w:p>
          <w:p w14:paraId="1B5BA92E" w14:textId="423BC9DB" w:rsidR="00C46767" w:rsidRPr="00FC09DA" w:rsidRDefault="00C46767">
            <w:pPr>
              <w:keepNext/>
              <w:rPr>
                <w:lang w:val="ro-RO"/>
              </w:rPr>
            </w:pPr>
          </w:p>
        </w:tc>
        <w:tc>
          <w:tcPr>
            <w:tcW w:w="3212" w:type="dxa"/>
            <w:gridSpan w:val="2"/>
          </w:tcPr>
          <w:p w14:paraId="26761444" w14:textId="77777777" w:rsidR="00C46767" w:rsidRPr="00FC09DA" w:rsidRDefault="00C46767">
            <w:pPr>
              <w:keepNext/>
              <w:rPr>
                <w:lang w:val="ro-RO"/>
              </w:rPr>
            </w:pPr>
            <w:r w:rsidRPr="00FC09DA">
              <w:rPr>
                <w:b/>
                <w:color w:val="0D5F78"/>
                <w:lang w:val="ro-RO"/>
              </w:rPr>
              <w:t>alei carosabile, inclusiv parcaje la sol (m²)</w:t>
            </w:r>
          </w:p>
          <w:p w14:paraId="1AF44448" w14:textId="77777777" w:rsidR="00C46767" w:rsidRPr="00FC09DA" w:rsidRDefault="00C46767">
            <w:pPr>
              <w:keepNext/>
              <w:rPr>
                <w:lang w:val="ro-RO"/>
              </w:rPr>
            </w:pPr>
          </w:p>
        </w:tc>
      </w:tr>
      <w:tr w:rsidR="003C7CA3" w:rsidRPr="00FC09DA" w14:paraId="6E7FDA17" w14:textId="77777777" w:rsidTr="00C46767">
        <w:trPr>
          <w:cantSplit/>
          <w:trHeight w:val="510"/>
        </w:trPr>
        <w:tc>
          <w:tcPr>
            <w:tcW w:w="1606" w:type="dxa"/>
          </w:tcPr>
          <w:p w14:paraId="2AA92BFE" w14:textId="77777777" w:rsidR="003C7CA3" w:rsidRPr="00FC09DA" w:rsidRDefault="003454F7">
            <w:pPr>
              <w:rPr>
                <w:lang w:val="ro-RO"/>
              </w:rPr>
            </w:pPr>
            <w:r w:rsidRPr="00FC09DA">
              <w:rPr>
                <w:b/>
                <w:color w:val="0D5F78"/>
                <w:lang w:val="ro-RO"/>
              </w:rPr>
              <w:t>alei pietonale (m²)</w:t>
            </w:r>
          </w:p>
          <w:p w14:paraId="37097089" w14:textId="77777777" w:rsidR="003C7CA3" w:rsidRPr="00FC09DA" w:rsidRDefault="003C7CA3">
            <w:pPr>
              <w:rPr>
                <w:lang w:val="ro-RO"/>
              </w:rPr>
            </w:pPr>
          </w:p>
        </w:tc>
        <w:tc>
          <w:tcPr>
            <w:tcW w:w="2471" w:type="dxa"/>
            <w:gridSpan w:val="2"/>
          </w:tcPr>
          <w:p w14:paraId="002F19A1" w14:textId="77777777" w:rsidR="003C7CA3" w:rsidRPr="00FC09DA" w:rsidRDefault="003454F7">
            <w:pPr>
              <w:rPr>
                <w:lang w:val="ro-RO"/>
              </w:rPr>
            </w:pPr>
            <w:r w:rsidRPr="00FC09DA">
              <w:rPr>
                <w:b/>
                <w:color w:val="0D5F78"/>
                <w:lang w:val="ro-RO"/>
              </w:rPr>
              <w:t>alte platforme la nivelul solului (m²)</w:t>
            </w:r>
          </w:p>
          <w:p w14:paraId="29F6F182" w14:textId="77777777" w:rsidR="003C7CA3" w:rsidRPr="00FC09DA" w:rsidRDefault="003454F7">
            <w:pPr>
              <w:rPr>
                <w:lang w:val="ro-RO"/>
              </w:rPr>
            </w:pPr>
            <w:r w:rsidRPr="00FC09DA">
              <w:rPr>
                <w:i/>
                <w:color w:val="7A7A7A"/>
                <w:lang w:val="ro-RO"/>
              </w:rPr>
              <w:t>deșeuri etc.</w:t>
            </w:r>
          </w:p>
          <w:p w14:paraId="019BCEAA" w14:textId="77777777" w:rsidR="003C7CA3" w:rsidRPr="00FC09DA" w:rsidRDefault="003C7CA3">
            <w:pPr>
              <w:rPr>
                <w:lang w:val="ro-RO"/>
              </w:rPr>
            </w:pPr>
          </w:p>
        </w:tc>
        <w:tc>
          <w:tcPr>
            <w:tcW w:w="3953" w:type="dxa"/>
            <w:gridSpan w:val="2"/>
          </w:tcPr>
          <w:p w14:paraId="515407BB" w14:textId="77777777" w:rsidR="003C7CA3" w:rsidRPr="00FC09DA" w:rsidRDefault="003454F7">
            <w:pPr>
              <w:rPr>
                <w:lang w:val="ro-RO"/>
              </w:rPr>
            </w:pPr>
            <w:r w:rsidRPr="00FC09DA">
              <w:rPr>
                <w:b/>
                <w:color w:val="0D5F78"/>
                <w:lang w:val="ro-RO"/>
              </w:rPr>
              <w:t>arbori tăiați / menținuți / plantați (nr.)</w:t>
            </w:r>
          </w:p>
          <w:p w14:paraId="1FB95EB6" w14:textId="77777777" w:rsidR="003C7CA3" w:rsidRPr="00FC09DA" w:rsidRDefault="003C7CA3">
            <w:pPr>
              <w:rPr>
                <w:lang w:val="ro-RO"/>
              </w:rPr>
            </w:pPr>
          </w:p>
        </w:tc>
        <w:tc>
          <w:tcPr>
            <w:tcW w:w="1606" w:type="dxa"/>
          </w:tcPr>
          <w:p w14:paraId="25733FE4" w14:textId="77777777" w:rsidR="003C7CA3" w:rsidRPr="00FC09DA" w:rsidRDefault="003454F7">
            <w:pPr>
              <w:rPr>
                <w:lang w:val="ro-RO"/>
              </w:rPr>
            </w:pPr>
            <w:r w:rsidRPr="00FC09DA">
              <w:rPr>
                <w:b/>
                <w:color w:val="0D5F78"/>
                <w:lang w:val="ro-RO"/>
              </w:rPr>
              <w:t>spații verzi (m²)</w:t>
            </w:r>
          </w:p>
          <w:p w14:paraId="5166C427" w14:textId="77777777" w:rsidR="003C7CA3" w:rsidRPr="00FC09DA" w:rsidRDefault="003C7CA3">
            <w:pPr>
              <w:rPr>
                <w:lang w:val="ro-RO"/>
              </w:rPr>
            </w:pPr>
          </w:p>
        </w:tc>
      </w:tr>
    </w:tbl>
    <w:p w14:paraId="39DEA0F6" w14:textId="77777777" w:rsidR="003C7CA3" w:rsidRPr="00FC09DA"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FC09DA" w14:paraId="09A15946" w14:textId="77777777">
        <w:trPr>
          <w:cantSplit/>
        </w:trPr>
        <w:tc>
          <w:tcPr>
            <w:tcW w:w="9636" w:type="dxa"/>
            <w:gridSpan w:val="2"/>
            <w:shd w:val="clear" w:color="auto" w:fill="F4F4F4"/>
          </w:tcPr>
          <w:p w14:paraId="2CD1D9E8" w14:textId="5C533AE5" w:rsidR="003C7CA3" w:rsidRPr="00FC09DA" w:rsidRDefault="003454F7">
            <w:pPr>
              <w:keepNext/>
              <w:rPr>
                <w:lang w:val="ro-RO"/>
              </w:rPr>
            </w:pPr>
            <w:r w:rsidRPr="00FC09DA">
              <w:rPr>
                <w:b/>
                <w:sz w:val="16"/>
                <w:lang w:val="ro-RO"/>
              </w:rPr>
              <w:lastRenderedPageBreak/>
              <w:t xml:space="preserve"> 7. </w:t>
            </w:r>
            <w:r w:rsidRPr="00FC09DA">
              <w:rPr>
                <w:b/>
                <w:color w:val="000000"/>
                <w:sz w:val="18"/>
                <w:lang w:val="ro-RO"/>
              </w:rPr>
              <w:t xml:space="preserve">MĂSURI </w:t>
            </w:r>
            <w:r w:rsidR="00481869" w:rsidRPr="00FC09DA">
              <w:rPr>
                <w:b/>
                <w:color w:val="000000"/>
                <w:sz w:val="18"/>
                <w:lang w:val="ro-RO"/>
              </w:rPr>
              <w:t>DE PROTECȚIE A MEDIULUI/SECURITATE LA INCENDIU/PROTECTIE CIVILA</w:t>
            </w:r>
          </w:p>
        </w:tc>
      </w:tr>
      <w:tr w:rsidR="003C7CA3" w:rsidRPr="00FC09DA" w14:paraId="64A301DA" w14:textId="77777777">
        <w:trPr>
          <w:cantSplit/>
          <w:trHeight w:val="510"/>
        </w:trPr>
        <w:tc>
          <w:tcPr>
            <w:tcW w:w="4818" w:type="dxa"/>
          </w:tcPr>
          <w:p w14:paraId="0DEA8A8E" w14:textId="77777777" w:rsidR="003C7CA3" w:rsidRPr="00FC09DA" w:rsidRDefault="003454F7">
            <w:pPr>
              <w:keepNext/>
              <w:rPr>
                <w:lang w:val="ro-RO"/>
              </w:rPr>
            </w:pPr>
            <w:r w:rsidRPr="00FC09DA">
              <w:rPr>
                <w:b/>
                <w:color w:val="0D5F78"/>
                <w:lang w:val="ro-RO"/>
              </w:rPr>
              <w:t>Modul de evacuare a deșeurilor</w:t>
            </w:r>
          </w:p>
          <w:p w14:paraId="79D21EEF" w14:textId="77777777" w:rsidR="003C7CA3" w:rsidRPr="00FC09DA" w:rsidRDefault="003C7CA3">
            <w:pPr>
              <w:keepNext/>
              <w:rPr>
                <w:lang w:val="ro-RO"/>
              </w:rPr>
            </w:pPr>
          </w:p>
        </w:tc>
        <w:tc>
          <w:tcPr>
            <w:tcW w:w="4818" w:type="dxa"/>
          </w:tcPr>
          <w:p w14:paraId="0CF99D41" w14:textId="6EA15F11" w:rsidR="003C7CA3" w:rsidRPr="00FC09DA" w:rsidRDefault="00B0669A">
            <w:pPr>
              <w:keepNext/>
              <w:rPr>
                <w:lang w:val="ro-RO"/>
              </w:rPr>
            </w:pPr>
            <w:r w:rsidRPr="00FC09DA">
              <w:rPr>
                <w:b/>
                <w:color w:val="0D5F78"/>
                <w:lang w:val="ro-RO"/>
              </w:rPr>
              <w:t>Alte măsuri de securitate la incendiu și protecție civilă</w:t>
            </w:r>
          </w:p>
          <w:p w14:paraId="5F1285C7" w14:textId="77777777" w:rsidR="003C7CA3" w:rsidRPr="00FC09DA" w:rsidRDefault="003C7CA3">
            <w:pPr>
              <w:keepNext/>
              <w:rPr>
                <w:lang w:val="ro-RO"/>
              </w:rPr>
            </w:pPr>
          </w:p>
        </w:tc>
      </w:tr>
      <w:tr w:rsidR="003C7CA3" w:rsidRPr="00FC09DA" w14:paraId="3A6BBC96" w14:textId="77777777">
        <w:trPr>
          <w:cantSplit/>
          <w:trHeight w:val="510"/>
        </w:trPr>
        <w:tc>
          <w:tcPr>
            <w:tcW w:w="4818" w:type="dxa"/>
          </w:tcPr>
          <w:p w14:paraId="5C8AEAE0" w14:textId="77777777" w:rsidR="003C7CA3" w:rsidRPr="00FC09DA" w:rsidRDefault="003454F7">
            <w:pPr>
              <w:rPr>
                <w:lang w:val="ro-RO"/>
              </w:rPr>
            </w:pPr>
            <w:r w:rsidRPr="00FC09DA">
              <w:rPr>
                <w:b/>
                <w:color w:val="0D5F78"/>
                <w:lang w:val="ro-RO"/>
              </w:rPr>
              <w:t>Măsuri de protecție a mediului</w:t>
            </w:r>
          </w:p>
          <w:p w14:paraId="586175AE" w14:textId="77777777" w:rsidR="003C7CA3" w:rsidRPr="00FC09DA" w:rsidRDefault="003C7CA3">
            <w:pPr>
              <w:rPr>
                <w:lang w:val="ro-RO"/>
              </w:rPr>
            </w:pPr>
          </w:p>
        </w:tc>
        <w:tc>
          <w:tcPr>
            <w:tcW w:w="4818" w:type="dxa"/>
          </w:tcPr>
          <w:p w14:paraId="2DEC7A0A" w14:textId="181A6029" w:rsidR="003C7CA3" w:rsidRPr="00FC09DA" w:rsidRDefault="003454F7">
            <w:pPr>
              <w:rPr>
                <w:lang w:val="ro-RO"/>
              </w:rPr>
            </w:pPr>
            <w:r w:rsidRPr="00FC09DA">
              <w:rPr>
                <w:b/>
                <w:color w:val="0D5F78"/>
                <w:lang w:val="ro-RO"/>
              </w:rPr>
              <w:t xml:space="preserve">Alte </w:t>
            </w:r>
            <w:r w:rsidR="00481869" w:rsidRPr="00FC09DA">
              <w:rPr>
                <w:b/>
                <w:color w:val="0D5F78"/>
                <w:lang w:val="ro-RO"/>
              </w:rPr>
              <w:t xml:space="preserve">măsuri </w:t>
            </w:r>
            <w:r w:rsidR="009E435D" w:rsidRPr="00FC09DA">
              <w:rPr>
                <w:b/>
                <w:color w:val="0D5F78"/>
                <w:lang w:val="ro-RO"/>
              </w:rPr>
              <w:t>specifice:</w:t>
            </w:r>
          </w:p>
          <w:p w14:paraId="6412A5B3" w14:textId="77777777" w:rsidR="003C7CA3" w:rsidRPr="00FC09DA" w:rsidRDefault="003C7CA3">
            <w:pPr>
              <w:rPr>
                <w:lang w:val="ro-RO"/>
              </w:rPr>
            </w:pPr>
          </w:p>
        </w:tc>
      </w:tr>
    </w:tbl>
    <w:p w14:paraId="522EAA4C" w14:textId="77777777" w:rsidR="003C7CA3" w:rsidRPr="00FC09DA"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rsidRPr="00FC09DA" w14:paraId="5BCF3412" w14:textId="77777777">
        <w:trPr>
          <w:cantSplit/>
        </w:trPr>
        <w:tc>
          <w:tcPr>
            <w:tcW w:w="9636" w:type="dxa"/>
            <w:gridSpan w:val="3"/>
            <w:shd w:val="clear" w:color="auto" w:fill="F4F4F4"/>
          </w:tcPr>
          <w:p w14:paraId="6347FD59" w14:textId="1C8D5E4A" w:rsidR="003C7CA3" w:rsidRPr="00FC09DA" w:rsidRDefault="003454F7">
            <w:pPr>
              <w:keepNext/>
              <w:rPr>
                <w:lang w:val="ro-RO"/>
              </w:rPr>
            </w:pPr>
            <w:r w:rsidRPr="00FC09DA">
              <w:rPr>
                <w:b/>
                <w:sz w:val="16"/>
                <w:lang w:val="ro-RO"/>
              </w:rPr>
              <w:t xml:space="preserve"> 8. </w:t>
            </w:r>
            <w:r w:rsidRPr="00FC09DA">
              <w:rPr>
                <w:b/>
                <w:color w:val="000000"/>
                <w:sz w:val="18"/>
                <w:lang w:val="ro-RO"/>
              </w:rPr>
              <w:t>ÎNTOCMIT</w:t>
            </w:r>
          </w:p>
        </w:tc>
      </w:tr>
      <w:tr w:rsidR="003C7CA3" w:rsidRPr="00FC09DA" w14:paraId="2FAD5169" w14:textId="77777777">
        <w:trPr>
          <w:cantSplit/>
          <w:trHeight w:val="510"/>
        </w:trPr>
        <w:tc>
          <w:tcPr>
            <w:tcW w:w="4818" w:type="dxa"/>
          </w:tcPr>
          <w:p w14:paraId="370D703B" w14:textId="77777777" w:rsidR="003C7CA3" w:rsidRPr="00FC09DA" w:rsidRDefault="003454F7">
            <w:pPr>
              <w:rPr>
                <w:lang w:val="ro-RO"/>
              </w:rPr>
            </w:pPr>
            <w:r w:rsidRPr="00FC09DA">
              <w:rPr>
                <w:b/>
                <w:color w:val="0D5F78"/>
                <w:lang w:val="ro-RO"/>
              </w:rPr>
              <w:t>Numele și prenumele / firma și reprezentantul</w:t>
            </w:r>
          </w:p>
          <w:p w14:paraId="19974B2C" w14:textId="77777777" w:rsidR="003C7CA3" w:rsidRPr="00FC09DA" w:rsidRDefault="003C7CA3">
            <w:pPr>
              <w:rPr>
                <w:lang w:val="ro-RO"/>
              </w:rPr>
            </w:pPr>
          </w:p>
        </w:tc>
        <w:tc>
          <w:tcPr>
            <w:tcW w:w="1606" w:type="dxa"/>
          </w:tcPr>
          <w:p w14:paraId="5C2B9240" w14:textId="77777777" w:rsidR="003C7CA3" w:rsidRPr="00FC09DA" w:rsidRDefault="003454F7">
            <w:pPr>
              <w:rPr>
                <w:lang w:val="ro-RO"/>
              </w:rPr>
            </w:pPr>
            <w:r w:rsidRPr="00FC09DA">
              <w:rPr>
                <w:b/>
                <w:color w:val="0D5F78"/>
                <w:lang w:val="ro-RO"/>
              </w:rPr>
              <w:t>Data</w:t>
            </w:r>
          </w:p>
          <w:p w14:paraId="0E969518" w14:textId="77777777" w:rsidR="003C7CA3" w:rsidRPr="00FC09DA" w:rsidRDefault="003C7CA3">
            <w:pPr>
              <w:rPr>
                <w:lang w:val="ro-RO"/>
              </w:rPr>
            </w:pPr>
          </w:p>
        </w:tc>
        <w:tc>
          <w:tcPr>
            <w:tcW w:w="3212" w:type="dxa"/>
          </w:tcPr>
          <w:p w14:paraId="41E26627" w14:textId="77777777" w:rsidR="003C7CA3" w:rsidRPr="00FC09DA" w:rsidRDefault="003454F7">
            <w:pPr>
              <w:rPr>
                <w:lang w:val="ro-RO"/>
              </w:rPr>
            </w:pPr>
            <w:r w:rsidRPr="00FC09DA">
              <w:rPr>
                <w:b/>
                <w:color w:val="0D5F78"/>
                <w:lang w:val="ro-RO"/>
              </w:rPr>
              <w:t>Semnătura și parafa</w:t>
            </w:r>
          </w:p>
          <w:p w14:paraId="2575B4FF" w14:textId="77777777" w:rsidR="003C7CA3" w:rsidRPr="00FC09DA" w:rsidRDefault="003C7CA3">
            <w:pPr>
              <w:rPr>
                <w:lang w:val="ro-RO"/>
              </w:rPr>
            </w:pPr>
          </w:p>
        </w:tc>
      </w:tr>
    </w:tbl>
    <w:p w14:paraId="2718FA85" w14:textId="77777777" w:rsidR="003C7CA3" w:rsidRPr="00FC09DA" w:rsidRDefault="003C7CA3">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rsidRPr="00FC09DA" w14:paraId="789B3316" w14:textId="77777777">
        <w:trPr>
          <w:cantSplit/>
        </w:trPr>
        <w:tc>
          <w:tcPr>
            <w:tcW w:w="9636" w:type="dxa"/>
            <w:gridSpan w:val="5"/>
            <w:shd w:val="clear" w:color="auto" w:fill="F4F4F4"/>
          </w:tcPr>
          <w:p w14:paraId="044F7DD6" w14:textId="6A35DD59" w:rsidR="003C7CA3" w:rsidRPr="00FC09DA" w:rsidRDefault="003454F7">
            <w:pPr>
              <w:keepNext/>
              <w:rPr>
                <w:lang w:val="ro-RO"/>
              </w:rPr>
            </w:pPr>
            <w:r w:rsidRPr="00FC09DA">
              <w:rPr>
                <w:b/>
                <w:sz w:val="16"/>
                <w:lang w:val="ro-RO"/>
              </w:rPr>
              <w:t xml:space="preserve"> 9. </w:t>
            </w:r>
            <w:r w:rsidRPr="00FC09DA">
              <w:rPr>
                <w:b/>
                <w:color w:val="000000"/>
                <w:sz w:val="18"/>
                <w:lang w:val="ro-RO"/>
              </w:rPr>
              <w:t>COMUNICAREA ÎN REGISTRUL NAȚIONAL AL CLĂDIRILOR</w:t>
            </w:r>
          </w:p>
        </w:tc>
      </w:tr>
      <w:tr w:rsidR="003C7CA3" w:rsidRPr="00FC09DA" w14:paraId="09C9D1CA" w14:textId="77777777">
        <w:trPr>
          <w:cantSplit/>
          <w:trHeight w:val="510"/>
        </w:trPr>
        <w:tc>
          <w:tcPr>
            <w:tcW w:w="4015" w:type="dxa"/>
            <w:gridSpan w:val="2"/>
          </w:tcPr>
          <w:p w14:paraId="7503C39B" w14:textId="77777777" w:rsidR="003C7CA3" w:rsidRPr="00FC09DA" w:rsidRDefault="003454F7">
            <w:pPr>
              <w:keepNext/>
              <w:rPr>
                <w:lang w:val="ro-RO"/>
              </w:rPr>
            </w:pPr>
            <w:r w:rsidRPr="00FC09DA">
              <w:rPr>
                <w:b/>
                <w:color w:val="0D5F78"/>
                <w:lang w:val="ro-RO"/>
              </w:rPr>
              <w:t>Clădirea a fost</w:t>
            </w:r>
          </w:p>
          <w:p w14:paraId="2C7411D0" w14:textId="482E927D" w:rsidR="003C7CA3" w:rsidRPr="00FC09DA" w:rsidRDefault="002B2E52">
            <w:pPr>
              <w:keepNext/>
              <w:rPr>
                <w:lang w:val="ro-RO"/>
              </w:rPr>
            </w:pP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identificată în registru     </w:t>
            </w:r>
            <w:r w:rsidRPr="00340763">
              <w:rPr>
                <w:rFonts w:ascii="Courier New" w:hAnsi="Courier New" w:cs="Courier New"/>
                <w:sz w:val="16"/>
                <w:szCs w:val="16"/>
                <w:lang w:val="ro-RO"/>
              </w:rPr>
              <w:fldChar w:fldCharType="begin">
                <w:ffData>
                  <w:name w:val=""/>
                  <w:enabled/>
                  <w:calcOnExit w:val="0"/>
                  <w:checkBox>
                    <w:sizeAuto/>
                    <w:default w:val="0"/>
                  </w:checkBox>
                </w:ffData>
              </w:fldChar>
            </w:r>
            <w:r w:rsidRPr="00340763">
              <w:rPr>
                <w:rFonts w:ascii="Courier New" w:hAnsi="Courier New" w:cs="Courier New"/>
                <w:sz w:val="16"/>
                <w:szCs w:val="16"/>
                <w:lang w:val="ro-RO"/>
              </w:rPr>
              <w:instrText xml:space="preserve"> FORMCHECKBOX </w:instrText>
            </w:r>
            <w:r w:rsidRPr="00340763">
              <w:rPr>
                <w:rFonts w:ascii="Courier New" w:hAnsi="Courier New" w:cs="Courier New"/>
                <w:sz w:val="16"/>
                <w:szCs w:val="16"/>
                <w:lang w:val="ro-RO"/>
              </w:rPr>
            </w:r>
            <w:r w:rsidRPr="00340763">
              <w:rPr>
                <w:rFonts w:ascii="Courier New" w:hAnsi="Courier New" w:cs="Courier New"/>
                <w:sz w:val="16"/>
                <w:szCs w:val="16"/>
                <w:lang w:val="ro-RO"/>
              </w:rPr>
              <w:fldChar w:fldCharType="separate"/>
            </w:r>
            <w:r w:rsidRPr="00340763">
              <w:rPr>
                <w:rFonts w:ascii="Courier New" w:hAnsi="Courier New" w:cs="Courier New"/>
                <w:sz w:val="16"/>
                <w:szCs w:val="16"/>
                <w:lang w:val="ro-RO"/>
              </w:rPr>
              <w:fldChar w:fldCharType="end"/>
            </w:r>
            <w:r w:rsidR="003454F7" w:rsidRPr="00FC09DA">
              <w:rPr>
                <w:sz w:val="16"/>
                <w:lang w:val="ro-RO"/>
              </w:rPr>
              <w:t xml:space="preserve"> declarată acum</w:t>
            </w:r>
          </w:p>
        </w:tc>
        <w:tc>
          <w:tcPr>
            <w:tcW w:w="2409" w:type="dxa"/>
            <w:gridSpan w:val="2"/>
          </w:tcPr>
          <w:p w14:paraId="7BDC1FD1" w14:textId="77777777" w:rsidR="003C7CA3" w:rsidRPr="00FC09DA" w:rsidRDefault="003454F7">
            <w:pPr>
              <w:keepNext/>
              <w:rPr>
                <w:lang w:val="ro-RO"/>
              </w:rPr>
            </w:pPr>
            <w:r w:rsidRPr="00FC09DA">
              <w:rPr>
                <w:b/>
                <w:color w:val="0D5F78"/>
                <w:lang w:val="ro-RO"/>
              </w:rPr>
              <w:t>NIS atribuit / confirmat</w:t>
            </w:r>
          </w:p>
          <w:p w14:paraId="46BD8B2A" w14:textId="77777777" w:rsidR="003C7CA3" w:rsidRPr="00FC09DA" w:rsidRDefault="003C7CA3">
            <w:pPr>
              <w:keepNext/>
              <w:rPr>
                <w:lang w:val="ro-RO"/>
              </w:rPr>
            </w:pPr>
          </w:p>
        </w:tc>
        <w:tc>
          <w:tcPr>
            <w:tcW w:w="3212" w:type="dxa"/>
          </w:tcPr>
          <w:p w14:paraId="70909602" w14:textId="77777777" w:rsidR="003C7CA3" w:rsidRPr="00FC09DA" w:rsidRDefault="003454F7">
            <w:pPr>
              <w:keepNext/>
              <w:rPr>
                <w:lang w:val="ro-RO"/>
              </w:rPr>
            </w:pPr>
            <w:r w:rsidRPr="00FC09DA">
              <w:rPr>
                <w:b/>
                <w:color w:val="0D5F78"/>
                <w:lang w:val="ro-RO"/>
              </w:rPr>
              <w:t>Cod investiție</w:t>
            </w:r>
          </w:p>
          <w:p w14:paraId="75D7BD10" w14:textId="77777777" w:rsidR="003C7CA3" w:rsidRPr="00FC09DA" w:rsidRDefault="003454F7">
            <w:pPr>
              <w:keepNext/>
              <w:rPr>
                <w:lang w:val="ro-RO"/>
              </w:rPr>
            </w:pPr>
            <w:r w:rsidRPr="00FC09DA">
              <w:rPr>
                <w:i/>
                <w:color w:val="7A7A7A"/>
                <w:lang w:val="ro-RO"/>
              </w:rPr>
              <w:t>dacă lucrarea e legată de o investiție</w:t>
            </w:r>
          </w:p>
          <w:p w14:paraId="707D1635" w14:textId="77777777" w:rsidR="003C7CA3" w:rsidRPr="00FC09DA" w:rsidRDefault="003C7CA3">
            <w:pPr>
              <w:keepNext/>
              <w:rPr>
                <w:lang w:val="ro-RO"/>
              </w:rPr>
            </w:pPr>
          </w:p>
        </w:tc>
      </w:tr>
      <w:tr w:rsidR="003C7CA3" w:rsidRPr="00FC09DA" w14:paraId="404DE9B4" w14:textId="77777777">
        <w:trPr>
          <w:cantSplit/>
          <w:trHeight w:val="510"/>
        </w:trPr>
        <w:tc>
          <w:tcPr>
            <w:tcW w:w="2409" w:type="dxa"/>
          </w:tcPr>
          <w:p w14:paraId="1E81E077" w14:textId="77777777" w:rsidR="003C7CA3" w:rsidRPr="00FC09DA" w:rsidRDefault="003454F7">
            <w:pPr>
              <w:rPr>
                <w:lang w:val="ro-RO"/>
              </w:rPr>
            </w:pPr>
            <w:r w:rsidRPr="00FC09DA">
              <w:rPr>
                <w:b/>
                <w:color w:val="0D5F78"/>
                <w:lang w:val="ro-RO"/>
              </w:rPr>
              <w:t>Data comunicării</w:t>
            </w:r>
          </w:p>
          <w:p w14:paraId="778D03E7" w14:textId="77777777" w:rsidR="003C7CA3" w:rsidRPr="00FC09DA" w:rsidRDefault="003C7CA3">
            <w:pPr>
              <w:rPr>
                <w:lang w:val="ro-RO"/>
              </w:rPr>
            </w:pPr>
          </w:p>
        </w:tc>
        <w:tc>
          <w:tcPr>
            <w:tcW w:w="3212" w:type="dxa"/>
            <w:gridSpan w:val="2"/>
          </w:tcPr>
          <w:p w14:paraId="77DBAA7A" w14:textId="77777777" w:rsidR="003C7CA3" w:rsidRPr="00FC09DA" w:rsidRDefault="003454F7">
            <w:pPr>
              <w:rPr>
                <w:lang w:val="ro-RO"/>
              </w:rPr>
            </w:pPr>
            <w:r w:rsidRPr="00FC09DA">
              <w:rPr>
                <w:b/>
                <w:color w:val="0D5F78"/>
                <w:lang w:val="ro-RO"/>
              </w:rPr>
              <w:t>Numărul tranzacției</w:t>
            </w:r>
          </w:p>
          <w:p w14:paraId="41280A5F" w14:textId="77777777" w:rsidR="003C7CA3" w:rsidRPr="00FC09DA" w:rsidRDefault="003C7CA3">
            <w:pPr>
              <w:rPr>
                <w:lang w:val="ro-RO"/>
              </w:rPr>
            </w:pPr>
          </w:p>
        </w:tc>
        <w:tc>
          <w:tcPr>
            <w:tcW w:w="4015" w:type="dxa"/>
            <w:gridSpan w:val="2"/>
          </w:tcPr>
          <w:p w14:paraId="3822C8B0" w14:textId="77777777" w:rsidR="003C7CA3" w:rsidRPr="00FC09DA" w:rsidRDefault="003454F7">
            <w:pPr>
              <w:rPr>
                <w:lang w:val="ro-RO"/>
              </w:rPr>
            </w:pPr>
            <w:r w:rsidRPr="00FC09DA">
              <w:rPr>
                <w:b/>
                <w:color w:val="0D5F78"/>
                <w:lang w:val="ro-RO"/>
              </w:rPr>
              <w:t>Comunicat de</w:t>
            </w:r>
          </w:p>
          <w:p w14:paraId="2979CA2D" w14:textId="77777777" w:rsidR="003C7CA3" w:rsidRPr="00FC09DA" w:rsidRDefault="003C7CA3">
            <w:pPr>
              <w:rPr>
                <w:lang w:val="ro-RO"/>
              </w:rPr>
            </w:pPr>
          </w:p>
        </w:tc>
      </w:tr>
    </w:tbl>
    <w:p w14:paraId="080B7191" w14:textId="77777777" w:rsidR="003C7CA3" w:rsidRPr="00FC09DA" w:rsidRDefault="003C7CA3">
      <w:pPr>
        <w:spacing w:line="168" w:lineRule="auto"/>
        <w:rPr>
          <w:lang w:val="ro-RO"/>
        </w:rPr>
      </w:pPr>
    </w:p>
    <w:p w14:paraId="0A206510" w14:textId="77777777" w:rsidR="00913191" w:rsidRPr="00FC09DA" w:rsidRDefault="00913191">
      <w:pPr>
        <w:spacing w:line="168" w:lineRule="auto"/>
        <w:rPr>
          <w:lang w:val="ro-RO"/>
        </w:rPr>
      </w:pPr>
    </w:p>
    <w:p w14:paraId="763CAB70" w14:textId="557CB50E" w:rsidR="00913191" w:rsidRPr="00FC09DA" w:rsidRDefault="00913191" w:rsidP="00913191">
      <w:pPr>
        <w:rPr>
          <w:sz w:val="20"/>
          <w:szCs w:val="20"/>
          <w:u w:val="single"/>
          <w:lang w:val="ro-RO"/>
        </w:rPr>
      </w:pPr>
      <w:r w:rsidRPr="00FC09DA">
        <w:rPr>
          <w:sz w:val="20"/>
          <w:szCs w:val="20"/>
          <w:u w:val="single"/>
          <w:lang w:val="ro-RO"/>
        </w:rPr>
        <w:t>Punctele 10-1</w:t>
      </w:r>
      <w:r w:rsidR="00481869" w:rsidRPr="00FC09DA">
        <w:rPr>
          <w:sz w:val="20"/>
          <w:szCs w:val="20"/>
          <w:u w:val="single"/>
          <w:lang w:val="ro-RO"/>
        </w:rPr>
        <w:t xml:space="preserve">3 </w:t>
      </w:r>
      <w:r w:rsidRPr="00FC09DA">
        <w:rPr>
          <w:sz w:val="20"/>
          <w:szCs w:val="20"/>
          <w:u w:val="single"/>
          <w:lang w:val="ro-RO"/>
        </w:rPr>
        <w:t>se completeaza în cazul amenjărilor /lucrărilor inginerești</w:t>
      </w:r>
    </w:p>
    <w:p w14:paraId="67473F2C" w14:textId="77777777" w:rsidR="00913191" w:rsidRPr="00FC09DA" w:rsidRDefault="00913191">
      <w:pPr>
        <w:spacing w:line="168" w:lineRule="auto"/>
        <w:rPr>
          <w:lang w:val="ro-RO"/>
        </w:rPr>
      </w:pPr>
    </w:p>
    <w:p w14:paraId="088990E5" w14:textId="77777777" w:rsidR="00913191" w:rsidRPr="00FC09DA" w:rsidRDefault="00913191">
      <w:pPr>
        <w:spacing w:line="168" w:lineRule="auto"/>
        <w:rPr>
          <w:lang w:val="ro-RO"/>
        </w:rPr>
      </w:pPr>
    </w:p>
    <w:p w14:paraId="26959348" w14:textId="77777777" w:rsidR="00913191" w:rsidRPr="00FC09DA" w:rsidRDefault="00913191">
      <w:pPr>
        <w:spacing w:line="168" w:lineRule="auto"/>
        <w:rPr>
          <w:lang w:val="ro-RO"/>
        </w:rPr>
      </w:pPr>
    </w:p>
    <w:tbl>
      <w:tblPr>
        <w:tblStyle w:val="Tabelgril"/>
        <w:tblW w:w="0" w:type="auto"/>
        <w:tblLayout w:type="fixed"/>
        <w:tblLook w:val="04A0" w:firstRow="1" w:lastRow="0" w:firstColumn="1" w:lastColumn="0" w:noHBand="0" w:noVBand="1"/>
      </w:tblPr>
      <w:tblGrid>
        <w:gridCol w:w="9636"/>
      </w:tblGrid>
      <w:tr w:rsidR="00913191" w:rsidRPr="00FC09DA" w14:paraId="15E654A6" w14:textId="77777777" w:rsidTr="00303E64">
        <w:tc>
          <w:tcPr>
            <w:tcW w:w="9636" w:type="dxa"/>
            <w:shd w:val="clear" w:color="auto" w:fill="F4F4F4"/>
          </w:tcPr>
          <w:p w14:paraId="15526B2D" w14:textId="6391DFF7" w:rsidR="00481869" w:rsidRPr="00FC09DA" w:rsidRDefault="00913191" w:rsidP="00303E64">
            <w:pPr>
              <w:rPr>
                <w:b/>
                <w:color w:val="000000"/>
                <w:sz w:val="18"/>
                <w:szCs w:val="18"/>
                <w:lang w:val="ro-RO"/>
              </w:rPr>
            </w:pPr>
            <w:r w:rsidRPr="00FC09DA">
              <w:rPr>
                <w:b/>
                <w:sz w:val="18"/>
                <w:szCs w:val="18"/>
                <w:lang w:val="ro-RO"/>
              </w:rPr>
              <w:t xml:space="preserve">10.  </w:t>
            </w:r>
            <w:r w:rsidRPr="00FC09DA">
              <w:rPr>
                <w:b/>
                <w:color w:val="000000"/>
                <w:sz w:val="18"/>
                <w:szCs w:val="18"/>
                <w:lang w:val="ro-RO"/>
              </w:rPr>
              <w:t>DATELE CARACTERISTICE ALE AMPLASAMENTULUI</w:t>
            </w:r>
          </w:p>
        </w:tc>
      </w:tr>
      <w:tr w:rsidR="00913191" w:rsidRPr="00FC09DA" w14:paraId="35BBF072" w14:textId="77777777" w:rsidTr="00303E64">
        <w:trPr>
          <w:trHeight w:val="311"/>
        </w:trPr>
        <w:tc>
          <w:tcPr>
            <w:tcW w:w="9636" w:type="dxa"/>
          </w:tcPr>
          <w:p w14:paraId="404A19BB" w14:textId="77777777" w:rsidR="00913191" w:rsidRPr="00FC09DA" w:rsidRDefault="00913191" w:rsidP="00303E64">
            <w:pPr>
              <w:rPr>
                <w:lang w:val="ro-RO"/>
              </w:rPr>
            </w:pPr>
          </w:p>
          <w:p w14:paraId="75C9E1F6" w14:textId="77777777" w:rsidR="00913191" w:rsidRPr="00FC09DA" w:rsidRDefault="00913191" w:rsidP="00303E64">
            <w:pPr>
              <w:rPr>
                <w:lang w:val="ro-RO"/>
              </w:rPr>
            </w:pPr>
          </w:p>
          <w:p w14:paraId="5CEEA210" w14:textId="77777777" w:rsidR="00913191" w:rsidRPr="00FC09DA" w:rsidRDefault="00913191" w:rsidP="00303E64">
            <w:pPr>
              <w:rPr>
                <w:lang w:val="ro-RO"/>
              </w:rPr>
            </w:pPr>
          </w:p>
          <w:p w14:paraId="49CC17DA" w14:textId="77777777" w:rsidR="00913191" w:rsidRPr="00FC09DA" w:rsidRDefault="00913191" w:rsidP="00303E64">
            <w:pPr>
              <w:rPr>
                <w:lang w:val="ro-RO"/>
              </w:rPr>
            </w:pPr>
          </w:p>
        </w:tc>
      </w:tr>
      <w:tr w:rsidR="00913191" w:rsidRPr="00FC09DA" w14:paraId="64B1AEFE" w14:textId="77777777" w:rsidTr="00481869">
        <w:trPr>
          <w:trHeight w:val="311"/>
        </w:trPr>
        <w:tc>
          <w:tcPr>
            <w:tcW w:w="9636" w:type="dxa"/>
            <w:shd w:val="clear" w:color="auto" w:fill="F2F2F2" w:themeFill="background1" w:themeFillShade="F2"/>
          </w:tcPr>
          <w:p w14:paraId="06040E9F" w14:textId="73498F5D" w:rsidR="00913191" w:rsidRPr="00FC09DA" w:rsidRDefault="00913191" w:rsidP="00303E64">
            <w:pPr>
              <w:rPr>
                <w:sz w:val="18"/>
                <w:szCs w:val="18"/>
                <w:lang w:val="ro-RO"/>
              </w:rPr>
            </w:pPr>
            <w:r w:rsidRPr="00FC09DA">
              <w:rPr>
                <w:b/>
                <w:sz w:val="18"/>
                <w:szCs w:val="18"/>
                <w:lang w:val="ro-RO"/>
              </w:rPr>
              <w:t xml:space="preserve">11.  CARACTERISTICI TEHNICE SI </w:t>
            </w:r>
            <w:r w:rsidRPr="00FC09DA">
              <w:rPr>
                <w:b/>
                <w:color w:val="000000"/>
                <w:sz w:val="18"/>
                <w:szCs w:val="18"/>
                <w:lang w:val="ro-RO"/>
              </w:rPr>
              <w:t xml:space="preserve">CAPACITĂȚI FUNCȚIONALE  SPECIFICE </w:t>
            </w:r>
          </w:p>
        </w:tc>
      </w:tr>
      <w:tr w:rsidR="00913191" w:rsidRPr="00FC09DA" w14:paraId="6CA09AF3" w14:textId="77777777" w:rsidTr="00303E64">
        <w:trPr>
          <w:trHeight w:val="311"/>
        </w:trPr>
        <w:tc>
          <w:tcPr>
            <w:tcW w:w="9636" w:type="dxa"/>
          </w:tcPr>
          <w:p w14:paraId="0F93402F" w14:textId="77777777" w:rsidR="00913191" w:rsidRPr="00FC09DA" w:rsidRDefault="00913191" w:rsidP="00303E64">
            <w:pPr>
              <w:rPr>
                <w:lang w:val="ro-RO"/>
              </w:rPr>
            </w:pPr>
          </w:p>
          <w:p w14:paraId="1F1212DC" w14:textId="77777777" w:rsidR="00913191" w:rsidRPr="00FC09DA" w:rsidRDefault="00913191" w:rsidP="00303E64">
            <w:pPr>
              <w:rPr>
                <w:lang w:val="ro-RO"/>
              </w:rPr>
            </w:pPr>
          </w:p>
          <w:p w14:paraId="136A35DA" w14:textId="77777777" w:rsidR="00913191" w:rsidRPr="00FC09DA" w:rsidRDefault="00913191" w:rsidP="00303E64">
            <w:pPr>
              <w:rPr>
                <w:lang w:val="ro-RO"/>
              </w:rPr>
            </w:pPr>
          </w:p>
        </w:tc>
      </w:tr>
    </w:tbl>
    <w:p w14:paraId="57F60CB5" w14:textId="77777777" w:rsidR="00913191" w:rsidRPr="00FC09DA" w:rsidRDefault="00913191">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FC09DA" w14:paraId="48814357" w14:textId="77777777" w:rsidTr="00303E64">
        <w:trPr>
          <w:cantSplit/>
        </w:trPr>
        <w:tc>
          <w:tcPr>
            <w:tcW w:w="9636" w:type="dxa"/>
            <w:gridSpan w:val="2"/>
            <w:shd w:val="clear" w:color="auto" w:fill="F4F4F4"/>
          </w:tcPr>
          <w:p w14:paraId="78149411" w14:textId="5CE759DD" w:rsidR="00481869" w:rsidRPr="00FC09DA" w:rsidRDefault="00481869" w:rsidP="00303E64">
            <w:pPr>
              <w:keepNext/>
              <w:rPr>
                <w:lang w:val="ro-RO"/>
              </w:rPr>
            </w:pPr>
            <w:r w:rsidRPr="00FC09DA">
              <w:rPr>
                <w:b/>
                <w:sz w:val="16"/>
                <w:lang w:val="ro-RO"/>
              </w:rPr>
              <w:t xml:space="preserve">12. </w:t>
            </w:r>
            <w:r w:rsidRPr="00FC09DA">
              <w:rPr>
                <w:b/>
                <w:color w:val="000000"/>
                <w:sz w:val="18"/>
                <w:lang w:val="ro-RO"/>
              </w:rPr>
              <w:t>MĂSURI DE PROTECTIE A MEDIULUI / SECURITATE LA INCENDIU</w:t>
            </w:r>
          </w:p>
        </w:tc>
      </w:tr>
      <w:tr w:rsidR="00481869" w:rsidRPr="00FC09DA" w14:paraId="0827F875" w14:textId="77777777" w:rsidTr="00303E64">
        <w:trPr>
          <w:cantSplit/>
          <w:trHeight w:val="510"/>
        </w:trPr>
        <w:tc>
          <w:tcPr>
            <w:tcW w:w="4818" w:type="dxa"/>
          </w:tcPr>
          <w:p w14:paraId="2201417D" w14:textId="77777777" w:rsidR="00481869" w:rsidRPr="00FC09DA" w:rsidRDefault="00481869" w:rsidP="00303E64">
            <w:pPr>
              <w:keepNext/>
              <w:rPr>
                <w:lang w:val="ro-RO"/>
              </w:rPr>
            </w:pPr>
            <w:r w:rsidRPr="00FC09DA">
              <w:rPr>
                <w:b/>
                <w:color w:val="0D5F78"/>
                <w:lang w:val="ro-RO"/>
              </w:rPr>
              <w:t>Modul de evacuare a deșeurilor</w:t>
            </w:r>
          </w:p>
          <w:p w14:paraId="253A2CEE" w14:textId="77777777" w:rsidR="00481869" w:rsidRPr="00FC09DA" w:rsidRDefault="00481869" w:rsidP="00303E64">
            <w:pPr>
              <w:keepNext/>
              <w:rPr>
                <w:lang w:val="ro-RO"/>
              </w:rPr>
            </w:pPr>
          </w:p>
        </w:tc>
        <w:tc>
          <w:tcPr>
            <w:tcW w:w="4818" w:type="dxa"/>
          </w:tcPr>
          <w:p w14:paraId="43DA7C1B" w14:textId="3909995D" w:rsidR="00481869" w:rsidRPr="00FC09DA" w:rsidRDefault="00481869" w:rsidP="00303E64">
            <w:pPr>
              <w:keepNext/>
              <w:rPr>
                <w:lang w:val="ro-RO"/>
              </w:rPr>
            </w:pPr>
            <w:r w:rsidRPr="00FC09DA">
              <w:rPr>
                <w:b/>
                <w:color w:val="0D5F78"/>
                <w:lang w:val="ro-RO"/>
              </w:rPr>
              <w:t>Măsuri de securitate la incendiu</w:t>
            </w:r>
          </w:p>
          <w:p w14:paraId="2FD7E2E3" w14:textId="77777777" w:rsidR="00481869" w:rsidRPr="00FC09DA" w:rsidRDefault="00481869" w:rsidP="00303E64">
            <w:pPr>
              <w:keepNext/>
              <w:rPr>
                <w:lang w:val="ro-RO"/>
              </w:rPr>
            </w:pPr>
          </w:p>
        </w:tc>
      </w:tr>
      <w:tr w:rsidR="00481869" w:rsidRPr="00FC09DA" w14:paraId="6A3E6F3D" w14:textId="77777777" w:rsidTr="00303E64">
        <w:trPr>
          <w:cantSplit/>
          <w:trHeight w:val="510"/>
        </w:trPr>
        <w:tc>
          <w:tcPr>
            <w:tcW w:w="4818" w:type="dxa"/>
          </w:tcPr>
          <w:p w14:paraId="007359C1" w14:textId="77777777" w:rsidR="00481869" w:rsidRPr="00FC09DA" w:rsidRDefault="00481869" w:rsidP="00303E64">
            <w:pPr>
              <w:rPr>
                <w:lang w:val="ro-RO"/>
              </w:rPr>
            </w:pPr>
            <w:r w:rsidRPr="00FC09DA">
              <w:rPr>
                <w:b/>
                <w:color w:val="0D5F78"/>
                <w:lang w:val="ro-RO"/>
              </w:rPr>
              <w:t>Măsuri de protecție a mediului</w:t>
            </w:r>
          </w:p>
          <w:p w14:paraId="6446EBE5" w14:textId="77777777" w:rsidR="00481869" w:rsidRPr="00FC09DA" w:rsidRDefault="00481869" w:rsidP="00303E64">
            <w:pPr>
              <w:rPr>
                <w:lang w:val="ro-RO"/>
              </w:rPr>
            </w:pPr>
          </w:p>
        </w:tc>
        <w:tc>
          <w:tcPr>
            <w:tcW w:w="4818" w:type="dxa"/>
          </w:tcPr>
          <w:p w14:paraId="0FD4A589" w14:textId="1EE59EF2" w:rsidR="00481869" w:rsidRPr="00FC09DA" w:rsidRDefault="00481869" w:rsidP="00303E64">
            <w:pPr>
              <w:rPr>
                <w:lang w:val="ro-RO"/>
              </w:rPr>
            </w:pPr>
            <w:r w:rsidRPr="00FC09DA">
              <w:rPr>
                <w:b/>
                <w:color w:val="0D5F78"/>
                <w:lang w:val="ro-RO"/>
              </w:rPr>
              <w:t>Alte  măsuri specifice</w:t>
            </w:r>
          </w:p>
          <w:p w14:paraId="6BDF2294" w14:textId="77777777" w:rsidR="00481869" w:rsidRPr="00FC09DA" w:rsidRDefault="00481869" w:rsidP="00303E64">
            <w:pPr>
              <w:rPr>
                <w:lang w:val="ro-RO"/>
              </w:rPr>
            </w:pPr>
          </w:p>
        </w:tc>
      </w:tr>
    </w:tbl>
    <w:p w14:paraId="56875253" w14:textId="77777777" w:rsidR="00481869" w:rsidRPr="00FC09DA" w:rsidRDefault="00481869">
      <w:pPr>
        <w:spacing w:line="168" w:lineRule="auto"/>
        <w:rPr>
          <w:lang w:val="ro-RO"/>
        </w:rPr>
      </w:pPr>
    </w:p>
    <w:p w14:paraId="3C380F78" w14:textId="77777777" w:rsidR="00481869" w:rsidRPr="00FC09DA" w:rsidRDefault="00481869">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rsidRPr="00FC09DA" w14:paraId="05487BBA" w14:textId="77777777" w:rsidTr="00303E64">
        <w:trPr>
          <w:cantSplit/>
        </w:trPr>
        <w:tc>
          <w:tcPr>
            <w:tcW w:w="9636" w:type="dxa"/>
            <w:gridSpan w:val="3"/>
            <w:shd w:val="clear" w:color="auto" w:fill="F4F4F4"/>
          </w:tcPr>
          <w:p w14:paraId="4CC38EC2" w14:textId="2887E864" w:rsidR="00481869" w:rsidRPr="00FC09DA" w:rsidRDefault="00481869" w:rsidP="00303E64">
            <w:pPr>
              <w:keepNext/>
              <w:rPr>
                <w:lang w:val="ro-RO"/>
              </w:rPr>
            </w:pPr>
            <w:r w:rsidRPr="00FC09DA">
              <w:rPr>
                <w:b/>
                <w:sz w:val="16"/>
                <w:lang w:val="ro-RO"/>
              </w:rPr>
              <w:t xml:space="preserve">13. </w:t>
            </w:r>
            <w:r w:rsidRPr="00FC09DA">
              <w:rPr>
                <w:b/>
                <w:color w:val="000000"/>
                <w:sz w:val="18"/>
                <w:lang w:val="ro-RO"/>
              </w:rPr>
              <w:t>ÎNTOCMIT</w:t>
            </w:r>
          </w:p>
        </w:tc>
      </w:tr>
      <w:tr w:rsidR="00481869" w:rsidRPr="00FC09DA" w14:paraId="7D366BD0" w14:textId="77777777" w:rsidTr="00303E64">
        <w:trPr>
          <w:cantSplit/>
          <w:trHeight w:val="510"/>
        </w:trPr>
        <w:tc>
          <w:tcPr>
            <w:tcW w:w="4818" w:type="dxa"/>
          </w:tcPr>
          <w:p w14:paraId="48BF3A7A" w14:textId="77777777" w:rsidR="00481869" w:rsidRPr="00FC09DA" w:rsidRDefault="00481869" w:rsidP="00303E64">
            <w:pPr>
              <w:rPr>
                <w:lang w:val="ro-RO"/>
              </w:rPr>
            </w:pPr>
            <w:r w:rsidRPr="00FC09DA">
              <w:rPr>
                <w:b/>
                <w:color w:val="0D5F78"/>
                <w:lang w:val="ro-RO"/>
              </w:rPr>
              <w:t>Numele și prenumele / firma și reprezentantul</w:t>
            </w:r>
          </w:p>
          <w:p w14:paraId="6B334517" w14:textId="77777777" w:rsidR="00481869" w:rsidRPr="00FC09DA" w:rsidRDefault="00481869" w:rsidP="00303E64">
            <w:pPr>
              <w:rPr>
                <w:lang w:val="ro-RO"/>
              </w:rPr>
            </w:pPr>
          </w:p>
        </w:tc>
        <w:tc>
          <w:tcPr>
            <w:tcW w:w="1606" w:type="dxa"/>
          </w:tcPr>
          <w:p w14:paraId="28EE7D57" w14:textId="77777777" w:rsidR="00481869" w:rsidRPr="00FC09DA" w:rsidRDefault="00481869" w:rsidP="00303E64">
            <w:pPr>
              <w:rPr>
                <w:lang w:val="ro-RO"/>
              </w:rPr>
            </w:pPr>
            <w:r w:rsidRPr="00FC09DA">
              <w:rPr>
                <w:b/>
                <w:color w:val="0D5F78"/>
                <w:lang w:val="ro-RO"/>
              </w:rPr>
              <w:t>Data</w:t>
            </w:r>
          </w:p>
          <w:p w14:paraId="604B415A" w14:textId="77777777" w:rsidR="00481869" w:rsidRPr="00FC09DA" w:rsidRDefault="00481869" w:rsidP="00303E64">
            <w:pPr>
              <w:rPr>
                <w:lang w:val="ro-RO"/>
              </w:rPr>
            </w:pPr>
          </w:p>
        </w:tc>
        <w:tc>
          <w:tcPr>
            <w:tcW w:w="3212" w:type="dxa"/>
          </w:tcPr>
          <w:p w14:paraId="4217163A" w14:textId="77777777" w:rsidR="00481869" w:rsidRPr="00FC09DA" w:rsidRDefault="00481869" w:rsidP="00303E64">
            <w:pPr>
              <w:rPr>
                <w:lang w:val="ro-RO"/>
              </w:rPr>
            </w:pPr>
            <w:r w:rsidRPr="00FC09DA">
              <w:rPr>
                <w:b/>
                <w:color w:val="0D5F78"/>
                <w:lang w:val="ro-RO"/>
              </w:rPr>
              <w:t>Semnătura și parafa</w:t>
            </w:r>
          </w:p>
          <w:p w14:paraId="0ABC8491" w14:textId="77777777" w:rsidR="00481869" w:rsidRPr="00FC09DA" w:rsidRDefault="00481869" w:rsidP="00303E64">
            <w:pPr>
              <w:rPr>
                <w:lang w:val="ro-RO"/>
              </w:rPr>
            </w:pPr>
          </w:p>
        </w:tc>
      </w:tr>
    </w:tbl>
    <w:p w14:paraId="6405C781" w14:textId="77777777" w:rsidR="00481869" w:rsidRPr="00FC09DA" w:rsidRDefault="00481869">
      <w:pPr>
        <w:spacing w:line="168" w:lineRule="auto"/>
        <w:rPr>
          <w:lang w:val="ro-RO"/>
        </w:rPr>
      </w:pPr>
    </w:p>
    <w:sectPr w:rsidR="00481869" w:rsidRPr="00FC09DA" w:rsidSect="002B61AC">
      <w:headerReference w:type="default" r:id="rId8"/>
      <w:footerReference w:type="default" r:id="rId9"/>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A1E6B" w14:textId="77777777" w:rsidR="00902362" w:rsidRDefault="00902362">
      <w:r>
        <w:separator/>
      </w:r>
    </w:p>
  </w:endnote>
  <w:endnote w:type="continuationSeparator" w:id="0">
    <w:p w14:paraId="364C0853" w14:textId="77777777" w:rsidR="00902362" w:rsidRDefault="00902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1461" w14:textId="0660487A" w:rsidR="003C7CA3" w:rsidRDefault="003454F7">
    <w:pPr>
      <w:pStyle w:val="Subsol"/>
      <w:tabs>
        <w:tab w:val="right" w:pos="9639"/>
      </w:tabs>
    </w:pPr>
    <w:r>
      <w:rPr>
        <w:color w:val="595959"/>
      </w:rPr>
      <w:t>F_A_01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5B29C5">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5B29C5">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A3F97" w14:textId="77777777" w:rsidR="00902362" w:rsidRDefault="00902362">
      <w:r>
        <w:separator/>
      </w:r>
    </w:p>
  </w:footnote>
  <w:footnote w:type="continuationSeparator" w:id="0">
    <w:p w14:paraId="3FF81CCE" w14:textId="77777777" w:rsidR="00902362" w:rsidRDefault="00902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10B0" w14:textId="57BD5E57" w:rsidR="002B61AC" w:rsidRDefault="002B61AC">
    <w:pPr>
      <w:pStyle w:val="Antet"/>
    </w:pPr>
    <w:r>
      <w:rPr>
        <w:color w:val="595959"/>
      </w:rPr>
      <w:t>F_A_01 · versiunea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abstractNum w:abstractNumId="9" w15:restartNumberingAfterBreak="0">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1290361318">
    <w:abstractNumId w:val="8"/>
  </w:num>
  <w:num w:numId="2" w16cid:durableId="792016374">
    <w:abstractNumId w:val="6"/>
  </w:num>
  <w:num w:numId="3" w16cid:durableId="1908569991">
    <w:abstractNumId w:val="5"/>
  </w:num>
  <w:num w:numId="4" w16cid:durableId="525221055">
    <w:abstractNumId w:val="4"/>
  </w:num>
  <w:num w:numId="5" w16cid:durableId="404108453">
    <w:abstractNumId w:val="7"/>
  </w:num>
  <w:num w:numId="6" w16cid:durableId="1504279202">
    <w:abstractNumId w:val="3"/>
  </w:num>
  <w:num w:numId="7" w16cid:durableId="666833926">
    <w:abstractNumId w:val="2"/>
  </w:num>
  <w:num w:numId="8" w16cid:durableId="683674155">
    <w:abstractNumId w:val="1"/>
  </w:num>
  <w:num w:numId="9" w16cid:durableId="1696416647">
    <w:abstractNumId w:val="0"/>
  </w:num>
  <w:num w:numId="10" w16cid:durableId="11780364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47E"/>
    <w:rsid w:val="0015074B"/>
    <w:rsid w:val="001531A5"/>
    <w:rsid w:val="0029639D"/>
    <w:rsid w:val="002B2E52"/>
    <w:rsid w:val="002B61AC"/>
    <w:rsid w:val="002E47B8"/>
    <w:rsid w:val="0031113E"/>
    <w:rsid w:val="00326F90"/>
    <w:rsid w:val="003454F7"/>
    <w:rsid w:val="003C7CA3"/>
    <w:rsid w:val="003F6F31"/>
    <w:rsid w:val="00481869"/>
    <w:rsid w:val="005375AB"/>
    <w:rsid w:val="005B29C5"/>
    <w:rsid w:val="006C103E"/>
    <w:rsid w:val="007E5D45"/>
    <w:rsid w:val="00902362"/>
    <w:rsid w:val="00913191"/>
    <w:rsid w:val="009E435D"/>
    <w:rsid w:val="00A130AC"/>
    <w:rsid w:val="00A80531"/>
    <w:rsid w:val="00AA1D8D"/>
    <w:rsid w:val="00B0669A"/>
    <w:rsid w:val="00B47730"/>
    <w:rsid w:val="00C32AB5"/>
    <w:rsid w:val="00C46767"/>
    <w:rsid w:val="00CB0664"/>
    <w:rsid w:val="00CD3FD2"/>
    <w:rsid w:val="00DB3B82"/>
    <w:rsid w:val="00E61A6B"/>
    <w:rsid w:val="00E9623F"/>
    <w:rsid w:val="00EC2567"/>
    <w:rsid w:val="00F61A70"/>
    <w:rsid w:val="00F97996"/>
    <w:rsid w:val="00FC09DA"/>
    <w:rsid w:val="00FC2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8F16EB"/>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22CA0-0F59-406E-9ADC-7FFF681EB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Pages>
  <Words>2743</Words>
  <Characters>15910</Characters>
  <Application>Microsoft Office Word</Application>
  <DocSecurity>0</DocSecurity>
  <Lines>132</Lines>
  <Paragraphs>37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18616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Oprea Gheorghe-Daniel</cp:lastModifiedBy>
  <cp:revision>2</cp:revision>
  <dcterms:created xsi:type="dcterms:W3CDTF">2013-12-23T23:15:00Z</dcterms:created>
  <dcterms:modified xsi:type="dcterms:W3CDTF">2026-11-02T10:54:00Z</dcterms:modified>
  <cp:category/>
</cp:coreProperties>
</file>