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4417E" w:rsidRPr="00F4417E" w14:paraId="02578799" w14:textId="77777777" w:rsidTr="00086392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F62C21C" w14:textId="77777777" w:rsidR="00F4417E" w:rsidRPr="00F4417E" w:rsidRDefault="00F4417E" w:rsidP="00086392">
            <w:pPr>
              <w:keepNext/>
              <w:jc w:val="center"/>
              <w:rPr>
                <w:i/>
                <w:noProof/>
                <w:lang w:val="ro-RO"/>
              </w:rPr>
            </w:pPr>
            <w:r w:rsidRPr="00F4417E">
              <w:rPr>
                <w:i/>
                <w:noProof/>
                <w:lang w:val="ro-RO"/>
              </w:rPr>
              <w:t>COMUNA BLĂGEȘTI</w:t>
            </w:r>
          </w:p>
          <w:p w14:paraId="6ABD99F1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6C7905D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Județul</w:t>
            </w:r>
          </w:p>
          <w:p w14:paraId="30FA0326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  <w:r w:rsidRPr="00F4417E">
              <w:rPr>
                <w:noProof/>
                <w:lang w:val="ro-RO"/>
              </w:rPr>
              <w:t>BACĂU</w:t>
            </w:r>
          </w:p>
        </w:tc>
      </w:tr>
      <w:tr w:rsidR="00F4417E" w:rsidRPr="00F4417E" w14:paraId="16161E71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72F9B44C" w14:textId="77777777" w:rsidR="00F4417E" w:rsidRPr="00F4417E" w:rsidRDefault="00F4417E" w:rsidP="00086392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086BEE5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Autoritatea administrației publice</w:t>
            </w:r>
          </w:p>
          <w:p w14:paraId="7C564EB3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  <w:r w:rsidRPr="00F4417E">
              <w:rPr>
                <w:noProof/>
                <w:lang w:val="ro-RO"/>
              </w:rPr>
              <w:t>Comuna Blăgești</w:t>
            </w:r>
          </w:p>
        </w:tc>
      </w:tr>
      <w:tr w:rsidR="00F4417E" w:rsidRPr="00F4417E" w14:paraId="568A8FAD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699AA0CD" w14:textId="77777777" w:rsidR="00F4417E" w:rsidRPr="00F4417E" w:rsidRDefault="00F4417E" w:rsidP="00086392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6C17CAD0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Cod de identificare fiscală (CIF)</w:t>
            </w:r>
          </w:p>
          <w:p w14:paraId="67CC6E71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  <w:r w:rsidRPr="00F4417E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8B5E003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Adresa oficială</w:t>
            </w:r>
          </w:p>
          <w:p w14:paraId="645F8956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  <w:r w:rsidRPr="00F4417E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40249590" w14:textId="77777777" w:rsidR="00F4417E" w:rsidRPr="00F4417E" w:rsidRDefault="00F4417E" w:rsidP="00086392">
            <w:pPr>
              <w:keepNext/>
              <w:jc w:val="center"/>
              <w:rPr>
                <w:noProof/>
                <w:lang w:val="ro-RO"/>
              </w:rPr>
            </w:pPr>
            <w:r w:rsidRPr="00F4417E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F4417E" w:rsidRPr="00F4417E" w14:paraId="047EF424" w14:textId="77777777" w:rsidTr="00086392">
        <w:trPr>
          <w:cantSplit/>
          <w:trHeight w:val="510"/>
        </w:trPr>
        <w:tc>
          <w:tcPr>
            <w:tcW w:w="1606" w:type="dxa"/>
            <w:vMerge/>
          </w:tcPr>
          <w:p w14:paraId="1CB6BBF0" w14:textId="77777777" w:rsidR="00F4417E" w:rsidRPr="00F4417E" w:rsidRDefault="00F4417E" w:rsidP="00086392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954A2BB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Număr de înregistrare</w:t>
            </w:r>
          </w:p>
          <w:p w14:paraId="2EF3B0C8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55D1C21F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lang w:val="ro-RO"/>
              </w:rPr>
              <w:t>Data</w:t>
            </w:r>
          </w:p>
          <w:p w14:paraId="6B10F474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</w:p>
        </w:tc>
      </w:tr>
      <w:tr w:rsidR="00F4417E" w:rsidRPr="00F4417E" w14:paraId="6C10FC89" w14:textId="77777777" w:rsidTr="00086392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568AF12" w14:textId="77777777" w:rsidR="00F4417E" w:rsidRPr="00F4417E" w:rsidRDefault="00F4417E" w:rsidP="00086392">
            <w:pPr>
              <w:rPr>
                <w:noProof/>
                <w:lang w:val="ro-RO"/>
              </w:rPr>
            </w:pPr>
            <w:r w:rsidRPr="00F4417E">
              <w:rPr>
                <w:i/>
                <w:noProof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62B4FA0B" w14:textId="77777777" w:rsidR="00F4417E" w:rsidRPr="00F4417E" w:rsidRDefault="00F4417E" w:rsidP="00F4417E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F4417E">
        <w:rPr>
          <w:b/>
          <w:noProof/>
          <w:sz w:val="28"/>
          <w:szCs w:val="28"/>
          <w:lang w:val="ro-RO"/>
        </w:rPr>
        <w:t>CERERE</w:t>
      </w:r>
    </w:p>
    <w:p w14:paraId="60B77D5E" w14:textId="77777777" w:rsidR="007A6244" w:rsidRPr="00F4417E" w:rsidRDefault="007A6244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F4417E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sz w:val="16"/>
                <w:lang w:val="ro-RO"/>
              </w:rPr>
              <w:t xml:space="preserve"> 1. </w:t>
            </w:r>
            <w:r w:rsidRPr="00F4417E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F4417E" w:rsidRPr="00F4417E" w14:paraId="67A642AD" w14:textId="77777777" w:rsidTr="00086392">
        <w:trPr>
          <w:cantSplit/>
          <w:trHeight w:val="510"/>
        </w:trPr>
        <w:tc>
          <w:tcPr>
            <w:tcW w:w="9636" w:type="dxa"/>
          </w:tcPr>
          <w:p w14:paraId="2141D03F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  <w:r w:rsidRPr="00F4417E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74DECA8A" w14:textId="77777777" w:rsidR="00F4417E" w:rsidRPr="00F4417E" w:rsidRDefault="00F4417E" w:rsidP="00086392">
            <w:pPr>
              <w:keepNext/>
              <w:jc w:val="center"/>
              <w:rPr>
                <w:b/>
                <w:bCs/>
                <w:iCs/>
                <w:noProof/>
                <w:lang w:val="ro-RO"/>
              </w:rPr>
            </w:pPr>
            <w:r w:rsidRPr="00F4417E">
              <w:rPr>
                <w:b/>
                <w:bCs/>
                <w:iCs/>
                <w:noProof/>
                <w:lang w:val="ro-RO"/>
              </w:rPr>
              <w:t>PRIMARUL COMUNEI BLĂGEȘTI</w:t>
            </w:r>
          </w:p>
          <w:p w14:paraId="220CFF2E" w14:textId="77777777" w:rsidR="00F4417E" w:rsidRPr="00F4417E" w:rsidRDefault="00F4417E" w:rsidP="00086392">
            <w:pPr>
              <w:keepNext/>
              <w:rPr>
                <w:noProof/>
                <w:lang w:val="ro-RO"/>
              </w:rPr>
            </w:pPr>
          </w:p>
        </w:tc>
      </w:tr>
      <w:tr w:rsidR="007A6244" w:rsidRPr="00F4417E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F4417E" w:rsidRDefault="00000000">
            <w:pPr>
              <w:spacing w:line="228" w:lineRule="auto"/>
              <w:rPr>
                <w:lang w:val="ro-RO"/>
              </w:rPr>
            </w:pPr>
            <w:r w:rsidRPr="00F4417E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220E8C" w14:textId="77777777" w:rsidR="007A6244" w:rsidRPr="00F4417E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:rsidRPr="00F4417E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sz w:val="16"/>
                <w:lang w:val="ro-RO"/>
              </w:rPr>
              <w:t xml:space="preserve"> 2. </w:t>
            </w:r>
            <w:r w:rsidRPr="00F4417E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7A6244" w:rsidRPr="00F4417E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Nume și prenume</w:t>
            </w:r>
          </w:p>
          <w:p w14:paraId="19065994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3A73AE4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CNP</w:t>
            </w:r>
          </w:p>
          <w:p w14:paraId="618AF22D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Act de identitate</w:t>
            </w:r>
          </w:p>
        </w:tc>
      </w:tr>
      <w:tr w:rsidR="007A6244" w:rsidRPr="00F4417E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Seria</w:t>
            </w:r>
          </w:p>
          <w:p w14:paraId="68763DE0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1B30A3BA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Numărul</w:t>
            </w:r>
          </w:p>
          <w:p w14:paraId="3405D8E2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5F5E266C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Eliberat de</w:t>
            </w:r>
          </w:p>
          <w:p w14:paraId="39F4F2A6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50D95FC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La data</w:t>
            </w:r>
          </w:p>
          <w:p w14:paraId="753FA98E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Domiciliul</w:t>
            </w:r>
          </w:p>
        </w:tc>
      </w:tr>
      <w:tr w:rsidR="007A6244" w:rsidRPr="00F4417E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Județul</w:t>
            </w:r>
          </w:p>
          <w:p w14:paraId="246D42AB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0EA364FA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Municipiul / orașul / comuna</w:t>
            </w:r>
          </w:p>
          <w:p w14:paraId="2D658FE8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C4E7CE4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Satul / sectorul</w:t>
            </w:r>
          </w:p>
          <w:p w14:paraId="5A1A06DA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Strada</w:t>
            </w:r>
          </w:p>
          <w:p w14:paraId="06991C62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AE281F7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Nr.</w:t>
            </w:r>
          </w:p>
          <w:p w14:paraId="1EA0BA92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172244B7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Sc.</w:t>
            </w:r>
          </w:p>
          <w:p w14:paraId="18B2D382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1F68F074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Et.</w:t>
            </w:r>
          </w:p>
          <w:p w14:paraId="17DD5DE5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267E62C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Ap.</w:t>
            </w:r>
          </w:p>
          <w:p w14:paraId="06F5E082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1B28962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Cod poștal</w:t>
            </w:r>
          </w:p>
          <w:p w14:paraId="594D4A3E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5261DF8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Țara</w:t>
            </w:r>
          </w:p>
          <w:p w14:paraId="225866B9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Date de contact</w:t>
            </w:r>
          </w:p>
        </w:tc>
      </w:tr>
      <w:tr w:rsidR="007A6244" w:rsidRPr="00F4417E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Telefon / fax</w:t>
            </w:r>
          </w:p>
          <w:p w14:paraId="6E8EA80E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1D20CAE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E-mail</w:t>
            </w:r>
          </w:p>
          <w:p w14:paraId="223D691F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Reprezentare</w:t>
            </w:r>
          </w:p>
        </w:tc>
      </w:tr>
      <w:tr w:rsidR="007A6244" w:rsidRPr="00F4417E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În calitate de reprezentant al</w:t>
            </w:r>
          </w:p>
          <w:p w14:paraId="172CD55E" w14:textId="77777777" w:rsidR="007A6244" w:rsidRPr="00F4417E" w:rsidRDefault="007A6244">
            <w:pPr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E023F88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CUI / CIF</w:t>
            </w:r>
          </w:p>
          <w:p w14:paraId="274C09B7" w14:textId="77777777" w:rsidR="007A6244" w:rsidRPr="00F4417E" w:rsidRDefault="007A6244">
            <w:pPr>
              <w:rPr>
                <w:lang w:val="ro-RO"/>
              </w:rPr>
            </w:pPr>
          </w:p>
        </w:tc>
      </w:tr>
    </w:tbl>
    <w:p w14:paraId="2790794C" w14:textId="77777777" w:rsidR="007A6244" w:rsidRPr="00F4417E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:rsidRPr="00F4417E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sz w:val="16"/>
                <w:lang w:val="ro-RO"/>
              </w:rPr>
              <w:t xml:space="preserve"> 3. </w:t>
            </w:r>
            <w:r w:rsidRPr="00F4417E">
              <w:rPr>
                <w:b/>
                <w:color w:val="000000"/>
                <w:sz w:val="18"/>
                <w:lang w:val="ro-RO"/>
              </w:rPr>
              <w:t>AUTORIZAȚIA DE CONSTRUIRE</w:t>
            </w:r>
          </w:p>
        </w:tc>
      </w:tr>
      <w:tr w:rsidR="007A6244" w:rsidRPr="00F4417E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Nr.</w:t>
            </w:r>
          </w:p>
          <w:p w14:paraId="095D61F3" w14:textId="77777777" w:rsidR="007A6244" w:rsidRPr="00F4417E" w:rsidRDefault="007A6244">
            <w:pPr>
              <w:rPr>
                <w:lang w:val="ro-RO"/>
              </w:rPr>
            </w:pPr>
          </w:p>
        </w:tc>
        <w:tc>
          <w:tcPr>
            <w:tcW w:w="2409" w:type="dxa"/>
          </w:tcPr>
          <w:p w14:paraId="5E836E88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Din data</w:t>
            </w:r>
          </w:p>
          <w:p w14:paraId="73344DA4" w14:textId="77777777" w:rsidR="007A6244" w:rsidRPr="00F4417E" w:rsidRDefault="007A6244">
            <w:pPr>
              <w:rPr>
                <w:lang w:val="ro-RO"/>
              </w:rPr>
            </w:pPr>
          </w:p>
        </w:tc>
        <w:tc>
          <w:tcPr>
            <w:tcW w:w="5621" w:type="dxa"/>
          </w:tcPr>
          <w:p w14:paraId="38937E8B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Emisă de</w:t>
            </w:r>
          </w:p>
          <w:p w14:paraId="0D6A7EFA" w14:textId="03606389" w:rsidR="007A6244" w:rsidRPr="00F4417E" w:rsidRDefault="00F4417E" w:rsidP="00F4417E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PRIMARUL COMUNEI BLĂGEȘTI</w:t>
            </w:r>
          </w:p>
        </w:tc>
      </w:tr>
    </w:tbl>
    <w:p w14:paraId="1B861EE0" w14:textId="77777777" w:rsidR="007A6244" w:rsidRPr="00F4417E" w:rsidRDefault="007A6244">
      <w:pPr>
        <w:spacing w:line="168" w:lineRule="auto"/>
        <w:rPr>
          <w:lang w:val="ro-RO"/>
        </w:rPr>
      </w:pPr>
    </w:p>
    <w:p w14:paraId="2148FFF5" w14:textId="4ABE98FB" w:rsidR="009D5BC3" w:rsidRPr="00F4417E" w:rsidRDefault="00000000" w:rsidP="009D5BC3">
      <w:pPr>
        <w:spacing w:before="80" w:after="60"/>
        <w:jc w:val="center"/>
        <w:rPr>
          <w:sz w:val="18"/>
          <w:lang w:val="ro-RO"/>
        </w:rPr>
      </w:pPr>
      <w:r w:rsidRPr="00F4417E">
        <w:rPr>
          <w:sz w:val="18"/>
          <w:lang w:val="ro-RO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F4417E" w:rsidRDefault="00000000" w:rsidP="007F2503">
      <w:pPr>
        <w:keepNext/>
        <w:jc w:val="center"/>
        <w:rPr>
          <w:sz w:val="18"/>
          <w:szCs w:val="18"/>
          <w:lang w:val="ro-RO"/>
        </w:rPr>
      </w:pPr>
      <w:r w:rsidRPr="00F4417E">
        <w:rPr>
          <w:sz w:val="18"/>
          <w:szCs w:val="18"/>
          <w:lang w:val="ro-RO"/>
        </w:rPr>
        <w:t>solicit:</w:t>
      </w:r>
    </w:p>
    <w:p w14:paraId="09133AEA" w14:textId="15741141" w:rsidR="007F2503" w:rsidRPr="00F4417E" w:rsidRDefault="00F4417E" w:rsidP="007F2503">
      <w:pPr>
        <w:keepNext/>
        <w:jc w:val="center"/>
        <w:rPr>
          <w:sz w:val="20"/>
          <w:szCs w:val="20"/>
          <w:lang w:val="ro-RO"/>
        </w:rPr>
      </w:pP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="009D5BC3" w:rsidRPr="00F4417E">
        <w:rPr>
          <w:sz w:val="20"/>
          <w:szCs w:val="20"/>
          <w:lang w:val="ro-RO"/>
        </w:rPr>
        <w:t xml:space="preserve"> prelungirea DURATEI DE EXECUȚIE, pentru cel mult 12 luni  /</w:t>
      </w:r>
    </w:p>
    <w:p w14:paraId="035B2E14" w14:textId="63E67535" w:rsidR="007A6244" w:rsidRPr="00F4417E" w:rsidRDefault="00F4417E" w:rsidP="007F2503">
      <w:pPr>
        <w:keepNext/>
        <w:jc w:val="center"/>
        <w:rPr>
          <w:sz w:val="20"/>
          <w:szCs w:val="20"/>
          <w:lang w:val="ro-RO"/>
        </w:rPr>
      </w:pP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40763">
        <w:rPr>
          <w:rFonts w:ascii="Courier New" w:hAnsi="Courier New" w:cs="Courier New"/>
          <w:sz w:val="16"/>
          <w:szCs w:val="16"/>
          <w:lang w:val="ro-RO"/>
        </w:rPr>
        <w:instrText xml:space="preserve"> FORMCHECKBOX </w:instrText>
      </w:r>
      <w:r w:rsidRPr="00340763">
        <w:rPr>
          <w:rFonts w:ascii="Courier New" w:hAnsi="Courier New" w:cs="Courier New"/>
          <w:sz w:val="16"/>
          <w:szCs w:val="16"/>
          <w:lang w:val="ro-RO"/>
        </w:rPr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separate"/>
      </w:r>
      <w:r w:rsidRPr="00340763">
        <w:rPr>
          <w:rFonts w:ascii="Courier New" w:hAnsi="Courier New" w:cs="Courier New"/>
          <w:sz w:val="16"/>
          <w:szCs w:val="16"/>
          <w:lang w:val="ro-RO"/>
        </w:rPr>
        <w:fldChar w:fldCharType="end"/>
      </w:r>
      <w:r w:rsidR="009D5BC3" w:rsidRPr="00F4417E">
        <w:rPr>
          <w:sz w:val="20"/>
          <w:szCs w:val="20"/>
          <w:lang w:val="ro-RO"/>
        </w:rPr>
        <w:t xml:space="preserve"> prelungirea VALABILITĂȚII autorizației, pentru cel mult 12 luni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:rsidRPr="00F4417E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De la data</w:t>
            </w:r>
          </w:p>
          <w:p w14:paraId="354602FC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59ED40D5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Până la data</w:t>
            </w:r>
          </w:p>
          <w:p w14:paraId="7DDD098F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Stadiul lucrărilor (%)</w:t>
            </w:r>
          </w:p>
          <w:p w14:paraId="24044175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  <w:tc>
          <w:tcPr>
            <w:tcW w:w="4818" w:type="dxa"/>
          </w:tcPr>
          <w:p w14:paraId="524FE4D1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Data începerii efective</w:t>
            </w:r>
          </w:p>
          <w:p w14:paraId="5E0A126C" w14:textId="77777777" w:rsidR="007A6244" w:rsidRPr="00F4417E" w:rsidRDefault="007A6244">
            <w:pPr>
              <w:keepNext/>
              <w:rPr>
                <w:lang w:val="ro-RO"/>
              </w:rPr>
            </w:pPr>
          </w:p>
        </w:tc>
      </w:tr>
      <w:tr w:rsidR="007A6244" w:rsidRPr="00F4417E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Lucrările rămase de executat și motivarea</w:t>
            </w:r>
          </w:p>
        </w:tc>
      </w:tr>
      <w:tr w:rsidR="007A6244" w:rsidRPr="00F4417E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F4417E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4B23A108" w14:textId="77777777" w:rsidR="007A6244" w:rsidRPr="00F4417E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30E592BD" w14:textId="77777777" w:rsidR="007A6244" w:rsidRPr="00F4417E" w:rsidRDefault="007A6244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624259B7" w14:textId="77777777" w:rsidR="007A6244" w:rsidRPr="00F4417E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:rsidRPr="00F4417E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sz w:val="16"/>
                <w:lang w:val="ro-RO"/>
              </w:rPr>
              <w:t xml:space="preserve"> 5. </w:t>
            </w:r>
            <w:r w:rsidRPr="00F4417E">
              <w:rPr>
                <w:b/>
                <w:color w:val="000000"/>
                <w:sz w:val="18"/>
                <w:lang w:val="ro-RO"/>
              </w:rPr>
              <w:t>SE ANEXEAZĂ</w:t>
            </w:r>
          </w:p>
        </w:tc>
      </w:tr>
      <w:tr w:rsidR="007A6244" w:rsidRPr="00F4417E" w14:paraId="6B6A0EA2" w14:textId="77777777">
        <w:trPr>
          <w:cantSplit/>
        </w:trPr>
        <w:tc>
          <w:tcPr>
            <w:tcW w:w="9636" w:type="dxa"/>
          </w:tcPr>
          <w:p w14:paraId="300C857E" w14:textId="78A42F38" w:rsidR="007A6244" w:rsidRPr="00F4417E" w:rsidRDefault="00000000">
            <w:pPr>
              <w:rPr>
                <w:lang w:val="ro-RO"/>
              </w:rPr>
            </w:pPr>
            <w:r w:rsidRPr="00F4417E">
              <w:rPr>
                <w:sz w:val="16"/>
                <w:lang w:val="ro-RO"/>
              </w:rPr>
              <w:t xml:space="preserve"> </w:t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F4417E">
              <w:rPr>
                <w:sz w:val="16"/>
                <w:lang w:val="ro-RO"/>
              </w:rPr>
              <w:t xml:space="preserve"> autorizația de construire (în original)     </w:t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F4417E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F4417E">
              <w:rPr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5EC05CB7" w14:textId="77777777" w:rsidR="007A6244" w:rsidRPr="00F4417E" w:rsidRDefault="007A6244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:rsidRPr="00F4417E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Pr="00F4417E" w:rsidRDefault="00000000">
            <w:pPr>
              <w:keepNext/>
              <w:rPr>
                <w:lang w:val="ro-RO"/>
              </w:rPr>
            </w:pPr>
            <w:r w:rsidRPr="00F4417E">
              <w:rPr>
                <w:b/>
                <w:sz w:val="16"/>
                <w:lang w:val="ro-RO"/>
              </w:rPr>
              <w:t xml:space="preserve"> 6. </w:t>
            </w:r>
            <w:r w:rsidRPr="00F4417E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7A6244" w:rsidRPr="00F4417E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Data</w:t>
            </w:r>
          </w:p>
          <w:p w14:paraId="00AF9847" w14:textId="77777777" w:rsidR="007A6244" w:rsidRPr="00F4417E" w:rsidRDefault="007A6244">
            <w:pPr>
              <w:rPr>
                <w:lang w:val="ro-RO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Titularul autorizației</w:t>
            </w:r>
          </w:p>
          <w:p w14:paraId="7EABFA92" w14:textId="77777777" w:rsidR="007A6244" w:rsidRPr="00F4417E" w:rsidRDefault="007A6244">
            <w:pPr>
              <w:rPr>
                <w:lang w:val="ro-RO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Pr="00F4417E" w:rsidRDefault="00000000">
            <w:pPr>
              <w:rPr>
                <w:lang w:val="ro-RO"/>
              </w:rPr>
            </w:pPr>
            <w:r w:rsidRPr="00F4417E">
              <w:rPr>
                <w:b/>
                <w:color w:val="0D5F78"/>
                <w:lang w:val="ro-RO"/>
              </w:rPr>
              <w:t>Semnătura</w:t>
            </w:r>
          </w:p>
          <w:p w14:paraId="189E4DCE" w14:textId="77777777" w:rsidR="007A6244" w:rsidRPr="00F4417E" w:rsidRDefault="007A6244">
            <w:pPr>
              <w:rPr>
                <w:lang w:val="ro-RO"/>
              </w:rPr>
            </w:pPr>
          </w:p>
        </w:tc>
      </w:tr>
    </w:tbl>
    <w:p w14:paraId="19AD975D" w14:textId="77777777" w:rsidR="007A6244" w:rsidRPr="00F4417E" w:rsidRDefault="007A6244">
      <w:pPr>
        <w:spacing w:line="168" w:lineRule="auto"/>
        <w:rPr>
          <w:lang w:val="ro-RO"/>
        </w:rPr>
      </w:pPr>
    </w:p>
    <w:sectPr w:rsidR="007A6244" w:rsidRPr="00F4417E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38E9" w14:textId="77777777" w:rsidR="00370572" w:rsidRDefault="00370572">
      <w:r>
        <w:separator/>
      </w:r>
    </w:p>
  </w:endnote>
  <w:endnote w:type="continuationSeparator" w:id="0">
    <w:p w14:paraId="3B81E79D" w14:textId="77777777" w:rsidR="00370572" w:rsidRDefault="0037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350C" w14:textId="77777777" w:rsidR="00370572" w:rsidRDefault="00370572">
      <w:r>
        <w:separator/>
      </w:r>
    </w:p>
  </w:footnote>
  <w:footnote w:type="continuationSeparator" w:id="0">
    <w:p w14:paraId="70D05F12" w14:textId="77777777" w:rsidR="00370572" w:rsidRDefault="00370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0572"/>
    <w:rsid w:val="006C103E"/>
    <w:rsid w:val="007A6244"/>
    <w:rsid w:val="007F2503"/>
    <w:rsid w:val="009C5408"/>
    <w:rsid w:val="009D5BC3"/>
    <w:rsid w:val="00A130AC"/>
    <w:rsid w:val="00AA1D8D"/>
    <w:rsid w:val="00B47730"/>
    <w:rsid w:val="00CB0664"/>
    <w:rsid w:val="00D21BCF"/>
    <w:rsid w:val="00E61A6B"/>
    <w:rsid w:val="00F4417E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2</cp:revision>
  <dcterms:created xsi:type="dcterms:W3CDTF">2013-12-23T23:15:00Z</dcterms:created>
  <dcterms:modified xsi:type="dcterms:W3CDTF">2026-11-02T10:56:00Z</dcterms:modified>
  <cp:category/>
</cp:coreProperties>
</file>