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2D374F" w:rsidRPr="009A6ACE" w14:paraId="2776D7CD" w14:textId="77777777" w:rsidTr="0008639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6265B96" w14:textId="77777777" w:rsidR="002D374F" w:rsidRPr="009A6ACE" w:rsidRDefault="002D374F" w:rsidP="00086392">
            <w:pPr>
              <w:keepNext/>
              <w:jc w:val="center"/>
              <w:rPr>
                <w:i/>
                <w:noProof/>
                <w:lang w:val="ro-RO"/>
              </w:rPr>
            </w:pPr>
            <w:r w:rsidRPr="009A6ACE">
              <w:rPr>
                <w:i/>
                <w:noProof/>
                <w:lang w:val="ro-RO"/>
              </w:rPr>
              <w:t>COMUNA BLĂGEȘTI</w:t>
            </w:r>
          </w:p>
          <w:p w14:paraId="789452EB" w14:textId="77777777" w:rsidR="002D374F" w:rsidRPr="009A6ACE" w:rsidRDefault="002D374F" w:rsidP="00086392">
            <w:pPr>
              <w:keepNext/>
              <w:jc w:val="center"/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6D3E01DF" w14:textId="77777777" w:rsidR="002D374F" w:rsidRPr="009A6ACE" w:rsidRDefault="002D374F" w:rsidP="00086392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Județul</w:t>
            </w:r>
          </w:p>
          <w:p w14:paraId="7EDAB5A1" w14:textId="77777777" w:rsidR="002D374F" w:rsidRPr="009A6ACE" w:rsidRDefault="002D374F" w:rsidP="00086392">
            <w:pPr>
              <w:keepNext/>
              <w:jc w:val="center"/>
              <w:rPr>
                <w:noProof/>
                <w:lang w:val="ro-RO"/>
              </w:rPr>
            </w:pPr>
            <w:r w:rsidRPr="009A6ACE">
              <w:rPr>
                <w:noProof/>
                <w:lang w:val="ro-RO"/>
              </w:rPr>
              <w:t>BACĂU</w:t>
            </w:r>
          </w:p>
        </w:tc>
      </w:tr>
      <w:tr w:rsidR="002D374F" w:rsidRPr="009A6ACE" w14:paraId="6C2E0AB2" w14:textId="77777777" w:rsidTr="00086392">
        <w:trPr>
          <w:cantSplit/>
          <w:trHeight w:val="510"/>
        </w:trPr>
        <w:tc>
          <w:tcPr>
            <w:tcW w:w="1606" w:type="dxa"/>
            <w:vMerge/>
          </w:tcPr>
          <w:p w14:paraId="1541A61F" w14:textId="77777777" w:rsidR="002D374F" w:rsidRPr="009A6ACE" w:rsidRDefault="002D374F" w:rsidP="00086392">
            <w:pPr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128EB427" w14:textId="77777777" w:rsidR="002D374F" w:rsidRPr="009A6ACE" w:rsidRDefault="002D374F" w:rsidP="00086392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Autoritatea administrației publice</w:t>
            </w:r>
          </w:p>
          <w:p w14:paraId="07A1FB30" w14:textId="77777777" w:rsidR="002D374F" w:rsidRPr="009A6ACE" w:rsidRDefault="002D374F" w:rsidP="00086392">
            <w:pPr>
              <w:keepNext/>
              <w:jc w:val="center"/>
              <w:rPr>
                <w:noProof/>
                <w:lang w:val="ro-RO"/>
              </w:rPr>
            </w:pPr>
            <w:r w:rsidRPr="009A6ACE">
              <w:rPr>
                <w:noProof/>
                <w:lang w:val="ro-RO"/>
              </w:rPr>
              <w:t>Comuna Blăgești</w:t>
            </w:r>
          </w:p>
        </w:tc>
      </w:tr>
      <w:tr w:rsidR="002D374F" w:rsidRPr="009A6ACE" w14:paraId="18BB32F8" w14:textId="77777777" w:rsidTr="00086392">
        <w:trPr>
          <w:cantSplit/>
          <w:trHeight w:val="510"/>
        </w:trPr>
        <w:tc>
          <w:tcPr>
            <w:tcW w:w="1606" w:type="dxa"/>
            <w:vMerge/>
          </w:tcPr>
          <w:p w14:paraId="3D5D3996" w14:textId="77777777" w:rsidR="002D374F" w:rsidRPr="009A6ACE" w:rsidRDefault="002D374F" w:rsidP="00086392">
            <w:pPr>
              <w:rPr>
                <w:noProof/>
                <w:lang w:val="ro-RO"/>
              </w:rPr>
            </w:pPr>
          </w:p>
        </w:tc>
        <w:tc>
          <w:tcPr>
            <w:tcW w:w="2409" w:type="dxa"/>
            <w:shd w:val="clear" w:color="auto" w:fill="F0F0F0"/>
          </w:tcPr>
          <w:p w14:paraId="3C771120" w14:textId="77777777" w:rsidR="002D374F" w:rsidRPr="009A6ACE" w:rsidRDefault="002D374F" w:rsidP="00086392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Cod de identificare fiscală (CIF)</w:t>
            </w:r>
          </w:p>
          <w:p w14:paraId="3ED8C61A" w14:textId="77777777" w:rsidR="002D374F" w:rsidRPr="009A6ACE" w:rsidRDefault="002D374F" w:rsidP="00086392">
            <w:pPr>
              <w:keepNext/>
              <w:jc w:val="center"/>
              <w:rPr>
                <w:noProof/>
                <w:lang w:val="ro-RO"/>
              </w:rPr>
            </w:pPr>
            <w:r w:rsidRPr="009A6ACE">
              <w:rPr>
                <w:noProof/>
                <w:lang w:val="ro-RO"/>
              </w:rPr>
              <w:t>4834777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D34A63E" w14:textId="77777777" w:rsidR="002D374F" w:rsidRPr="009A6ACE" w:rsidRDefault="002D374F" w:rsidP="00086392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Adresa oficială</w:t>
            </w:r>
          </w:p>
          <w:p w14:paraId="07DA675A" w14:textId="77777777" w:rsidR="002D374F" w:rsidRPr="009A6ACE" w:rsidRDefault="002D374F" w:rsidP="00086392">
            <w:pPr>
              <w:keepNext/>
              <w:jc w:val="center"/>
              <w:rPr>
                <w:noProof/>
                <w:lang w:val="ro-RO"/>
              </w:rPr>
            </w:pPr>
            <w:r w:rsidRPr="009A6ACE">
              <w:rPr>
                <w:noProof/>
                <w:lang w:val="ro-RO"/>
              </w:rPr>
              <w:t>sediul · sat Blăgești, com. Blăgești, str. Școlii, nr. 1, jud. Bacău, cod 607065,</w:t>
            </w:r>
          </w:p>
          <w:p w14:paraId="60BB9E77" w14:textId="77777777" w:rsidR="002D374F" w:rsidRPr="009A6ACE" w:rsidRDefault="002D374F" w:rsidP="00086392">
            <w:pPr>
              <w:keepNext/>
              <w:jc w:val="center"/>
              <w:rPr>
                <w:noProof/>
                <w:lang w:val="ro-RO"/>
              </w:rPr>
            </w:pPr>
            <w:r w:rsidRPr="009A6ACE">
              <w:rPr>
                <w:noProof/>
                <w:lang w:val="ro-RO"/>
              </w:rPr>
              <w:t>tel.: 0334.805.110, e-mail: primaria_blagesti@yahoo.com</w:t>
            </w:r>
          </w:p>
        </w:tc>
      </w:tr>
      <w:tr w:rsidR="002D374F" w:rsidRPr="009A6ACE" w14:paraId="36E834A2" w14:textId="77777777" w:rsidTr="00086392">
        <w:trPr>
          <w:cantSplit/>
          <w:trHeight w:val="510"/>
        </w:trPr>
        <w:tc>
          <w:tcPr>
            <w:tcW w:w="1606" w:type="dxa"/>
            <w:vMerge/>
          </w:tcPr>
          <w:p w14:paraId="609F119C" w14:textId="77777777" w:rsidR="002D374F" w:rsidRPr="009A6ACE" w:rsidRDefault="002D374F" w:rsidP="00086392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51736C61" w14:textId="77777777" w:rsidR="002D374F" w:rsidRPr="009A6ACE" w:rsidRDefault="002D374F" w:rsidP="00086392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Număr de înregistrare</w:t>
            </w:r>
          </w:p>
          <w:p w14:paraId="5411B5DB" w14:textId="77777777" w:rsidR="002D374F" w:rsidRPr="009A6ACE" w:rsidRDefault="002D374F" w:rsidP="00086392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shd w:val="clear" w:color="auto" w:fill="F0F0F0"/>
          </w:tcPr>
          <w:p w14:paraId="467A6C9F" w14:textId="77777777" w:rsidR="002D374F" w:rsidRPr="009A6ACE" w:rsidRDefault="002D374F" w:rsidP="00086392">
            <w:pPr>
              <w:keepNext/>
              <w:rPr>
                <w:noProof/>
                <w:lang w:val="ro-RO"/>
              </w:rPr>
            </w:pPr>
            <w:r w:rsidRPr="009A6ACE">
              <w:rPr>
                <w:b/>
                <w:noProof/>
                <w:lang w:val="ro-RO"/>
              </w:rPr>
              <w:t>Data</w:t>
            </w:r>
          </w:p>
          <w:p w14:paraId="61A5F656" w14:textId="77777777" w:rsidR="002D374F" w:rsidRPr="009A6ACE" w:rsidRDefault="002D374F" w:rsidP="00086392">
            <w:pPr>
              <w:keepNext/>
              <w:rPr>
                <w:noProof/>
                <w:lang w:val="ro-RO"/>
              </w:rPr>
            </w:pPr>
          </w:p>
        </w:tc>
      </w:tr>
      <w:tr w:rsidR="002D374F" w:rsidRPr="009A6ACE" w14:paraId="4F865E14" w14:textId="77777777" w:rsidTr="00086392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0537FA34" w14:textId="77777777" w:rsidR="002D374F" w:rsidRPr="009A6ACE" w:rsidRDefault="002D374F" w:rsidP="00086392">
            <w:pPr>
              <w:rPr>
                <w:noProof/>
                <w:lang w:val="ro-RO"/>
              </w:rPr>
            </w:pPr>
            <w:r w:rsidRPr="009A6ACE">
              <w:rPr>
                <w:i/>
                <w:noProof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70D40027" w14:textId="77777777" w:rsidR="002D374F" w:rsidRPr="002D374F" w:rsidRDefault="002D374F" w:rsidP="002D374F">
      <w:pPr>
        <w:spacing w:before="140" w:after="40"/>
        <w:jc w:val="center"/>
        <w:rPr>
          <w:noProof/>
          <w:sz w:val="34"/>
          <w:szCs w:val="34"/>
          <w:lang w:val="ro-RO"/>
        </w:rPr>
      </w:pPr>
      <w:r w:rsidRPr="002D374F">
        <w:rPr>
          <w:b/>
          <w:noProof/>
          <w:sz w:val="34"/>
          <w:szCs w:val="34"/>
          <w:lang w:val="ro-RO"/>
        </w:rPr>
        <w:t>CERERE</w:t>
      </w:r>
    </w:p>
    <w:p w14:paraId="7BB62D1E" w14:textId="77777777" w:rsidR="00486273" w:rsidRDefault="00000000">
      <w:pPr>
        <w:spacing w:after="120"/>
        <w:jc w:val="center"/>
      </w:pP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emiterea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avizului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primarului</w:t>
      </w:r>
      <w:proofErr w:type="spellEnd"/>
    </w:p>
    <w:p w14:paraId="16EDCC0A" w14:textId="77777777" w:rsidR="00486273" w:rsidRDefault="0048627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9D75CC" w:rsidRDefault="00000000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255FEB" w14:textId="5DEABD50" w:rsidR="00486273" w:rsidRPr="002D374F" w:rsidRDefault="002D374F" w:rsidP="002D374F">
            <w:pPr>
              <w:keepNext/>
              <w:jc w:val="center"/>
              <w:rPr>
                <w:b/>
                <w:bCs/>
                <w:iCs/>
                <w:noProof/>
                <w:lang w:val="ro-RO"/>
              </w:rPr>
            </w:pPr>
            <w:r w:rsidRPr="009A6ACE">
              <w:rPr>
                <w:b/>
                <w:bCs/>
                <w:iCs/>
                <w:noProof/>
                <w:lang w:val="ro-RO"/>
              </w:rPr>
              <w:t>PRIMARUL COMUNEI BLĂGEȘTI</w:t>
            </w:r>
          </w:p>
          <w:p w14:paraId="42DDB7E0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9D75CC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75CC">
              <w:rPr>
                <w:lang w:val="fr-FR"/>
              </w:rPr>
              <w:t>Cererea</w:t>
            </w:r>
            <w:proofErr w:type="spellEnd"/>
            <w:r w:rsidRPr="009D75CC">
              <w:rPr>
                <w:lang w:val="fr-FR"/>
              </w:rPr>
              <w:t xml:space="preserve"> va fi </w:t>
            </w:r>
            <w:proofErr w:type="spellStart"/>
            <w:r w:rsidRPr="009D75CC">
              <w:rPr>
                <w:lang w:val="fr-FR"/>
              </w:rPr>
              <w:t>transmisă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către</w:t>
            </w:r>
            <w:proofErr w:type="spellEnd"/>
            <w:r w:rsidR="00191E62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general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de </w:t>
            </w:r>
            <w:proofErr w:type="spellStart"/>
            <w:r w:rsidRPr="009D75CC">
              <w:rPr>
                <w:lang w:val="fr-FR"/>
              </w:rPr>
              <w:t>sector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sau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municipiului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orașului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comunei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după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caz</w:t>
            </w:r>
            <w:proofErr w:type="spellEnd"/>
            <w:r w:rsidRPr="009D75CC">
              <w:rPr>
                <w:lang w:val="fr-FR"/>
              </w:rPr>
              <w:t>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000000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Default="00000000">
            <w:r>
              <w:rPr>
                <w:b/>
                <w:color w:val="0D5F78"/>
              </w:rPr>
              <w:t>A județului / municipiului București</w:t>
            </w:r>
          </w:p>
          <w:p w14:paraId="4DF3D227" w14:textId="77777777" w:rsidR="00486273" w:rsidRDefault="00486273"/>
        </w:tc>
        <w:tc>
          <w:tcPr>
            <w:tcW w:w="5621" w:type="dxa"/>
          </w:tcPr>
          <w:p w14:paraId="1DD1F557" w14:textId="77777777" w:rsidR="00486273" w:rsidRDefault="00000000">
            <w:r>
              <w:rPr>
                <w:b/>
                <w:color w:val="0D5F78"/>
              </w:rPr>
              <w:t>Reprezentată prin arhitect-șef</w:t>
            </w:r>
          </w:p>
          <w:p w14:paraId="1ABDD5E9" w14:textId="77777777" w:rsidR="00486273" w:rsidRDefault="00486273"/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0BECF5F8" w:rsidR="00486273" w:rsidRDefault="002D374F">
            <w:pPr>
              <w:keepNext/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000000">
              <w:rPr>
                <w:sz w:val="16"/>
              </w:rPr>
              <w:t xml:space="preserve">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30705592" w:rsidR="00486273" w:rsidRDefault="002D374F">
            <w:pPr>
              <w:keepNext/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000000">
              <w:rPr>
                <w:sz w:val="16"/>
              </w:rPr>
              <w:t xml:space="preserve"> art. 69 alin. (3) — avizul prealabil, favorabil, al primarului, necesar în vederea aprobării de către președintele consiliului județean </w:t>
            </w:r>
            <w:proofErr w:type="gramStart"/>
            <w:r w:rsidR="00000000">
              <w:rPr>
                <w:sz w:val="16"/>
              </w:rPr>
              <w:t>a</w:t>
            </w:r>
            <w:proofErr w:type="gramEnd"/>
            <w:r w:rsidR="00000000">
              <w:rPr>
                <w:sz w:val="16"/>
              </w:rPr>
              <w:t xml:space="preserve">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251147E1" w:rsidR="00486273" w:rsidRDefault="002D374F"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000000">
              <w:rPr>
                <w:sz w:val="16"/>
              </w:rPr>
              <w:t xml:space="preserve">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77777777" w:rsidR="0048627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42CAB644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75BF30C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42BF5FF1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42D080FC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3F1149E" w14:textId="77777777" w:rsidR="00486273" w:rsidRDefault="00486273">
            <w:pPr>
              <w:keepNext/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3907ED0" w14:textId="77777777"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14:paraId="495DB359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B6499B" w14:textId="77777777" w:rsidR="00486273" w:rsidRDefault="00486273">
            <w:pPr>
              <w:keepNext/>
            </w:pPr>
          </w:p>
        </w:tc>
        <w:tc>
          <w:tcPr>
            <w:tcW w:w="803" w:type="dxa"/>
          </w:tcPr>
          <w:p w14:paraId="2E3284D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1F1B86" w14:textId="77777777" w:rsidR="00486273" w:rsidRDefault="00486273">
            <w:pPr>
              <w:keepNext/>
            </w:pPr>
          </w:p>
        </w:tc>
        <w:tc>
          <w:tcPr>
            <w:tcW w:w="2409" w:type="dxa"/>
          </w:tcPr>
          <w:p w14:paraId="3B6FC157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9590264" w14:textId="77777777" w:rsidR="00486273" w:rsidRDefault="00486273">
            <w:pPr>
              <w:keepNext/>
            </w:pPr>
          </w:p>
        </w:tc>
      </w:tr>
      <w:tr w:rsidR="00486273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9D75CC" w:rsidRDefault="00000000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Număr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cadastral</w:t>
            </w:r>
          </w:p>
          <w:p w14:paraId="58F9732C" w14:textId="77777777" w:rsidR="00486273" w:rsidRPr="009D75CC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75CC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e-Terra</w:t>
            </w:r>
          </w:p>
          <w:p w14:paraId="74C4493B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C8287AC" w14:textId="77777777" w:rsidR="00486273" w:rsidRDefault="00486273">
            <w:pPr>
              <w:keepNext/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2F76BF2B" w:rsidR="00486273" w:rsidRPr="009D75CC" w:rsidRDefault="002D374F">
            <w:pPr>
              <w:rPr>
                <w:lang w:val="fr-FR"/>
              </w:rPr>
            </w:pP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="00000000" w:rsidRPr="009D75CC">
              <w:rPr>
                <w:sz w:val="16"/>
                <w:lang w:val="fr-FR"/>
              </w:rPr>
              <w:t xml:space="preserve"> </w:t>
            </w:r>
            <w:proofErr w:type="gramStart"/>
            <w:r w:rsidR="00000000" w:rsidRPr="009D75CC">
              <w:rPr>
                <w:sz w:val="16"/>
                <w:lang w:val="fr-FR"/>
              </w:rPr>
              <w:t>copie</w:t>
            </w:r>
            <w:proofErr w:type="gramEnd"/>
            <w:r w:rsidR="00000000"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="00000000" w:rsidRPr="009D75CC">
              <w:rPr>
                <w:sz w:val="16"/>
                <w:lang w:val="fr-FR"/>
              </w:rPr>
              <w:t>după</w:t>
            </w:r>
            <w:proofErr w:type="spellEnd"/>
            <w:r w:rsidR="00000000"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="00000000" w:rsidRPr="009D75CC">
              <w:rPr>
                <w:sz w:val="16"/>
                <w:lang w:val="fr-FR"/>
              </w:rPr>
              <w:t>Certificatul</w:t>
            </w:r>
            <w:proofErr w:type="spellEnd"/>
            <w:r w:rsidR="00000000" w:rsidRPr="009D75CC">
              <w:rPr>
                <w:sz w:val="16"/>
                <w:lang w:val="fr-FR"/>
              </w:rPr>
              <w:t xml:space="preserve"> de </w:t>
            </w:r>
            <w:proofErr w:type="spellStart"/>
            <w:r w:rsidR="00000000" w:rsidRPr="009D75CC">
              <w:rPr>
                <w:sz w:val="16"/>
                <w:lang w:val="fr-FR"/>
              </w:rPr>
              <w:t>urbanism</w:t>
            </w:r>
            <w:proofErr w:type="spellEnd"/>
            <w:r w:rsidR="00000000" w:rsidRPr="009D75CC">
              <w:rPr>
                <w:sz w:val="16"/>
                <w:lang w:val="fr-FR"/>
              </w:rPr>
              <w:t xml:space="preserve">, </w:t>
            </w:r>
            <w:proofErr w:type="spellStart"/>
            <w:r w:rsidR="00000000" w:rsidRPr="009D75CC">
              <w:rPr>
                <w:sz w:val="16"/>
                <w:lang w:val="fr-FR"/>
              </w:rPr>
              <w:t>împreună</w:t>
            </w:r>
            <w:proofErr w:type="spellEnd"/>
            <w:r w:rsidR="00000000"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="00000000" w:rsidRPr="009D75CC">
              <w:rPr>
                <w:sz w:val="16"/>
                <w:lang w:val="fr-FR"/>
              </w:rPr>
              <w:t>cu</w:t>
            </w:r>
            <w:proofErr w:type="spellEnd"/>
            <w:r w:rsidR="00000000"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="00000000" w:rsidRPr="009D75CC">
              <w:rPr>
                <w:sz w:val="16"/>
                <w:lang w:val="fr-FR"/>
              </w:rPr>
              <w:t>planurile-anexă</w:t>
            </w:r>
            <w:proofErr w:type="spellEnd"/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000000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Default="00000000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Default="00000000">
            <w:r>
              <w:rPr>
                <w:b/>
                <w:color w:val="0D5F78"/>
              </w:rPr>
              <w:t>Data</w:t>
            </w:r>
          </w:p>
          <w:p w14:paraId="39B034CF" w14:textId="77777777" w:rsidR="00486273" w:rsidRDefault="00486273"/>
        </w:tc>
        <w:tc>
          <w:tcPr>
            <w:tcW w:w="4818" w:type="dxa"/>
          </w:tcPr>
          <w:p w14:paraId="37E6BC38" w14:textId="77777777" w:rsidR="00486273" w:rsidRDefault="00000000">
            <w:r>
              <w:rPr>
                <w:b/>
                <w:color w:val="0D5F78"/>
              </w:rPr>
              <w:t>Arhitectul-șef</w:t>
            </w:r>
          </w:p>
          <w:p w14:paraId="29CF9413" w14:textId="77777777" w:rsidR="00486273" w:rsidRDefault="00486273"/>
        </w:tc>
        <w:tc>
          <w:tcPr>
            <w:tcW w:w="3212" w:type="dxa"/>
          </w:tcPr>
          <w:p w14:paraId="1B706DAD" w14:textId="77777777" w:rsidR="00486273" w:rsidRDefault="00000000">
            <w:r>
              <w:rPr>
                <w:b/>
                <w:color w:val="0D5F78"/>
              </w:rPr>
              <w:t>Semnătura</w:t>
            </w:r>
          </w:p>
          <w:p w14:paraId="432C5858" w14:textId="77777777" w:rsidR="00486273" w:rsidRDefault="00486273"/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FCDFE" w14:textId="77777777" w:rsidR="00CD636E" w:rsidRDefault="00CD636E">
      <w:r>
        <w:separator/>
      </w:r>
    </w:p>
  </w:endnote>
  <w:endnote w:type="continuationSeparator" w:id="0">
    <w:p w14:paraId="65C71CE6" w14:textId="77777777" w:rsidR="00CD636E" w:rsidRDefault="00CD6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296C" w14:textId="66E96CD8" w:rsidR="00486273" w:rsidRDefault="00000000">
    <w:pPr>
      <w:pStyle w:val="Subsol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1B343" w14:textId="77777777" w:rsidR="00CD636E" w:rsidRDefault="00CD636E">
      <w:r>
        <w:separator/>
      </w:r>
    </w:p>
  </w:footnote>
  <w:footnote w:type="continuationSeparator" w:id="0">
    <w:p w14:paraId="47554D4F" w14:textId="77777777" w:rsidR="00CD636E" w:rsidRDefault="00CD6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9982190">
    <w:abstractNumId w:val="8"/>
  </w:num>
  <w:num w:numId="2" w16cid:durableId="12540763">
    <w:abstractNumId w:val="6"/>
  </w:num>
  <w:num w:numId="3" w16cid:durableId="65883658">
    <w:abstractNumId w:val="5"/>
  </w:num>
  <w:num w:numId="4" w16cid:durableId="1321691281">
    <w:abstractNumId w:val="4"/>
  </w:num>
  <w:num w:numId="5" w16cid:durableId="151608957">
    <w:abstractNumId w:val="7"/>
  </w:num>
  <w:num w:numId="6" w16cid:durableId="2046057024">
    <w:abstractNumId w:val="3"/>
  </w:num>
  <w:num w:numId="7" w16cid:durableId="48456557">
    <w:abstractNumId w:val="2"/>
  </w:num>
  <w:num w:numId="8" w16cid:durableId="2024280615">
    <w:abstractNumId w:val="1"/>
  </w:num>
  <w:num w:numId="9" w16cid:durableId="162550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1E62"/>
    <w:rsid w:val="0029639D"/>
    <w:rsid w:val="002D374F"/>
    <w:rsid w:val="002E4650"/>
    <w:rsid w:val="00326F90"/>
    <w:rsid w:val="00472D78"/>
    <w:rsid w:val="00486273"/>
    <w:rsid w:val="006C103E"/>
    <w:rsid w:val="009D75CC"/>
    <w:rsid w:val="00A130AC"/>
    <w:rsid w:val="00AA1D8D"/>
    <w:rsid w:val="00AF2B6B"/>
    <w:rsid w:val="00B47730"/>
    <w:rsid w:val="00CB0664"/>
    <w:rsid w:val="00CD636E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Oprea Gheorghe-Daniel</cp:lastModifiedBy>
  <cp:revision>2</cp:revision>
  <dcterms:created xsi:type="dcterms:W3CDTF">2013-12-23T23:15:00Z</dcterms:created>
  <dcterms:modified xsi:type="dcterms:W3CDTF">2026-11-02T11:02:00Z</dcterms:modified>
  <cp:category/>
</cp:coreProperties>
</file>