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01D22" w:rsidRPr="00201D22" w14:paraId="2264DB83" w14:textId="77777777" w:rsidTr="0008639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AE3C372" w14:textId="77777777" w:rsidR="00201D22" w:rsidRPr="00201D22" w:rsidRDefault="00201D22" w:rsidP="00086392">
            <w:pPr>
              <w:keepNext/>
              <w:jc w:val="center"/>
              <w:rPr>
                <w:i/>
                <w:noProof/>
                <w:lang w:val="ro-RO"/>
              </w:rPr>
            </w:pPr>
            <w:r w:rsidRPr="00201D22">
              <w:rPr>
                <w:i/>
                <w:noProof/>
                <w:lang w:val="ro-RO"/>
              </w:rPr>
              <w:t>COMUNA BLĂGEȘTI</w:t>
            </w:r>
          </w:p>
          <w:p w14:paraId="3ECDCBA6" w14:textId="77777777" w:rsidR="00201D22" w:rsidRPr="00201D22" w:rsidRDefault="00201D22" w:rsidP="00086392">
            <w:pPr>
              <w:keepNext/>
              <w:jc w:val="center"/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780A740C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lang w:val="ro-RO"/>
              </w:rPr>
              <w:t>Județul</w:t>
            </w:r>
          </w:p>
          <w:p w14:paraId="4412DAE8" w14:textId="77777777" w:rsidR="00201D22" w:rsidRPr="00201D22" w:rsidRDefault="00201D22" w:rsidP="00086392">
            <w:pPr>
              <w:keepNext/>
              <w:jc w:val="center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BACĂU</w:t>
            </w:r>
          </w:p>
        </w:tc>
      </w:tr>
      <w:tr w:rsidR="00201D22" w:rsidRPr="00201D22" w14:paraId="2F3E9118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1245F347" w14:textId="77777777" w:rsidR="00201D22" w:rsidRPr="00201D22" w:rsidRDefault="00201D22" w:rsidP="00086392">
            <w:pPr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092B799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lang w:val="ro-RO"/>
              </w:rPr>
              <w:t>Autoritatea administrației publice</w:t>
            </w:r>
          </w:p>
          <w:p w14:paraId="379A2307" w14:textId="77777777" w:rsidR="00201D22" w:rsidRPr="00201D22" w:rsidRDefault="00201D22" w:rsidP="00086392">
            <w:pPr>
              <w:keepNext/>
              <w:jc w:val="center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Comuna Blăgești</w:t>
            </w:r>
          </w:p>
        </w:tc>
      </w:tr>
      <w:tr w:rsidR="00201D22" w:rsidRPr="00201D22" w14:paraId="59998D0E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0E511F7C" w14:textId="77777777" w:rsidR="00201D22" w:rsidRPr="00201D22" w:rsidRDefault="00201D22" w:rsidP="00086392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5931A2C0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lang w:val="ro-RO"/>
              </w:rPr>
              <w:t>Cod de identificare fiscală (CIF)</w:t>
            </w:r>
          </w:p>
          <w:p w14:paraId="603D7D42" w14:textId="77777777" w:rsidR="00201D22" w:rsidRPr="00201D22" w:rsidRDefault="00201D22" w:rsidP="00086392">
            <w:pPr>
              <w:keepNext/>
              <w:jc w:val="center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1FB4131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lang w:val="ro-RO"/>
              </w:rPr>
              <w:t>Adresa oficială</w:t>
            </w:r>
          </w:p>
          <w:p w14:paraId="0F00C414" w14:textId="77777777" w:rsidR="00201D22" w:rsidRPr="00201D22" w:rsidRDefault="00201D22" w:rsidP="00086392">
            <w:pPr>
              <w:keepNext/>
              <w:jc w:val="center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sediul · sat Blăgești, com. Blăgești, str. Școlii, nr. 1, jud. Bacău, cod 607065,</w:t>
            </w:r>
          </w:p>
          <w:p w14:paraId="2B6EED7D" w14:textId="77777777" w:rsidR="00201D22" w:rsidRPr="00201D22" w:rsidRDefault="00201D22" w:rsidP="00086392">
            <w:pPr>
              <w:keepNext/>
              <w:jc w:val="center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tel.: 0334.805.110, e-mail: primaria_blagesti@yahoo.com</w:t>
            </w:r>
          </w:p>
        </w:tc>
      </w:tr>
      <w:tr w:rsidR="00201D22" w:rsidRPr="00201D22" w14:paraId="5A59287A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72C53836" w14:textId="77777777" w:rsidR="00201D22" w:rsidRPr="00201D22" w:rsidRDefault="00201D22" w:rsidP="00086392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30A5F90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lang w:val="ro-RO"/>
              </w:rPr>
              <w:t>Număr de înregistrare</w:t>
            </w:r>
          </w:p>
          <w:p w14:paraId="1000D92D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0B98603A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lang w:val="ro-RO"/>
              </w:rPr>
              <w:t>Data</w:t>
            </w:r>
          </w:p>
          <w:p w14:paraId="6FB0527B" w14:textId="77777777" w:rsidR="00201D22" w:rsidRPr="00201D22" w:rsidRDefault="00201D22" w:rsidP="00086392">
            <w:pPr>
              <w:keepNext/>
              <w:rPr>
                <w:noProof/>
                <w:lang w:val="ro-RO"/>
              </w:rPr>
            </w:pPr>
          </w:p>
        </w:tc>
      </w:tr>
      <w:tr w:rsidR="00201D22" w:rsidRPr="00201D22" w14:paraId="2F02380D" w14:textId="77777777" w:rsidTr="00086392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972AA76" w14:textId="77777777" w:rsidR="00201D22" w:rsidRPr="00201D22" w:rsidRDefault="00201D22" w:rsidP="00086392">
            <w:pPr>
              <w:rPr>
                <w:noProof/>
                <w:szCs w:val="15"/>
                <w:lang w:val="ro-RO"/>
              </w:rPr>
            </w:pPr>
            <w:r w:rsidRPr="00201D22">
              <w:rPr>
                <w:i/>
                <w:noProof/>
                <w:szCs w:val="15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14E21A80" w14:textId="77777777" w:rsidR="00201D22" w:rsidRPr="00201D22" w:rsidRDefault="00201D22" w:rsidP="00201D22">
      <w:pPr>
        <w:jc w:val="center"/>
        <w:rPr>
          <w:b/>
          <w:noProof/>
          <w:szCs w:val="15"/>
          <w:lang w:val="ro-RO"/>
        </w:rPr>
      </w:pPr>
    </w:p>
    <w:p w14:paraId="0F5A4CDF" w14:textId="7A7C7D5C" w:rsidR="00A11ECC" w:rsidRPr="00201D22" w:rsidRDefault="00000000">
      <w:pPr>
        <w:spacing w:before="140" w:after="40"/>
        <w:jc w:val="center"/>
        <w:rPr>
          <w:noProof/>
          <w:sz w:val="28"/>
          <w:szCs w:val="28"/>
          <w:lang w:val="ro-RO"/>
        </w:rPr>
      </w:pPr>
      <w:r w:rsidRPr="00201D22">
        <w:rPr>
          <w:b/>
          <w:noProof/>
          <w:sz w:val="28"/>
          <w:szCs w:val="28"/>
          <w:lang w:val="ro-RO"/>
        </w:rPr>
        <w:t>ÎNȘTIINȚARE</w:t>
      </w:r>
    </w:p>
    <w:p w14:paraId="1643D012" w14:textId="77777777" w:rsidR="00A11ECC" w:rsidRPr="00201D22" w:rsidRDefault="00000000">
      <w:pPr>
        <w:spacing w:after="120"/>
        <w:jc w:val="center"/>
        <w:rPr>
          <w:noProof/>
          <w:lang w:val="ro-RO"/>
        </w:rPr>
      </w:pPr>
      <w:r w:rsidRPr="00201D22">
        <w:rPr>
          <w:noProof/>
          <w:sz w:val="19"/>
          <w:lang w:val="ro-RO"/>
        </w:rPr>
        <w:t>privind începerea execuției lucrărilor</w:t>
      </w:r>
    </w:p>
    <w:p w14:paraId="4291F9D6" w14:textId="77777777" w:rsidR="00A11ECC" w:rsidRPr="00201D22" w:rsidRDefault="00A11ECC">
      <w:pPr>
        <w:spacing w:after="60"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201D22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sz w:val="16"/>
                <w:lang w:val="ro-RO"/>
              </w:rPr>
              <w:t xml:space="preserve"> 1. </w:t>
            </w:r>
            <w:r w:rsidRPr="00201D22">
              <w:rPr>
                <w:b/>
                <w:noProof/>
                <w:color w:val="000000"/>
                <w:sz w:val="18"/>
                <w:lang w:val="ro-RO"/>
              </w:rPr>
              <w:t>CĂTRE</w:t>
            </w:r>
          </w:p>
        </w:tc>
      </w:tr>
      <w:tr w:rsidR="00A11ECC" w:rsidRPr="00201D22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Instituția</w:t>
            </w:r>
          </w:p>
          <w:p w14:paraId="5641DACE" w14:textId="15121D85" w:rsidR="00A11ECC" w:rsidRPr="00201D22" w:rsidRDefault="0040186F" w:rsidP="0040186F">
            <w:pPr>
              <w:keepNext/>
              <w:jc w:val="center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PRIMĂRIA COMUNEI BLĂGEȘTI – PRIMARUL COMUNEI BLAGEȘTI</w:t>
            </w:r>
          </w:p>
        </w:tc>
      </w:tr>
      <w:tr w:rsidR="00A11ECC" w:rsidRPr="00201D22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201D22" w:rsidRDefault="00000000">
            <w:pPr>
              <w:spacing w:line="228" w:lineRule="auto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3FD1D3DB" w14:textId="77777777" w:rsidR="00A11ECC" w:rsidRPr="00201D22" w:rsidRDefault="00A11ECC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:rsidRPr="00201D22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sz w:val="16"/>
                <w:lang w:val="ro-RO"/>
              </w:rPr>
              <w:t xml:space="preserve"> 2. </w:t>
            </w:r>
            <w:r w:rsidRPr="00201D22">
              <w:rPr>
                <w:b/>
                <w:noProof/>
                <w:color w:val="000000"/>
                <w:sz w:val="18"/>
                <w:lang w:val="ro-RO"/>
              </w:rPr>
              <w:t>SOLICITANTUL</w:t>
            </w:r>
          </w:p>
        </w:tc>
      </w:tr>
      <w:tr w:rsidR="00A11ECC" w:rsidRPr="00201D22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Nume și prenume</w:t>
            </w:r>
          </w:p>
          <w:p w14:paraId="45C36B89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CNP</w:t>
            </w:r>
          </w:p>
          <w:p w14:paraId="4E9C5560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noProof/>
                <w:sz w:val="16"/>
                <w:lang w:val="ro-RO"/>
              </w:rPr>
              <w:t xml:space="preserve"> Act de identitate</w:t>
            </w:r>
          </w:p>
        </w:tc>
      </w:tr>
      <w:tr w:rsidR="00A11ECC" w:rsidRPr="00201D22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Seria</w:t>
            </w:r>
          </w:p>
          <w:p w14:paraId="3DE6E8D1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5E7E72CA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Numărul</w:t>
            </w:r>
          </w:p>
          <w:p w14:paraId="3406A505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Eliberat de</w:t>
            </w:r>
          </w:p>
          <w:p w14:paraId="50D7D510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0315ACF2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La data</w:t>
            </w:r>
          </w:p>
          <w:p w14:paraId="71986321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noProof/>
                <w:sz w:val="16"/>
                <w:lang w:val="ro-RO"/>
              </w:rPr>
              <w:t xml:space="preserve"> Domiciliul</w:t>
            </w:r>
          </w:p>
        </w:tc>
      </w:tr>
      <w:tr w:rsidR="00A11ECC" w:rsidRPr="00201D22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Județul</w:t>
            </w:r>
          </w:p>
          <w:p w14:paraId="52501A06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Municipiul / orașul / comuna</w:t>
            </w:r>
          </w:p>
          <w:p w14:paraId="2606FFF2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Satul / sectorul</w:t>
            </w:r>
          </w:p>
          <w:p w14:paraId="07EED8E4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Strada</w:t>
            </w:r>
          </w:p>
          <w:p w14:paraId="09EA4587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7B7A03A3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Nr.</w:t>
            </w:r>
          </w:p>
          <w:p w14:paraId="12EA7BE1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489F1D5C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Sc.</w:t>
            </w:r>
          </w:p>
          <w:p w14:paraId="1B363C39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0AB11C78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Et.</w:t>
            </w:r>
          </w:p>
          <w:p w14:paraId="479DDF31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0E882C1A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Ap.</w:t>
            </w:r>
          </w:p>
          <w:p w14:paraId="191097FF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2CA3CE1B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2326ABB1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1D955C86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Țara</w:t>
            </w:r>
          </w:p>
          <w:p w14:paraId="060B5581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noProof/>
                <w:sz w:val="16"/>
                <w:lang w:val="ro-RO"/>
              </w:rPr>
              <w:t xml:space="preserve"> Date de contact</w:t>
            </w:r>
          </w:p>
        </w:tc>
      </w:tr>
      <w:tr w:rsidR="00A11ECC" w:rsidRPr="00201D22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Telefon / fax</w:t>
            </w:r>
          </w:p>
          <w:p w14:paraId="0187BF30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4FBE455D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E-mail</w:t>
            </w:r>
          </w:p>
          <w:p w14:paraId="5177F214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</w:tr>
    </w:tbl>
    <w:p w14:paraId="5C86987D" w14:textId="77777777" w:rsidR="00A11ECC" w:rsidRPr="00201D22" w:rsidRDefault="00A11ECC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201D22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sz w:val="16"/>
                <w:lang w:val="ro-RO"/>
              </w:rPr>
              <w:t xml:space="preserve"> 3. </w:t>
            </w:r>
            <w:r w:rsidRPr="00201D22">
              <w:rPr>
                <w:b/>
                <w:noProof/>
                <w:color w:val="000000"/>
                <w:sz w:val="18"/>
                <w:lang w:val="ro-RO"/>
              </w:rPr>
              <w:t>TITULAR AL AUTORIZAȚIEI DE CONSTRUIRE / DESFIINȚARE</w:t>
            </w:r>
          </w:p>
        </w:tc>
      </w:tr>
      <w:tr w:rsidR="00A11ECC" w:rsidRPr="00201D22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Nr.</w:t>
            </w:r>
          </w:p>
          <w:p w14:paraId="40DB982C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4369B01E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Din data</w:t>
            </w:r>
          </w:p>
          <w:p w14:paraId="48964A76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5621" w:type="dxa"/>
          </w:tcPr>
          <w:p w14:paraId="48B3695B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Emisă de</w:t>
            </w:r>
          </w:p>
          <w:p w14:paraId="25DDB5C1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noProof/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201D22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Denumirea lucrării, capacitatea și categoria de lucrări din autorizație</w:t>
            </w:r>
          </w:p>
          <w:p w14:paraId="109F0125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în valoare de (lei)</w:t>
            </w:r>
          </w:p>
          <w:p w14:paraId="1A278680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</w:tr>
    </w:tbl>
    <w:p w14:paraId="63EF26CC" w14:textId="77777777" w:rsidR="00A11ECC" w:rsidRPr="00201D22" w:rsidRDefault="00A11ECC">
      <w:pPr>
        <w:spacing w:line="168" w:lineRule="auto"/>
        <w:rPr>
          <w:noProof/>
          <w:lang w:val="ro-RO"/>
        </w:rPr>
      </w:pPr>
    </w:p>
    <w:p w14:paraId="504C3BAB" w14:textId="7646A303" w:rsidR="00A11ECC" w:rsidRPr="00201D22" w:rsidRDefault="00E6757A" w:rsidP="00E6757A">
      <w:pPr>
        <w:tabs>
          <w:tab w:val="center" w:pos="4819"/>
          <w:tab w:val="left" w:pos="7608"/>
        </w:tabs>
        <w:spacing w:before="140" w:after="40"/>
        <w:rPr>
          <w:noProof/>
          <w:sz w:val="28"/>
          <w:szCs w:val="28"/>
          <w:lang w:val="ro-RO"/>
        </w:rPr>
      </w:pPr>
      <w:r w:rsidRPr="00201D22">
        <w:rPr>
          <w:b/>
          <w:noProof/>
          <w:sz w:val="34"/>
          <w:lang w:val="ro-RO"/>
        </w:rPr>
        <w:tab/>
      </w:r>
      <w:r w:rsidRPr="00201D22">
        <w:rPr>
          <w:b/>
          <w:noProof/>
          <w:sz w:val="28"/>
          <w:szCs w:val="28"/>
          <w:lang w:val="ro-RO"/>
        </w:rPr>
        <w:t>ADUC LA CUNOȘTINȚĂ</w:t>
      </w:r>
      <w:r w:rsidRPr="00201D22">
        <w:rPr>
          <w:b/>
          <w:noProof/>
          <w:sz w:val="28"/>
          <w:szCs w:val="28"/>
          <w:lang w:val="ro-RO"/>
        </w:rPr>
        <w:tab/>
      </w:r>
    </w:p>
    <w:p w14:paraId="1799DE9F" w14:textId="77777777" w:rsidR="00A11ECC" w:rsidRPr="00201D22" w:rsidRDefault="00A11ECC">
      <w:pPr>
        <w:spacing w:after="60"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201D22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Că la data de</w:t>
            </w:r>
          </w:p>
          <w:p w14:paraId="2A3EFF1D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4DCDBC6C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ora</w:t>
            </w:r>
          </w:p>
          <w:p w14:paraId="68C2609C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  <w:tc>
          <w:tcPr>
            <w:tcW w:w="5621" w:type="dxa"/>
          </w:tcPr>
          <w:p w14:paraId="040137A9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vor începe lucrările de construcții autorizate</w:t>
            </w:r>
          </w:p>
          <w:p w14:paraId="3DC112F4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i/>
                <w:noProof/>
                <w:color w:val="7A7A7A"/>
                <w:lang w:val="ro-RO"/>
              </w:rPr>
              <w:t>pentru imobilul de mai jos</w:t>
            </w:r>
          </w:p>
          <w:p w14:paraId="3300FC33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</w:tr>
    </w:tbl>
    <w:p w14:paraId="432CEB30" w14:textId="77777777" w:rsidR="00A11ECC" w:rsidRPr="00201D22" w:rsidRDefault="00A11ECC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RPr="00201D22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sz w:val="16"/>
                <w:lang w:val="ro-RO"/>
              </w:rPr>
              <w:t xml:space="preserve"> 4. </w:t>
            </w:r>
            <w:r w:rsidRPr="00201D22">
              <w:rPr>
                <w:b/>
                <w:noProof/>
                <w:color w:val="000000"/>
                <w:sz w:val="18"/>
                <w:lang w:val="ro-RO"/>
              </w:rPr>
              <w:t>IMOBILUL</w:t>
            </w:r>
          </w:p>
        </w:tc>
      </w:tr>
      <w:tr w:rsidR="00A11ECC" w:rsidRPr="00201D22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292F1DEE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noProof/>
                <w:sz w:val="16"/>
                <w:lang w:val="ro-RO"/>
              </w:rPr>
              <w:t xml:space="preserve"> </w:t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01D22">
              <w:rPr>
                <w:noProof/>
                <w:sz w:val="16"/>
                <w:lang w:val="ro-RO"/>
              </w:rPr>
              <w:t xml:space="preserve"> teren     </w:t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201D22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201D22">
              <w:rPr>
                <w:noProof/>
                <w:sz w:val="16"/>
                <w:lang w:val="ro-RO"/>
              </w:rPr>
              <w:t xml:space="preserve"> construcții</w:t>
            </w:r>
          </w:p>
        </w:tc>
      </w:tr>
      <w:tr w:rsidR="00A11ECC" w:rsidRPr="00201D22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Județ</w:t>
            </w:r>
          </w:p>
          <w:p w14:paraId="010FC309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Municipiu / oraș / comună</w:t>
            </w:r>
          </w:p>
          <w:p w14:paraId="7A126BAD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Sat / sector</w:t>
            </w:r>
          </w:p>
          <w:p w14:paraId="0787ED05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07B4C970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Strada</w:t>
            </w:r>
          </w:p>
          <w:p w14:paraId="538D62A6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720E6D2B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Nr.</w:t>
            </w:r>
          </w:p>
          <w:p w14:paraId="2E7EF5EB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57AD1668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Bl. / sc. / et. / ap.</w:t>
            </w:r>
          </w:p>
          <w:p w14:paraId="26416C0C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  <w:tr w:rsidR="00A11ECC" w:rsidRPr="00201D22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Număr cadastral</w:t>
            </w:r>
          </w:p>
          <w:p w14:paraId="0F081BC3" w14:textId="77777777" w:rsidR="00A11ECC" w:rsidRPr="00201D22" w:rsidRDefault="00A11ECC" w:rsidP="004815B5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Carte funciară nr.</w:t>
            </w:r>
          </w:p>
          <w:p w14:paraId="202F2988" w14:textId="77777777" w:rsidR="00A11ECC" w:rsidRPr="00201D22" w:rsidRDefault="00A11ECC">
            <w:pPr>
              <w:keepNext/>
              <w:rPr>
                <w:noProof/>
                <w:lang w:val="ro-RO"/>
              </w:rPr>
            </w:pPr>
          </w:p>
        </w:tc>
      </w:tr>
    </w:tbl>
    <w:p w14:paraId="30B8E0EC" w14:textId="77777777" w:rsidR="00A11ECC" w:rsidRPr="00201D22" w:rsidRDefault="00A11ECC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:rsidRPr="00201D22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Pr="00201D22" w:rsidRDefault="00000000">
            <w:pPr>
              <w:keepNext/>
              <w:rPr>
                <w:noProof/>
                <w:lang w:val="ro-RO"/>
              </w:rPr>
            </w:pPr>
            <w:r w:rsidRPr="00201D22">
              <w:rPr>
                <w:b/>
                <w:noProof/>
                <w:sz w:val="16"/>
                <w:lang w:val="ro-RO"/>
              </w:rPr>
              <w:t xml:space="preserve"> 5. </w:t>
            </w:r>
            <w:r w:rsidRPr="00201D22">
              <w:rPr>
                <w:b/>
                <w:noProof/>
                <w:color w:val="000000"/>
                <w:sz w:val="18"/>
                <w:lang w:val="ro-RO"/>
              </w:rPr>
              <w:t>DATA ȘI SEMNĂTURA</w:t>
            </w:r>
          </w:p>
        </w:tc>
      </w:tr>
      <w:tr w:rsidR="00A11ECC" w:rsidRPr="00201D22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Data</w:t>
            </w:r>
          </w:p>
          <w:p w14:paraId="45065743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</w:tcPr>
          <w:p w14:paraId="1F4E7ECE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Titularul autorizației</w:t>
            </w:r>
          </w:p>
          <w:p w14:paraId="21637A08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  <w:tc>
          <w:tcPr>
            <w:tcW w:w="3212" w:type="dxa"/>
          </w:tcPr>
          <w:p w14:paraId="004D4C8B" w14:textId="77777777" w:rsidR="00A11ECC" w:rsidRPr="00201D22" w:rsidRDefault="00000000">
            <w:pPr>
              <w:rPr>
                <w:noProof/>
                <w:lang w:val="ro-RO"/>
              </w:rPr>
            </w:pPr>
            <w:r w:rsidRPr="00201D22">
              <w:rPr>
                <w:b/>
                <w:noProof/>
                <w:color w:val="0D5F78"/>
                <w:lang w:val="ro-RO"/>
              </w:rPr>
              <w:t>Semnătura</w:t>
            </w:r>
          </w:p>
          <w:p w14:paraId="307E167C" w14:textId="77777777" w:rsidR="00A11ECC" w:rsidRPr="00201D22" w:rsidRDefault="00A11ECC">
            <w:pPr>
              <w:rPr>
                <w:noProof/>
                <w:lang w:val="ro-RO"/>
              </w:rPr>
            </w:pPr>
          </w:p>
        </w:tc>
      </w:tr>
    </w:tbl>
    <w:p w14:paraId="33B23A72" w14:textId="77777777" w:rsidR="00A11ECC" w:rsidRPr="00201D22" w:rsidRDefault="00A11ECC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201D22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201D22" w:rsidRDefault="00000000">
            <w:pPr>
              <w:spacing w:line="228" w:lineRule="auto"/>
              <w:rPr>
                <w:noProof/>
                <w:lang w:val="ro-RO"/>
              </w:rPr>
            </w:pPr>
            <w:r w:rsidRPr="00201D22">
              <w:rPr>
                <w:noProof/>
                <w:lang w:val="ro-RO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201D22" w:rsidRDefault="00A11ECC">
      <w:pPr>
        <w:spacing w:line="168" w:lineRule="auto"/>
        <w:rPr>
          <w:noProof/>
          <w:lang w:val="ro-RO"/>
        </w:rPr>
      </w:pPr>
    </w:p>
    <w:sectPr w:rsidR="00A11ECC" w:rsidRPr="00201D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52835" w14:textId="77777777" w:rsidR="0096227E" w:rsidRDefault="0096227E">
      <w:r>
        <w:separator/>
      </w:r>
    </w:p>
  </w:endnote>
  <w:endnote w:type="continuationSeparator" w:id="0">
    <w:p w14:paraId="5AEB332F" w14:textId="77777777" w:rsidR="0096227E" w:rsidRDefault="0096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16625" w14:textId="77777777" w:rsidR="0096227E" w:rsidRDefault="0096227E">
      <w:r>
        <w:separator/>
      </w:r>
    </w:p>
  </w:footnote>
  <w:footnote w:type="continuationSeparator" w:id="0">
    <w:p w14:paraId="7A2747FB" w14:textId="77777777" w:rsidR="0096227E" w:rsidRDefault="00962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0D1F01"/>
    <w:rsid w:val="00123DA8"/>
    <w:rsid w:val="0015074B"/>
    <w:rsid w:val="00182EDC"/>
    <w:rsid w:val="001F772B"/>
    <w:rsid w:val="00201D22"/>
    <w:rsid w:val="0029639D"/>
    <w:rsid w:val="00326F90"/>
    <w:rsid w:val="0040186F"/>
    <w:rsid w:val="004815B5"/>
    <w:rsid w:val="006C103E"/>
    <w:rsid w:val="0096227E"/>
    <w:rsid w:val="00A11ECC"/>
    <w:rsid w:val="00A130AC"/>
    <w:rsid w:val="00AA1D8D"/>
    <w:rsid w:val="00B47730"/>
    <w:rsid w:val="00CB0664"/>
    <w:rsid w:val="00CF1493"/>
    <w:rsid w:val="00E61A6B"/>
    <w:rsid w:val="00E6757A"/>
    <w:rsid w:val="00FC693F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4</cp:revision>
  <dcterms:created xsi:type="dcterms:W3CDTF">2013-12-23T23:15:00Z</dcterms:created>
  <dcterms:modified xsi:type="dcterms:W3CDTF">2026-11-02T11:07:00Z</dcterms:modified>
  <cp:category/>
</cp:coreProperties>
</file>