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AD35FD" w:rsidRPr="00CB6E2D" w14:paraId="23992E51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0F298709" w14:textId="77777777" w:rsidR="00CB6E2D" w:rsidRPr="00201D22" w:rsidRDefault="00CB6E2D" w:rsidP="00CB6E2D">
            <w:pPr>
              <w:keepNext/>
              <w:jc w:val="center"/>
              <w:rPr>
                <w:i/>
                <w:noProof/>
                <w:lang w:val="ro-RO"/>
              </w:rPr>
            </w:pPr>
            <w:r w:rsidRPr="00201D22">
              <w:rPr>
                <w:i/>
                <w:noProof/>
                <w:lang w:val="ro-RO"/>
              </w:rPr>
              <w:t>COMUNA BLĂGEȘTI</w:t>
            </w:r>
          </w:p>
          <w:p w14:paraId="316410E9" w14:textId="51A056AA" w:rsidR="00AD35FD" w:rsidRPr="00CB6E2D" w:rsidRDefault="00AD35FD">
            <w:pPr>
              <w:keepNext/>
              <w:jc w:val="center"/>
              <w:rPr>
                <w:noProof/>
                <w:lang w:val="ro-RO"/>
              </w:rPr>
            </w:pPr>
          </w:p>
        </w:tc>
        <w:tc>
          <w:tcPr>
            <w:tcW w:w="8030" w:type="dxa"/>
            <w:gridSpan w:val="3"/>
            <w:shd w:val="clear" w:color="auto" w:fill="F0F0F0"/>
          </w:tcPr>
          <w:p w14:paraId="66E97BC1" w14:textId="77777777" w:rsidR="00AD35FD" w:rsidRPr="00CB6E2D" w:rsidRDefault="00000000">
            <w:pPr>
              <w:keepNext/>
              <w:rPr>
                <w:noProof/>
                <w:lang w:val="ro-RO"/>
              </w:rPr>
            </w:pPr>
            <w:r w:rsidRPr="00CB6E2D">
              <w:rPr>
                <w:b/>
                <w:noProof/>
                <w:color w:val="0D5F78"/>
                <w:lang w:val="ro-RO"/>
              </w:rPr>
              <w:t>Județul</w:t>
            </w:r>
          </w:p>
          <w:p w14:paraId="263D9566" w14:textId="56C44F83" w:rsidR="00AD35FD" w:rsidRPr="00CB6E2D" w:rsidRDefault="00785724" w:rsidP="00785724">
            <w:pPr>
              <w:keepNext/>
              <w:jc w:val="center"/>
              <w:rPr>
                <w:noProof/>
                <w:lang w:val="ro-RO"/>
              </w:rPr>
            </w:pPr>
            <w:r w:rsidRPr="00CB6E2D">
              <w:rPr>
                <w:noProof/>
                <w:lang w:val="ro-RO"/>
              </w:rPr>
              <w:t>BACĂU</w:t>
            </w:r>
          </w:p>
        </w:tc>
      </w:tr>
      <w:tr w:rsidR="00AD35FD" w:rsidRPr="00CB6E2D" w14:paraId="4CF39563" w14:textId="77777777">
        <w:trPr>
          <w:cantSplit/>
          <w:trHeight w:val="510"/>
        </w:trPr>
        <w:tc>
          <w:tcPr>
            <w:tcW w:w="1606" w:type="dxa"/>
            <w:vMerge/>
          </w:tcPr>
          <w:p w14:paraId="46929F1C" w14:textId="77777777" w:rsidR="00AD35FD" w:rsidRPr="00CB6E2D" w:rsidRDefault="00AD35FD">
            <w:pPr>
              <w:rPr>
                <w:noProof/>
                <w:lang w:val="ro-RO"/>
              </w:rPr>
            </w:pPr>
          </w:p>
        </w:tc>
        <w:tc>
          <w:tcPr>
            <w:tcW w:w="8030" w:type="dxa"/>
            <w:gridSpan w:val="3"/>
            <w:shd w:val="clear" w:color="auto" w:fill="F0F0F0"/>
          </w:tcPr>
          <w:p w14:paraId="01EECC2B" w14:textId="77777777" w:rsidR="00AD35FD" w:rsidRPr="00CB6E2D" w:rsidRDefault="00000000">
            <w:pPr>
              <w:keepNext/>
              <w:rPr>
                <w:noProof/>
                <w:lang w:val="ro-RO"/>
              </w:rPr>
            </w:pPr>
            <w:r w:rsidRPr="00CB6E2D">
              <w:rPr>
                <w:b/>
                <w:noProof/>
                <w:color w:val="0D5F78"/>
                <w:lang w:val="ro-RO"/>
              </w:rPr>
              <w:t>Autoritatea administrației publice</w:t>
            </w:r>
          </w:p>
          <w:p w14:paraId="411B3CAD" w14:textId="5C0A2E8B" w:rsidR="00AD35FD" w:rsidRPr="00CB6E2D" w:rsidRDefault="00785724" w:rsidP="00785724">
            <w:pPr>
              <w:keepNext/>
              <w:jc w:val="center"/>
              <w:rPr>
                <w:noProof/>
                <w:lang w:val="ro-RO"/>
              </w:rPr>
            </w:pPr>
            <w:r w:rsidRPr="00CB6E2D">
              <w:rPr>
                <w:noProof/>
                <w:lang w:val="ro-RO"/>
              </w:rPr>
              <w:t>COMUNA BLĂGEȘTI</w:t>
            </w:r>
          </w:p>
        </w:tc>
      </w:tr>
      <w:tr w:rsidR="00AD35FD" w:rsidRPr="00CB6E2D" w14:paraId="75D900BC" w14:textId="77777777">
        <w:trPr>
          <w:cantSplit/>
          <w:trHeight w:val="510"/>
        </w:trPr>
        <w:tc>
          <w:tcPr>
            <w:tcW w:w="1606" w:type="dxa"/>
            <w:vMerge/>
          </w:tcPr>
          <w:p w14:paraId="37B6CDF5" w14:textId="77777777" w:rsidR="00AD35FD" w:rsidRPr="00CB6E2D" w:rsidRDefault="00AD35FD">
            <w:pPr>
              <w:rPr>
                <w:noProof/>
                <w:lang w:val="ro-RO"/>
              </w:rPr>
            </w:pPr>
          </w:p>
        </w:tc>
        <w:tc>
          <w:tcPr>
            <w:tcW w:w="2409" w:type="dxa"/>
            <w:shd w:val="clear" w:color="auto" w:fill="F0F0F0"/>
          </w:tcPr>
          <w:p w14:paraId="7B08056B" w14:textId="77777777" w:rsidR="00AD35FD" w:rsidRPr="00CB6E2D" w:rsidRDefault="00000000">
            <w:pPr>
              <w:keepNext/>
              <w:rPr>
                <w:noProof/>
                <w:lang w:val="ro-RO"/>
              </w:rPr>
            </w:pPr>
            <w:r w:rsidRPr="00CB6E2D">
              <w:rPr>
                <w:b/>
                <w:noProof/>
                <w:color w:val="0D5F78"/>
                <w:lang w:val="ro-RO"/>
              </w:rPr>
              <w:t>Cod de identificare fiscală (CIF)</w:t>
            </w:r>
          </w:p>
          <w:p w14:paraId="7DC4DCC4" w14:textId="29763382" w:rsidR="00AD35FD" w:rsidRPr="00CB6E2D" w:rsidRDefault="00785724" w:rsidP="00785724">
            <w:pPr>
              <w:keepNext/>
              <w:jc w:val="center"/>
              <w:rPr>
                <w:noProof/>
                <w:lang w:val="ro-RO"/>
              </w:rPr>
            </w:pPr>
            <w:r w:rsidRPr="00CB6E2D">
              <w:rPr>
                <w:noProof/>
                <w:lang w:val="ro-RO"/>
              </w:rPr>
              <w:t>4834777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045657FF" w14:textId="77777777" w:rsidR="00AD35FD" w:rsidRPr="00CB6E2D" w:rsidRDefault="00000000">
            <w:pPr>
              <w:keepNext/>
              <w:rPr>
                <w:noProof/>
                <w:lang w:val="ro-RO"/>
              </w:rPr>
            </w:pPr>
            <w:r w:rsidRPr="00CB6E2D">
              <w:rPr>
                <w:b/>
                <w:noProof/>
                <w:color w:val="0D5F78"/>
                <w:lang w:val="ro-RO"/>
              </w:rPr>
              <w:t>Adresa oficială</w:t>
            </w:r>
          </w:p>
          <w:p w14:paraId="3A92EB02" w14:textId="77777777" w:rsidR="00785724" w:rsidRPr="00CB6E2D" w:rsidRDefault="00785724" w:rsidP="00785724">
            <w:pPr>
              <w:keepNext/>
              <w:jc w:val="center"/>
              <w:rPr>
                <w:noProof/>
                <w:lang w:val="ro-RO"/>
              </w:rPr>
            </w:pPr>
            <w:r w:rsidRPr="00CB6E2D">
              <w:rPr>
                <w:noProof/>
                <w:lang w:val="ro-RO"/>
              </w:rPr>
              <w:t>sediul · sat Blăgești, com. Blăgești, str. Școlii, nr. 1, jud. Bacău, cod 607065,</w:t>
            </w:r>
          </w:p>
          <w:p w14:paraId="1C11E709" w14:textId="314E83C5" w:rsidR="00AD35FD" w:rsidRPr="00CB6E2D" w:rsidRDefault="00785724" w:rsidP="00785724">
            <w:pPr>
              <w:keepNext/>
              <w:jc w:val="center"/>
              <w:rPr>
                <w:noProof/>
                <w:lang w:val="ro-RO"/>
              </w:rPr>
            </w:pPr>
            <w:r w:rsidRPr="00CB6E2D">
              <w:rPr>
                <w:noProof/>
                <w:lang w:val="ro-RO"/>
              </w:rPr>
              <w:t>tel.: 0334.805.110, e-mail: primaria_blagesti@yahoo.com</w:t>
            </w:r>
          </w:p>
        </w:tc>
      </w:tr>
      <w:tr w:rsidR="00AD35FD" w:rsidRPr="00CB6E2D" w14:paraId="20852B2C" w14:textId="77777777">
        <w:trPr>
          <w:cantSplit/>
          <w:trHeight w:val="510"/>
        </w:trPr>
        <w:tc>
          <w:tcPr>
            <w:tcW w:w="1606" w:type="dxa"/>
            <w:vMerge/>
          </w:tcPr>
          <w:p w14:paraId="20FE1C8B" w14:textId="77777777" w:rsidR="00AD35FD" w:rsidRPr="00CB6E2D" w:rsidRDefault="00AD35FD">
            <w:pPr>
              <w:rPr>
                <w:noProof/>
                <w:lang w:val="ro-RO"/>
              </w:rPr>
            </w:pPr>
          </w:p>
        </w:tc>
        <w:tc>
          <w:tcPr>
            <w:tcW w:w="4818" w:type="dxa"/>
            <w:gridSpan w:val="2"/>
            <w:shd w:val="clear" w:color="auto" w:fill="F0F0F0"/>
          </w:tcPr>
          <w:p w14:paraId="4F99B7DE" w14:textId="77777777" w:rsidR="00AD35FD" w:rsidRPr="00CB6E2D" w:rsidRDefault="00000000">
            <w:pPr>
              <w:keepNext/>
              <w:rPr>
                <w:noProof/>
                <w:lang w:val="ro-RO"/>
              </w:rPr>
            </w:pPr>
            <w:r w:rsidRPr="00CB6E2D">
              <w:rPr>
                <w:b/>
                <w:noProof/>
                <w:color w:val="0D5F78"/>
                <w:lang w:val="ro-RO"/>
              </w:rPr>
              <w:t>Număr de înregistrare</w:t>
            </w:r>
          </w:p>
          <w:p w14:paraId="572FA267" w14:textId="77777777" w:rsidR="00AD35FD" w:rsidRPr="00CB6E2D" w:rsidRDefault="00AD35FD">
            <w:pPr>
              <w:keepNext/>
              <w:rPr>
                <w:noProof/>
                <w:lang w:val="ro-RO"/>
              </w:rPr>
            </w:pPr>
          </w:p>
        </w:tc>
        <w:tc>
          <w:tcPr>
            <w:tcW w:w="3212" w:type="dxa"/>
            <w:shd w:val="clear" w:color="auto" w:fill="F0F0F0"/>
          </w:tcPr>
          <w:p w14:paraId="597632B1" w14:textId="77777777" w:rsidR="00AD35FD" w:rsidRPr="00CB6E2D" w:rsidRDefault="00000000">
            <w:pPr>
              <w:keepNext/>
              <w:rPr>
                <w:noProof/>
                <w:lang w:val="ro-RO"/>
              </w:rPr>
            </w:pPr>
            <w:r w:rsidRPr="00CB6E2D">
              <w:rPr>
                <w:b/>
                <w:noProof/>
                <w:color w:val="0D5F78"/>
                <w:lang w:val="ro-RO"/>
              </w:rPr>
              <w:t>Data</w:t>
            </w:r>
          </w:p>
          <w:p w14:paraId="26839202" w14:textId="77777777" w:rsidR="00AD35FD" w:rsidRPr="00CB6E2D" w:rsidRDefault="00AD35FD">
            <w:pPr>
              <w:keepNext/>
              <w:rPr>
                <w:noProof/>
                <w:lang w:val="ro-RO"/>
              </w:rPr>
            </w:pPr>
          </w:p>
        </w:tc>
      </w:tr>
      <w:tr w:rsidR="00AD35FD" w:rsidRPr="00CB6E2D" w14:paraId="40A3F398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2FD605A9" w14:textId="77777777" w:rsidR="00AD35FD" w:rsidRPr="00CB6E2D" w:rsidRDefault="00000000">
            <w:pPr>
              <w:rPr>
                <w:noProof/>
                <w:lang w:val="ro-RO"/>
              </w:rPr>
            </w:pPr>
            <w:r w:rsidRPr="00CB6E2D">
              <w:rPr>
                <w:i/>
                <w:noProof/>
                <w:color w:val="595959"/>
                <w:lang w:val="ro-RO"/>
              </w:rPr>
              <w:t xml:space="preserve"> se completează de autoritate — solicitantul nu scrie în această zonă</w:t>
            </w:r>
          </w:p>
        </w:tc>
      </w:tr>
    </w:tbl>
    <w:p w14:paraId="58FEB982" w14:textId="77777777" w:rsidR="00AD35FD" w:rsidRPr="00CB6E2D" w:rsidRDefault="00000000" w:rsidP="007050CD">
      <w:pPr>
        <w:spacing w:before="140" w:after="40"/>
        <w:jc w:val="center"/>
        <w:rPr>
          <w:noProof/>
          <w:sz w:val="28"/>
          <w:szCs w:val="28"/>
          <w:lang w:val="ro-RO"/>
        </w:rPr>
      </w:pPr>
      <w:r w:rsidRPr="00CB6E2D">
        <w:rPr>
          <w:b/>
          <w:noProof/>
          <w:sz w:val="28"/>
          <w:szCs w:val="28"/>
          <w:lang w:val="ro-RO"/>
        </w:rPr>
        <w:t>ÎNȘTIINȚARE</w:t>
      </w:r>
    </w:p>
    <w:p w14:paraId="3F1F960E" w14:textId="77777777" w:rsidR="00AD35FD" w:rsidRPr="00CB6E2D" w:rsidRDefault="00000000">
      <w:pPr>
        <w:spacing w:after="120"/>
        <w:jc w:val="center"/>
        <w:rPr>
          <w:noProof/>
          <w:lang w:val="ro-RO"/>
        </w:rPr>
      </w:pPr>
      <w:r w:rsidRPr="00CB6E2D">
        <w:rPr>
          <w:noProof/>
          <w:sz w:val="19"/>
          <w:lang w:val="ro-RO"/>
        </w:rPr>
        <w:t>privind încheierea execuției lucrărilor</w:t>
      </w:r>
    </w:p>
    <w:p w14:paraId="39CC6B28" w14:textId="77777777" w:rsidR="00AD35FD" w:rsidRPr="00CB6E2D" w:rsidRDefault="00AD35FD">
      <w:pPr>
        <w:spacing w:after="60" w:line="168" w:lineRule="auto"/>
        <w:rPr>
          <w:noProof/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D35FD" w:rsidRPr="00CB6E2D" w14:paraId="5D5D5660" w14:textId="77777777">
        <w:trPr>
          <w:cantSplit/>
        </w:trPr>
        <w:tc>
          <w:tcPr>
            <w:tcW w:w="9636" w:type="dxa"/>
            <w:shd w:val="clear" w:color="auto" w:fill="F4F4F4"/>
          </w:tcPr>
          <w:p w14:paraId="7237AFBA" w14:textId="77777777" w:rsidR="00AD35FD" w:rsidRPr="00CB6E2D" w:rsidRDefault="00000000">
            <w:pPr>
              <w:keepNext/>
              <w:rPr>
                <w:noProof/>
                <w:lang w:val="ro-RO"/>
              </w:rPr>
            </w:pPr>
            <w:r w:rsidRPr="00CB6E2D">
              <w:rPr>
                <w:b/>
                <w:noProof/>
                <w:sz w:val="16"/>
                <w:lang w:val="ro-RO"/>
              </w:rPr>
              <w:t xml:space="preserve"> 1. </w:t>
            </w:r>
            <w:r w:rsidRPr="00CB6E2D">
              <w:rPr>
                <w:b/>
                <w:noProof/>
                <w:color w:val="000000"/>
                <w:sz w:val="18"/>
                <w:lang w:val="ro-RO"/>
              </w:rPr>
              <w:t>CĂTRE</w:t>
            </w:r>
          </w:p>
        </w:tc>
      </w:tr>
      <w:tr w:rsidR="00CB6E2D" w:rsidRPr="00CB6E2D" w14:paraId="52CDF957" w14:textId="77777777" w:rsidTr="00086392">
        <w:trPr>
          <w:cantSplit/>
          <w:trHeight w:val="510"/>
        </w:trPr>
        <w:tc>
          <w:tcPr>
            <w:tcW w:w="9636" w:type="dxa"/>
          </w:tcPr>
          <w:p w14:paraId="333046C5" w14:textId="77777777" w:rsidR="00CB6E2D" w:rsidRPr="00CB6E2D" w:rsidRDefault="00CB6E2D" w:rsidP="00086392">
            <w:pPr>
              <w:keepNext/>
              <w:rPr>
                <w:noProof/>
                <w:lang w:val="ro-RO"/>
              </w:rPr>
            </w:pPr>
            <w:r w:rsidRPr="00CB6E2D">
              <w:rPr>
                <w:b/>
                <w:noProof/>
                <w:color w:val="0D5F78"/>
                <w:lang w:val="ro-RO"/>
              </w:rPr>
              <w:t>Instituția</w:t>
            </w:r>
          </w:p>
          <w:p w14:paraId="5E17D186" w14:textId="77777777" w:rsidR="00CB6E2D" w:rsidRPr="00CB6E2D" w:rsidRDefault="00CB6E2D" w:rsidP="00086392">
            <w:pPr>
              <w:keepNext/>
              <w:jc w:val="center"/>
              <w:rPr>
                <w:noProof/>
                <w:lang w:val="ro-RO"/>
              </w:rPr>
            </w:pPr>
            <w:r w:rsidRPr="00CB6E2D">
              <w:rPr>
                <w:noProof/>
                <w:lang w:val="ro-RO"/>
              </w:rPr>
              <w:t>PRIMĂRIA COMUNEI BLĂGEȘTI – PRIMARUL COMUNEI BLAGEȘTI</w:t>
            </w:r>
          </w:p>
        </w:tc>
      </w:tr>
      <w:tr w:rsidR="00AD35FD" w:rsidRPr="00CB6E2D" w14:paraId="6859A31D" w14:textId="77777777">
        <w:trPr>
          <w:cantSplit/>
        </w:trPr>
        <w:tc>
          <w:tcPr>
            <w:tcW w:w="9636" w:type="dxa"/>
            <w:shd w:val="clear" w:color="auto" w:fill="F4F4F4"/>
          </w:tcPr>
          <w:p w14:paraId="065790C6" w14:textId="169ECA0F" w:rsidR="00AD35FD" w:rsidRPr="00CB6E2D" w:rsidRDefault="00000000">
            <w:pPr>
              <w:spacing w:line="228" w:lineRule="auto"/>
              <w:rPr>
                <w:noProof/>
                <w:lang w:val="ro-RO"/>
              </w:rPr>
            </w:pPr>
            <w:r w:rsidRPr="00CB6E2D">
              <w:rPr>
                <w:noProof/>
                <w:lang w:val="ro-RO"/>
              </w:rPr>
              <w:t>Cererea va fi</w:t>
            </w:r>
            <w:r w:rsidR="007050CD" w:rsidRPr="00CB6E2D">
              <w:rPr>
                <w:noProof/>
                <w:lang w:val="ro-RO"/>
              </w:rPr>
              <w:t xml:space="preserve"> adresată</w:t>
            </w:r>
            <w:r w:rsidRPr="00CB6E2D">
              <w:rPr>
                <w:noProof/>
                <w:lang w:val="ro-RO"/>
              </w:rPr>
              <w:t xml:space="preserve"> către președintele consiliului județean, primarul general, primarul de sector sau primarul municipiului / orașului / comunei, după caz.</w:t>
            </w:r>
          </w:p>
        </w:tc>
      </w:tr>
    </w:tbl>
    <w:p w14:paraId="51D38FA9" w14:textId="77777777" w:rsidR="00AD35FD" w:rsidRPr="00CB6E2D" w:rsidRDefault="00AD35FD">
      <w:pPr>
        <w:spacing w:line="168" w:lineRule="auto"/>
        <w:rPr>
          <w:noProof/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D35FD" w:rsidRPr="00CB6E2D" w14:paraId="46CB876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3B3776" w14:textId="77777777" w:rsidR="00AD35FD" w:rsidRPr="00CB6E2D" w:rsidRDefault="00000000">
            <w:pPr>
              <w:keepNext/>
              <w:rPr>
                <w:noProof/>
                <w:lang w:val="ro-RO"/>
              </w:rPr>
            </w:pPr>
            <w:r w:rsidRPr="00CB6E2D">
              <w:rPr>
                <w:b/>
                <w:noProof/>
                <w:sz w:val="16"/>
                <w:lang w:val="ro-RO"/>
              </w:rPr>
              <w:t xml:space="preserve"> 2. </w:t>
            </w:r>
            <w:r w:rsidRPr="00CB6E2D">
              <w:rPr>
                <w:b/>
                <w:noProof/>
                <w:color w:val="000000"/>
                <w:sz w:val="18"/>
                <w:lang w:val="ro-RO"/>
              </w:rPr>
              <w:t>SOLICITANTUL</w:t>
            </w:r>
          </w:p>
        </w:tc>
      </w:tr>
      <w:tr w:rsidR="00AD35FD" w:rsidRPr="00CB6E2D" w14:paraId="32169DFD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09156218" w14:textId="77777777" w:rsidR="00AD35FD" w:rsidRPr="00CB6E2D" w:rsidRDefault="00000000">
            <w:pPr>
              <w:keepNext/>
              <w:rPr>
                <w:noProof/>
                <w:lang w:val="ro-RO"/>
              </w:rPr>
            </w:pPr>
            <w:r w:rsidRPr="00CB6E2D">
              <w:rPr>
                <w:b/>
                <w:noProof/>
                <w:color w:val="0D5F78"/>
                <w:lang w:val="ro-RO"/>
              </w:rPr>
              <w:t>Nume și prenume</w:t>
            </w:r>
          </w:p>
          <w:p w14:paraId="1460DBA2" w14:textId="77777777" w:rsidR="00AD35FD" w:rsidRPr="00CB6E2D" w:rsidRDefault="00AD35FD">
            <w:pPr>
              <w:keepNext/>
              <w:rPr>
                <w:noProof/>
                <w:lang w:val="ro-RO"/>
              </w:rPr>
            </w:pPr>
          </w:p>
        </w:tc>
        <w:tc>
          <w:tcPr>
            <w:tcW w:w="4015" w:type="dxa"/>
            <w:gridSpan w:val="3"/>
          </w:tcPr>
          <w:p w14:paraId="62D69012" w14:textId="77777777" w:rsidR="00AD35FD" w:rsidRPr="00CB6E2D" w:rsidRDefault="00000000">
            <w:pPr>
              <w:keepNext/>
              <w:rPr>
                <w:noProof/>
                <w:lang w:val="ro-RO"/>
              </w:rPr>
            </w:pPr>
            <w:r w:rsidRPr="00CB6E2D">
              <w:rPr>
                <w:b/>
                <w:noProof/>
                <w:color w:val="0D5F78"/>
                <w:lang w:val="ro-RO"/>
              </w:rPr>
              <w:t>CNP</w:t>
            </w:r>
          </w:p>
          <w:p w14:paraId="5C61E18C" w14:textId="77777777" w:rsidR="00AD35FD" w:rsidRPr="00CB6E2D" w:rsidRDefault="00AD35FD">
            <w:pPr>
              <w:keepNext/>
              <w:rPr>
                <w:noProof/>
                <w:lang w:val="ro-RO"/>
              </w:rPr>
            </w:pPr>
          </w:p>
        </w:tc>
      </w:tr>
      <w:tr w:rsidR="00AD35FD" w:rsidRPr="00CB6E2D" w14:paraId="2BC6EF7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8B7BC7E" w14:textId="77777777" w:rsidR="00AD35FD" w:rsidRPr="00CB6E2D" w:rsidRDefault="00000000">
            <w:pPr>
              <w:keepNext/>
              <w:rPr>
                <w:noProof/>
                <w:lang w:val="ro-RO"/>
              </w:rPr>
            </w:pPr>
            <w:r w:rsidRPr="00CB6E2D">
              <w:rPr>
                <w:noProof/>
                <w:sz w:val="16"/>
                <w:lang w:val="ro-RO"/>
              </w:rPr>
              <w:t xml:space="preserve"> Act de identitate</w:t>
            </w:r>
          </w:p>
        </w:tc>
      </w:tr>
      <w:tr w:rsidR="00AD35FD" w:rsidRPr="00CB6E2D" w14:paraId="1EDA1342" w14:textId="77777777">
        <w:trPr>
          <w:cantSplit/>
          <w:trHeight w:val="510"/>
        </w:trPr>
        <w:tc>
          <w:tcPr>
            <w:tcW w:w="1606" w:type="dxa"/>
          </w:tcPr>
          <w:p w14:paraId="09DE4D5B" w14:textId="77777777" w:rsidR="00AD35FD" w:rsidRPr="00CB6E2D" w:rsidRDefault="00000000">
            <w:pPr>
              <w:keepNext/>
              <w:rPr>
                <w:noProof/>
                <w:lang w:val="ro-RO"/>
              </w:rPr>
            </w:pPr>
            <w:r w:rsidRPr="00CB6E2D">
              <w:rPr>
                <w:b/>
                <w:noProof/>
                <w:color w:val="0D5F78"/>
                <w:lang w:val="ro-RO"/>
              </w:rPr>
              <w:t>Seria</w:t>
            </w:r>
          </w:p>
          <w:p w14:paraId="304A3F5A" w14:textId="77777777" w:rsidR="00AD35FD" w:rsidRPr="00CB6E2D" w:rsidRDefault="00AD35FD">
            <w:pPr>
              <w:keepNext/>
              <w:rPr>
                <w:noProof/>
                <w:lang w:val="ro-RO"/>
              </w:rPr>
            </w:pPr>
          </w:p>
        </w:tc>
        <w:tc>
          <w:tcPr>
            <w:tcW w:w="1606" w:type="dxa"/>
          </w:tcPr>
          <w:p w14:paraId="2B6D2861" w14:textId="77777777" w:rsidR="00AD35FD" w:rsidRPr="00CB6E2D" w:rsidRDefault="00000000">
            <w:pPr>
              <w:keepNext/>
              <w:rPr>
                <w:noProof/>
                <w:lang w:val="ro-RO"/>
              </w:rPr>
            </w:pPr>
            <w:r w:rsidRPr="00CB6E2D">
              <w:rPr>
                <w:b/>
                <w:noProof/>
                <w:color w:val="0D5F78"/>
                <w:lang w:val="ro-RO"/>
              </w:rPr>
              <w:t>Numărul</w:t>
            </w:r>
          </w:p>
          <w:p w14:paraId="15B2CC0F" w14:textId="77777777" w:rsidR="00AD35FD" w:rsidRPr="00CB6E2D" w:rsidRDefault="00AD35FD">
            <w:pPr>
              <w:keepNext/>
              <w:rPr>
                <w:noProof/>
                <w:lang w:val="ro-RO"/>
              </w:rPr>
            </w:pPr>
          </w:p>
        </w:tc>
        <w:tc>
          <w:tcPr>
            <w:tcW w:w="4818" w:type="dxa"/>
            <w:gridSpan w:val="5"/>
          </w:tcPr>
          <w:p w14:paraId="074B257B" w14:textId="77777777" w:rsidR="00AD35FD" w:rsidRPr="00CB6E2D" w:rsidRDefault="00000000">
            <w:pPr>
              <w:keepNext/>
              <w:rPr>
                <w:noProof/>
                <w:lang w:val="ro-RO"/>
              </w:rPr>
            </w:pPr>
            <w:r w:rsidRPr="00CB6E2D">
              <w:rPr>
                <w:b/>
                <w:noProof/>
                <w:color w:val="0D5F78"/>
                <w:lang w:val="ro-RO"/>
              </w:rPr>
              <w:t>Eliberat de</w:t>
            </w:r>
          </w:p>
          <w:p w14:paraId="68E9A4D7" w14:textId="77777777" w:rsidR="00AD35FD" w:rsidRPr="00CB6E2D" w:rsidRDefault="00AD35FD">
            <w:pPr>
              <w:keepNext/>
              <w:rPr>
                <w:noProof/>
                <w:lang w:val="ro-RO"/>
              </w:rPr>
            </w:pPr>
          </w:p>
        </w:tc>
        <w:tc>
          <w:tcPr>
            <w:tcW w:w="1606" w:type="dxa"/>
          </w:tcPr>
          <w:p w14:paraId="6665BF0B" w14:textId="77777777" w:rsidR="00AD35FD" w:rsidRPr="00CB6E2D" w:rsidRDefault="00000000">
            <w:pPr>
              <w:keepNext/>
              <w:rPr>
                <w:noProof/>
                <w:lang w:val="ro-RO"/>
              </w:rPr>
            </w:pPr>
            <w:r w:rsidRPr="00CB6E2D">
              <w:rPr>
                <w:b/>
                <w:noProof/>
                <w:color w:val="0D5F78"/>
                <w:lang w:val="ro-RO"/>
              </w:rPr>
              <w:t>La data</w:t>
            </w:r>
          </w:p>
          <w:p w14:paraId="685EFB42" w14:textId="77777777" w:rsidR="00AD35FD" w:rsidRPr="00CB6E2D" w:rsidRDefault="00AD35FD">
            <w:pPr>
              <w:keepNext/>
              <w:rPr>
                <w:noProof/>
                <w:lang w:val="ro-RO"/>
              </w:rPr>
            </w:pPr>
          </w:p>
        </w:tc>
      </w:tr>
      <w:tr w:rsidR="00AD35FD" w:rsidRPr="00CB6E2D" w14:paraId="32CEFBE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F217D41" w14:textId="77777777" w:rsidR="00AD35FD" w:rsidRPr="00CB6E2D" w:rsidRDefault="00000000">
            <w:pPr>
              <w:keepNext/>
              <w:rPr>
                <w:noProof/>
                <w:lang w:val="ro-RO"/>
              </w:rPr>
            </w:pPr>
            <w:r w:rsidRPr="00CB6E2D">
              <w:rPr>
                <w:noProof/>
                <w:sz w:val="16"/>
                <w:lang w:val="ro-RO"/>
              </w:rPr>
              <w:t xml:space="preserve"> Domiciliul</w:t>
            </w:r>
          </w:p>
        </w:tc>
      </w:tr>
      <w:tr w:rsidR="00AD35FD" w:rsidRPr="00CB6E2D" w14:paraId="5155AE8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49A1DBB3" w14:textId="77777777" w:rsidR="00AD35FD" w:rsidRPr="00CB6E2D" w:rsidRDefault="00000000">
            <w:pPr>
              <w:keepNext/>
              <w:rPr>
                <w:noProof/>
                <w:lang w:val="ro-RO"/>
              </w:rPr>
            </w:pPr>
            <w:r w:rsidRPr="00CB6E2D">
              <w:rPr>
                <w:b/>
                <w:noProof/>
                <w:color w:val="0D5F78"/>
                <w:lang w:val="ro-RO"/>
              </w:rPr>
              <w:t>Județul</w:t>
            </w:r>
          </w:p>
          <w:p w14:paraId="6176509F" w14:textId="77777777" w:rsidR="00AD35FD" w:rsidRPr="00CB6E2D" w:rsidRDefault="00AD35FD">
            <w:pPr>
              <w:keepNext/>
              <w:rPr>
                <w:noProof/>
                <w:lang w:val="ro-RO"/>
              </w:rPr>
            </w:pPr>
          </w:p>
        </w:tc>
        <w:tc>
          <w:tcPr>
            <w:tcW w:w="3212" w:type="dxa"/>
            <w:gridSpan w:val="4"/>
          </w:tcPr>
          <w:p w14:paraId="12FFC180" w14:textId="77777777" w:rsidR="00AD35FD" w:rsidRPr="00CB6E2D" w:rsidRDefault="00000000">
            <w:pPr>
              <w:keepNext/>
              <w:rPr>
                <w:noProof/>
                <w:lang w:val="ro-RO"/>
              </w:rPr>
            </w:pPr>
            <w:r w:rsidRPr="00CB6E2D">
              <w:rPr>
                <w:b/>
                <w:noProof/>
                <w:color w:val="0D5F78"/>
                <w:lang w:val="ro-RO"/>
              </w:rPr>
              <w:t>Municipiul / orașul / comuna</w:t>
            </w:r>
          </w:p>
          <w:p w14:paraId="78AF07E4" w14:textId="77777777" w:rsidR="00AD35FD" w:rsidRPr="00CB6E2D" w:rsidRDefault="00AD35FD">
            <w:pPr>
              <w:keepNext/>
              <w:rPr>
                <w:noProof/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6DCE9F1A" w14:textId="77777777" w:rsidR="00AD35FD" w:rsidRPr="00CB6E2D" w:rsidRDefault="00000000">
            <w:pPr>
              <w:keepNext/>
              <w:rPr>
                <w:noProof/>
                <w:lang w:val="ro-RO"/>
              </w:rPr>
            </w:pPr>
            <w:r w:rsidRPr="00CB6E2D">
              <w:rPr>
                <w:b/>
                <w:noProof/>
                <w:color w:val="0D5F78"/>
                <w:lang w:val="ro-RO"/>
              </w:rPr>
              <w:t>Satul / sectorul</w:t>
            </w:r>
          </w:p>
          <w:p w14:paraId="2ABA8A3A" w14:textId="77777777" w:rsidR="00AD35FD" w:rsidRPr="00CB6E2D" w:rsidRDefault="00AD35FD">
            <w:pPr>
              <w:keepNext/>
              <w:rPr>
                <w:noProof/>
                <w:lang w:val="ro-RO"/>
              </w:rPr>
            </w:pPr>
          </w:p>
        </w:tc>
      </w:tr>
      <w:tr w:rsidR="00AD35FD" w:rsidRPr="00CB6E2D" w14:paraId="40628C1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F167578" w14:textId="77777777" w:rsidR="00AD35FD" w:rsidRPr="00CB6E2D" w:rsidRDefault="00000000">
            <w:pPr>
              <w:keepNext/>
              <w:rPr>
                <w:noProof/>
                <w:lang w:val="ro-RO"/>
              </w:rPr>
            </w:pPr>
            <w:r w:rsidRPr="00CB6E2D">
              <w:rPr>
                <w:b/>
                <w:noProof/>
                <w:color w:val="0D5F78"/>
                <w:lang w:val="ro-RO"/>
              </w:rPr>
              <w:t>Strada</w:t>
            </w:r>
          </w:p>
          <w:p w14:paraId="7BA56E68" w14:textId="77777777" w:rsidR="00AD35FD" w:rsidRPr="00CB6E2D" w:rsidRDefault="00AD35FD">
            <w:pPr>
              <w:keepNext/>
              <w:rPr>
                <w:noProof/>
                <w:lang w:val="ro-RO"/>
              </w:rPr>
            </w:pPr>
          </w:p>
        </w:tc>
        <w:tc>
          <w:tcPr>
            <w:tcW w:w="803" w:type="dxa"/>
          </w:tcPr>
          <w:p w14:paraId="1489889D" w14:textId="77777777" w:rsidR="00AD35FD" w:rsidRPr="00CB6E2D" w:rsidRDefault="00000000">
            <w:pPr>
              <w:keepNext/>
              <w:rPr>
                <w:noProof/>
                <w:lang w:val="ro-RO"/>
              </w:rPr>
            </w:pPr>
            <w:r w:rsidRPr="00CB6E2D">
              <w:rPr>
                <w:b/>
                <w:noProof/>
                <w:color w:val="0D5F78"/>
                <w:lang w:val="ro-RO"/>
              </w:rPr>
              <w:t>Nr.</w:t>
            </w:r>
          </w:p>
          <w:p w14:paraId="7B4ABA2F" w14:textId="77777777" w:rsidR="00AD35FD" w:rsidRPr="00CB6E2D" w:rsidRDefault="00AD35FD">
            <w:pPr>
              <w:keepNext/>
              <w:rPr>
                <w:noProof/>
                <w:lang w:val="ro-RO"/>
              </w:rPr>
            </w:pPr>
          </w:p>
        </w:tc>
        <w:tc>
          <w:tcPr>
            <w:tcW w:w="803" w:type="dxa"/>
          </w:tcPr>
          <w:p w14:paraId="7CD5A464" w14:textId="77777777" w:rsidR="00AD35FD" w:rsidRPr="00CB6E2D" w:rsidRDefault="00000000">
            <w:pPr>
              <w:keepNext/>
              <w:rPr>
                <w:noProof/>
                <w:lang w:val="ro-RO"/>
              </w:rPr>
            </w:pPr>
            <w:r w:rsidRPr="00CB6E2D">
              <w:rPr>
                <w:b/>
                <w:noProof/>
                <w:color w:val="0D5F78"/>
                <w:lang w:val="ro-RO"/>
              </w:rPr>
              <w:t>Sc.</w:t>
            </w:r>
          </w:p>
          <w:p w14:paraId="2B109255" w14:textId="77777777" w:rsidR="00AD35FD" w:rsidRPr="00CB6E2D" w:rsidRDefault="00AD35FD">
            <w:pPr>
              <w:keepNext/>
              <w:rPr>
                <w:noProof/>
                <w:lang w:val="ro-RO"/>
              </w:rPr>
            </w:pPr>
          </w:p>
        </w:tc>
        <w:tc>
          <w:tcPr>
            <w:tcW w:w="803" w:type="dxa"/>
          </w:tcPr>
          <w:p w14:paraId="35CA800D" w14:textId="77777777" w:rsidR="00AD35FD" w:rsidRPr="00CB6E2D" w:rsidRDefault="00000000">
            <w:pPr>
              <w:keepNext/>
              <w:rPr>
                <w:noProof/>
                <w:lang w:val="ro-RO"/>
              </w:rPr>
            </w:pPr>
            <w:r w:rsidRPr="00CB6E2D">
              <w:rPr>
                <w:b/>
                <w:noProof/>
                <w:color w:val="0D5F78"/>
                <w:lang w:val="ro-RO"/>
              </w:rPr>
              <w:t>Et.</w:t>
            </w:r>
          </w:p>
          <w:p w14:paraId="349F3CE7" w14:textId="77777777" w:rsidR="00AD35FD" w:rsidRPr="00CB6E2D" w:rsidRDefault="00AD35FD">
            <w:pPr>
              <w:keepNext/>
              <w:rPr>
                <w:noProof/>
                <w:lang w:val="ro-RO"/>
              </w:rPr>
            </w:pPr>
          </w:p>
        </w:tc>
        <w:tc>
          <w:tcPr>
            <w:tcW w:w="803" w:type="dxa"/>
          </w:tcPr>
          <w:p w14:paraId="5BF03D03" w14:textId="77777777" w:rsidR="00AD35FD" w:rsidRPr="00CB6E2D" w:rsidRDefault="00000000">
            <w:pPr>
              <w:keepNext/>
              <w:rPr>
                <w:noProof/>
                <w:lang w:val="ro-RO"/>
              </w:rPr>
            </w:pPr>
            <w:r w:rsidRPr="00CB6E2D">
              <w:rPr>
                <w:b/>
                <w:noProof/>
                <w:color w:val="0D5F78"/>
                <w:lang w:val="ro-RO"/>
              </w:rPr>
              <w:t>Ap.</w:t>
            </w:r>
          </w:p>
          <w:p w14:paraId="2A6186CA" w14:textId="77777777" w:rsidR="00AD35FD" w:rsidRPr="00CB6E2D" w:rsidRDefault="00AD35FD">
            <w:pPr>
              <w:keepNext/>
              <w:rPr>
                <w:noProof/>
                <w:lang w:val="ro-RO"/>
              </w:rPr>
            </w:pPr>
          </w:p>
        </w:tc>
        <w:tc>
          <w:tcPr>
            <w:tcW w:w="1606" w:type="dxa"/>
          </w:tcPr>
          <w:p w14:paraId="7A7CC008" w14:textId="77777777" w:rsidR="00AD35FD" w:rsidRPr="00CB6E2D" w:rsidRDefault="00000000">
            <w:pPr>
              <w:keepNext/>
              <w:rPr>
                <w:noProof/>
                <w:lang w:val="ro-RO"/>
              </w:rPr>
            </w:pPr>
            <w:r w:rsidRPr="00CB6E2D">
              <w:rPr>
                <w:b/>
                <w:noProof/>
                <w:color w:val="0D5F78"/>
                <w:lang w:val="ro-RO"/>
              </w:rPr>
              <w:t>Cod poștal</w:t>
            </w:r>
          </w:p>
          <w:p w14:paraId="1EDFEC25" w14:textId="77777777" w:rsidR="00AD35FD" w:rsidRPr="00CB6E2D" w:rsidRDefault="00AD35FD">
            <w:pPr>
              <w:keepNext/>
              <w:rPr>
                <w:noProof/>
                <w:lang w:val="ro-RO"/>
              </w:rPr>
            </w:pPr>
          </w:p>
        </w:tc>
        <w:tc>
          <w:tcPr>
            <w:tcW w:w="1606" w:type="dxa"/>
          </w:tcPr>
          <w:p w14:paraId="0F72F706" w14:textId="77777777" w:rsidR="00AD35FD" w:rsidRPr="00CB6E2D" w:rsidRDefault="00000000">
            <w:pPr>
              <w:keepNext/>
              <w:rPr>
                <w:noProof/>
                <w:lang w:val="ro-RO"/>
              </w:rPr>
            </w:pPr>
            <w:r w:rsidRPr="00CB6E2D">
              <w:rPr>
                <w:b/>
                <w:noProof/>
                <w:color w:val="0D5F78"/>
                <w:lang w:val="ro-RO"/>
              </w:rPr>
              <w:t>Țara</w:t>
            </w:r>
          </w:p>
          <w:p w14:paraId="487B61C5" w14:textId="77777777" w:rsidR="00AD35FD" w:rsidRPr="00CB6E2D" w:rsidRDefault="00AD35FD">
            <w:pPr>
              <w:keepNext/>
              <w:rPr>
                <w:noProof/>
                <w:lang w:val="ro-RO"/>
              </w:rPr>
            </w:pPr>
          </w:p>
        </w:tc>
      </w:tr>
      <w:tr w:rsidR="00AD35FD" w:rsidRPr="00CB6E2D" w14:paraId="025BF65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FA46FA6" w14:textId="77777777" w:rsidR="00AD35FD" w:rsidRPr="00CB6E2D" w:rsidRDefault="00000000">
            <w:pPr>
              <w:keepNext/>
              <w:rPr>
                <w:noProof/>
                <w:lang w:val="ro-RO"/>
              </w:rPr>
            </w:pPr>
            <w:r w:rsidRPr="00CB6E2D">
              <w:rPr>
                <w:noProof/>
                <w:sz w:val="16"/>
                <w:lang w:val="ro-RO"/>
              </w:rPr>
              <w:t xml:space="preserve"> Date de contact</w:t>
            </w:r>
          </w:p>
        </w:tc>
      </w:tr>
      <w:tr w:rsidR="00AD35FD" w:rsidRPr="00CB6E2D" w14:paraId="3F62D54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1D073D6E" w14:textId="77777777" w:rsidR="00AD35FD" w:rsidRPr="00CB6E2D" w:rsidRDefault="00000000">
            <w:pPr>
              <w:rPr>
                <w:noProof/>
                <w:lang w:val="ro-RO"/>
              </w:rPr>
            </w:pPr>
            <w:r w:rsidRPr="00CB6E2D">
              <w:rPr>
                <w:b/>
                <w:noProof/>
                <w:color w:val="0D5F78"/>
                <w:lang w:val="ro-RO"/>
              </w:rPr>
              <w:t>Telefon / fax</w:t>
            </w:r>
          </w:p>
          <w:p w14:paraId="39CC712B" w14:textId="77777777" w:rsidR="00AD35FD" w:rsidRPr="00CB6E2D" w:rsidRDefault="00AD35FD">
            <w:pPr>
              <w:rPr>
                <w:noProof/>
                <w:lang w:val="ro-RO"/>
              </w:rPr>
            </w:pPr>
          </w:p>
        </w:tc>
        <w:tc>
          <w:tcPr>
            <w:tcW w:w="5621" w:type="dxa"/>
            <w:gridSpan w:val="5"/>
          </w:tcPr>
          <w:p w14:paraId="731E3EAF" w14:textId="77777777" w:rsidR="00AD35FD" w:rsidRPr="00CB6E2D" w:rsidRDefault="00000000">
            <w:pPr>
              <w:rPr>
                <w:noProof/>
                <w:lang w:val="ro-RO"/>
              </w:rPr>
            </w:pPr>
            <w:r w:rsidRPr="00CB6E2D">
              <w:rPr>
                <w:b/>
                <w:noProof/>
                <w:color w:val="0D5F78"/>
                <w:lang w:val="ro-RO"/>
              </w:rPr>
              <w:t>E-mail</w:t>
            </w:r>
          </w:p>
          <w:p w14:paraId="6A57A506" w14:textId="77777777" w:rsidR="00AD35FD" w:rsidRPr="00CB6E2D" w:rsidRDefault="00AD35FD">
            <w:pPr>
              <w:rPr>
                <w:noProof/>
                <w:lang w:val="ro-RO"/>
              </w:rPr>
            </w:pPr>
          </w:p>
        </w:tc>
      </w:tr>
    </w:tbl>
    <w:p w14:paraId="4D9D1FE5" w14:textId="77777777" w:rsidR="00AD35FD" w:rsidRPr="00CB6E2D" w:rsidRDefault="00AD35FD">
      <w:pPr>
        <w:spacing w:line="168" w:lineRule="auto"/>
        <w:rPr>
          <w:noProof/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D35FD" w:rsidRPr="00CB6E2D" w14:paraId="0CCD3AD7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FDD6DE2" w14:textId="77777777" w:rsidR="00AD35FD" w:rsidRPr="00CB6E2D" w:rsidRDefault="00000000">
            <w:pPr>
              <w:keepNext/>
              <w:rPr>
                <w:noProof/>
                <w:lang w:val="ro-RO"/>
              </w:rPr>
            </w:pPr>
            <w:r w:rsidRPr="00CB6E2D">
              <w:rPr>
                <w:b/>
                <w:noProof/>
                <w:sz w:val="16"/>
                <w:lang w:val="ro-RO"/>
              </w:rPr>
              <w:t xml:space="preserve"> 3. </w:t>
            </w:r>
            <w:r w:rsidRPr="00CB6E2D">
              <w:rPr>
                <w:b/>
                <w:noProof/>
                <w:color w:val="000000"/>
                <w:sz w:val="18"/>
                <w:lang w:val="ro-RO"/>
              </w:rPr>
              <w:t>TITULAR AL AUTORIZAȚIEI DE CONSTRUIRE / DESFIINȚARE</w:t>
            </w:r>
          </w:p>
        </w:tc>
      </w:tr>
      <w:tr w:rsidR="00AD35FD" w:rsidRPr="00CB6E2D" w14:paraId="587E3C10" w14:textId="77777777">
        <w:trPr>
          <w:cantSplit/>
          <w:trHeight w:val="510"/>
        </w:trPr>
        <w:tc>
          <w:tcPr>
            <w:tcW w:w="1606" w:type="dxa"/>
          </w:tcPr>
          <w:p w14:paraId="38570560" w14:textId="77777777" w:rsidR="00AD35FD" w:rsidRPr="00CB6E2D" w:rsidRDefault="00000000">
            <w:pPr>
              <w:keepNext/>
              <w:rPr>
                <w:noProof/>
                <w:lang w:val="ro-RO"/>
              </w:rPr>
            </w:pPr>
            <w:r w:rsidRPr="00CB6E2D">
              <w:rPr>
                <w:b/>
                <w:noProof/>
                <w:color w:val="0D5F78"/>
                <w:lang w:val="ro-RO"/>
              </w:rPr>
              <w:t>Nr.</w:t>
            </w:r>
          </w:p>
          <w:p w14:paraId="7D760159" w14:textId="77777777" w:rsidR="00AD35FD" w:rsidRPr="00CB6E2D" w:rsidRDefault="00AD35FD">
            <w:pPr>
              <w:keepNext/>
              <w:rPr>
                <w:noProof/>
                <w:lang w:val="ro-RO"/>
              </w:rPr>
            </w:pPr>
          </w:p>
        </w:tc>
        <w:tc>
          <w:tcPr>
            <w:tcW w:w="2409" w:type="dxa"/>
          </w:tcPr>
          <w:p w14:paraId="331EAC7E" w14:textId="77777777" w:rsidR="00AD35FD" w:rsidRPr="00CB6E2D" w:rsidRDefault="00000000">
            <w:pPr>
              <w:keepNext/>
              <w:rPr>
                <w:noProof/>
                <w:lang w:val="ro-RO"/>
              </w:rPr>
            </w:pPr>
            <w:r w:rsidRPr="00CB6E2D">
              <w:rPr>
                <w:b/>
                <w:noProof/>
                <w:color w:val="0D5F78"/>
                <w:lang w:val="ro-RO"/>
              </w:rPr>
              <w:t>Din data</w:t>
            </w:r>
          </w:p>
          <w:p w14:paraId="3ACC2CAC" w14:textId="77777777" w:rsidR="00AD35FD" w:rsidRPr="00CB6E2D" w:rsidRDefault="00AD35FD">
            <w:pPr>
              <w:keepNext/>
              <w:rPr>
                <w:noProof/>
                <w:lang w:val="ro-RO"/>
              </w:rPr>
            </w:pPr>
          </w:p>
        </w:tc>
        <w:tc>
          <w:tcPr>
            <w:tcW w:w="5621" w:type="dxa"/>
          </w:tcPr>
          <w:p w14:paraId="45DAA697" w14:textId="77777777" w:rsidR="00AD35FD" w:rsidRPr="00CB6E2D" w:rsidRDefault="00000000">
            <w:pPr>
              <w:keepNext/>
              <w:rPr>
                <w:noProof/>
                <w:lang w:val="ro-RO"/>
              </w:rPr>
            </w:pPr>
            <w:r w:rsidRPr="00CB6E2D">
              <w:rPr>
                <w:b/>
                <w:noProof/>
                <w:color w:val="0D5F78"/>
                <w:lang w:val="ro-RO"/>
              </w:rPr>
              <w:t>Emisă de</w:t>
            </w:r>
          </w:p>
          <w:p w14:paraId="7035BC1B" w14:textId="77777777" w:rsidR="00AD35FD" w:rsidRPr="00CB6E2D" w:rsidRDefault="00AD35FD">
            <w:pPr>
              <w:keepNext/>
              <w:rPr>
                <w:noProof/>
                <w:lang w:val="ro-RO"/>
              </w:rPr>
            </w:pPr>
          </w:p>
        </w:tc>
      </w:tr>
      <w:tr w:rsidR="00AD35FD" w:rsidRPr="00CB6E2D" w14:paraId="24AC54C1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DD30D26" w14:textId="77777777" w:rsidR="00AD35FD" w:rsidRPr="00CB6E2D" w:rsidRDefault="00000000">
            <w:pPr>
              <w:keepNext/>
              <w:rPr>
                <w:noProof/>
                <w:lang w:val="ro-RO"/>
              </w:rPr>
            </w:pPr>
            <w:r w:rsidRPr="00CB6E2D">
              <w:rPr>
                <w:noProof/>
                <w:sz w:val="16"/>
                <w:lang w:val="ro-RO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D35FD" w:rsidRPr="00CB6E2D" w14:paraId="14CEAA34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023C43F6" w14:textId="77777777" w:rsidR="00AD35FD" w:rsidRPr="00CB6E2D" w:rsidRDefault="00000000">
            <w:pPr>
              <w:keepNext/>
              <w:rPr>
                <w:noProof/>
                <w:lang w:val="ro-RO"/>
              </w:rPr>
            </w:pPr>
            <w:r w:rsidRPr="00CB6E2D">
              <w:rPr>
                <w:b/>
                <w:noProof/>
                <w:color w:val="0D5F78"/>
                <w:lang w:val="ro-RO"/>
              </w:rPr>
              <w:t>Denumirea lucrării, capacitatea și categoria de lucrări din autorizație</w:t>
            </w:r>
          </w:p>
          <w:p w14:paraId="5D07F1A8" w14:textId="77777777" w:rsidR="00AD35FD" w:rsidRPr="00CB6E2D" w:rsidRDefault="00AD35FD">
            <w:pPr>
              <w:keepNext/>
              <w:rPr>
                <w:noProof/>
                <w:lang w:val="ro-RO"/>
              </w:rPr>
            </w:pPr>
          </w:p>
        </w:tc>
      </w:tr>
      <w:tr w:rsidR="00AD35FD" w:rsidRPr="00CB6E2D" w14:paraId="0BCFAFD1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7645425" w14:textId="77777777" w:rsidR="00AD35FD" w:rsidRPr="00CB6E2D" w:rsidRDefault="00000000">
            <w:pPr>
              <w:rPr>
                <w:noProof/>
                <w:lang w:val="ro-RO"/>
              </w:rPr>
            </w:pPr>
            <w:r w:rsidRPr="00CB6E2D">
              <w:rPr>
                <w:b/>
                <w:noProof/>
                <w:color w:val="0D5F78"/>
                <w:lang w:val="ro-RO"/>
              </w:rPr>
              <w:t>în valoare de (lei)</w:t>
            </w:r>
          </w:p>
          <w:p w14:paraId="3EFD05AE" w14:textId="77777777" w:rsidR="00AD35FD" w:rsidRPr="00CB6E2D" w:rsidRDefault="00AD35FD">
            <w:pPr>
              <w:rPr>
                <w:noProof/>
                <w:lang w:val="ro-RO"/>
              </w:rPr>
            </w:pPr>
          </w:p>
        </w:tc>
      </w:tr>
    </w:tbl>
    <w:p w14:paraId="6F25DA33" w14:textId="48CBC554" w:rsidR="00AD35FD" w:rsidRPr="00CB6E2D" w:rsidRDefault="00000000" w:rsidP="007050CD">
      <w:pPr>
        <w:spacing w:before="140" w:after="40"/>
        <w:jc w:val="center"/>
        <w:rPr>
          <w:noProof/>
          <w:sz w:val="28"/>
          <w:szCs w:val="28"/>
          <w:lang w:val="ro-RO"/>
        </w:rPr>
      </w:pPr>
      <w:r w:rsidRPr="00CB6E2D">
        <w:rPr>
          <w:b/>
          <w:noProof/>
          <w:sz w:val="28"/>
          <w:szCs w:val="28"/>
          <w:lang w:val="ro-RO"/>
        </w:rPr>
        <w:t>ADUC LA CUNOȘTINȚĂ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D35FD" w:rsidRPr="00CB6E2D" w14:paraId="43F9191F" w14:textId="77777777">
        <w:trPr>
          <w:cantSplit/>
          <w:trHeight w:val="510"/>
        </w:trPr>
        <w:tc>
          <w:tcPr>
            <w:tcW w:w="2409" w:type="dxa"/>
          </w:tcPr>
          <w:p w14:paraId="1A30CAD2" w14:textId="77777777" w:rsidR="00AD35FD" w:rsidRPr="00CB6E2D" w:rsidRDefault="00000000">
            <w:pPr>
              <w:rPr>
                <w:noProof/>
                <w:lang w:val="ro-RO"/>
              </w:rPr>
            </w:pPr>
            <w:r w:rsidRPr="00CB6E2D">
              <w:rPr>
                <w:b/>
                <w:noProof/>
                <w:color w:val="0D5F78"/>
                <w:lang w:val="ro-RO"/>
              </w:rPr>
              <w:t>Că la data de</w:t>
            </w:r>
          </w:p>
          <w:p w14:paraId="5CE18A2B" w14:textId="77777777" w:rsidR="00AD35FD" w:rsidRPr="00CB6E2D" w:rsidRDefault="00AD35FD">
            <w:pPr>
              <w:rPr>
                <w:noProof/>
                <w:lang w:val="ro-RO"/>
              </w:rPr>
            </w:pPr>
          </w:p>
        </w:tc>
        <w:tc>
          <w:tcPr>
            <w:tcW w:w="1606" w:type="dxa"/>
          </w:tcPr>
          <w:p w14:paraId="537E7015" w14:textId="77777777" w:rsidR="00AD35FD" w:rsidRPr="00CB6E2D" w:rsidRDefault="00000000">
            <w:pPr>
              <w:rPr>
                <w:noProof/>
                <w:lang w:val="ro-RO"/>
              </w:rPr>
            </w:pPr>
            <w:r w:rsidRPr="00CB6E2D">
              <w:rPr>
                <w:b/>
                <w:noProof/>
                <w:color w:val="0D5F78"/>
                <w:lang w:val="ro-RO"/>
              </w:rPr>
              <w:t>ora</w:t>
            </w:r>
          </w:p>
          <w:p w14:paraId="349EB503" w14:textId="77777777" w:rsidR="00AD35FD" w:rsidRPr="00CB6E2D" w:rsidRDefault="00AD35FD">
            <w:pPr>
              <w:rPr>
                <w:noProof/>
                <w:lang w:val="ro-RO"/>
              </w:rPr>
            </w:pPr>
          </w:p>
        </w:tc>
        <w:tc>
          <w:tcPr>
            <w:tcW w:w="5621" w:type="dxa"/>
          </w:tcPr>
          <w:p w14:paraId="479316B2" w14:textId="77777777" w:rsidR="00AD35FD" w:rsidRPr="00CB6E2D" w:rsidRDefault="00000000">
            <w:pPr>
              <w:rPr>
                <w:noProof/>
                <w:lang w:val="ro-RO"/>
              </w:rPr>
            </w:pPr>
            <w:r w:rsidRPr="00CB6E2D">
              <w:rPr>
                <w:b/>
                <w:noProof/>
                <w:color w:val="0D5F78"/>
                <w:lang w:val="ro-RO"/>
              </w:rPr>
              <w:t>au fost finalizate lucrările de construcții autorizate</w:t>
            </w:r>
          </w:p>
          <w:p w14:paraId="70DA8600" w14:textId="77777777" w:rsidR="00AD35FD" w:rsidRPr="00CB6E2D" w:rsidRDefault="00000000">
            <w:pPr>
              <w:rPr>
                <w:noProof/>
                <w:lang w:val="ro-RO"/>
              </w:rPr>
            </w:pPr>
            <w:r w:rsidRPr="00CB6E2D">
              <w:rPr>
                <w:i/>
                <w:noProof/>
                <w:color w:val="7A7A7A"/>
                <w:lang w:val="ro-RO"/>
              </w:rPr>
              <w:t>pentru imobilul de mai jos</w:t>
            </w:r>
          </w:p>
          <w:p w14:paraId="0A5397F4" w14:textId="77777777" w:rsidR="00AD35FD" w:rsidRPr="00CB6E2D" w:rsidRDefault="00AD35FD">
            <w:pPr>
              <w:rPr>
                <w:noProof/>
                <w:lang w:val="ro-RO"/>
              </w:rPr>
            </w:pPr>
          </w:p>
        </w:tc>
      </w:tr>
    </w:tbl>
    <w:p w14:paraId="46459DEB" w14:textId="77777777" w:rsidR="00AD35FD" w:rsidRPr="00CB6E2D" w:rsidRDefault="00AD35FD">
      <w:pPr>
        <w:spacing w:line="168" w:lineRule="auto"/>
        <w:rPr>
          <w:noProof/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D35FD" w:rsidRPr="00CB6E2D" w14:paraId="503B36F7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7C80A2C" w14:textId="77777777" w:rsidR="00AD35FD" w:rsidRPr="00CB6E2D" w:rsidRDefault="00000000">
            <w:pPr>
              <w:keepNext/>
              <w:rPr>
                <w:noProof/>
                <w:lang w:val="ro-RO"/>
              </w:rPr>
            </w:pPr>
            <w:r w:rsidRPr="00CB6E2D">
              <w:rPr>
                <w:b/>
                <w:noProof/>
                <w:sz w:val="16"/>
                <w:lang w:val="ro-RO"/>
              </w:rPr>
              <w:t xml:space="preserve"> 4. </w:t>
            </w:r>
            <w:r w:rsidRPr="00CB6E2D">
              <w:rPr>
                <w:b/>
                <w:noProof/>
                <w:color w:val="000000"/>
                <w:sz w:val="18"/>
                <w:lang w:val="ro-RO"/>
              </w:rPr>
              <w:t>IMOBILUL</w:t>
            </w:r>
          </w:p>
        </w:tc>
      </w:tr>
      <w:tr w:rsidR="00AD35FD" w:rsidRPr="00CB6E2D" w14:paraId="6246E343" w14:textId="77777777">
        <w:trPr>
          <w:cantSplit/>
        </w:trPr>
        <w:tc>
          <w:tcPr>
            <w:tcW w:w="9636" w:type="dxa"/>
            <w:gridSpan w:val="6"/>
          </w:tcPr>
          <w:p w14:paraId="0AB87AAD" w14:textId="185A7AED" w:rsidR="00AD35FD" w:rsidRPr="00CB6E2D" w:rsidRDefault="00000000">
            <w:pPr>
              <w:keepNext/>
              <w:rPr>
                <w:noProof/>
                <w:lang w:val="ro-RO"/>
              </w:rPr>
            </w:pPr>
            <w:r w:rsidRPr="00CB6E2D">
              <w:rPr>
                <w:noProof/>
                <w:sz w:val="16"/>
                <w:lang w:val="ro-RO"/>
              </w:rPr>
              <w:t xml:space="preserve"> </w:t>
            </w:r>
            <w:r w:rsidR="00CB6E2D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B6E2D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="00CB6E2D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="00CB6E2D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="00CB6E2D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Pr="00CB6E2D">
              <w:rPr>
                <w:noProof/>
                <w:sz w:val="16"/>
                <w:lang w:val="ro-RO"/>
              </w:rPr>
              <w:t xml:space="preserve"> teren     </w:t>
            </w:r>
            <w:r w:rsidR="00CB6E2D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B6E2D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="00CB6E2D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="00CB6E2D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="00CB6E2D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Pr="00CB6E2D">
              <w:rPr>
                <w:noProof/>
                <w:sz w:val="16"/>
                <w:lang w:val="ro-RO"/>
              </w:rPr>
              <w:t xml:space="preserve"> construcții</w:t>
            </w:r>
          </w:p>
        </w:tc>
      </w:tr>
      <w:tr w:rsidR="00AD35FD" w:rsidRPr="00CB6E2D" w14:paraId="53BDC58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48965D1" w14:textId="77777777" w:rsidR="00AD35FD" w:rsidRPr="00CB6E2D" w:rsidRDefault="00000000">
            <w:pPr>
              <w:keepNext/>
              <w:rPr>
                <w:noProof/>
                <w:lang w:val="ro-RO"/>
              </w:rPr>
            </w:pPr>
            <w:r w:rsidRPr="00CB6E2D">
              <w:rPr>
                <w:b/>
                <w:noProof/>
                <w:color w:val="0D5F78"/>
                <w:lang w:val="ro-RO"/>
              </w:rPr>
              <w:t>Județ</w:t>
            </w:r>
          </w:p>
          <w:p w14:paraId="3613F305" w14:textId="2F4E1B19" w:rsidR="00AD35FD" w:rsidRPr="00CB6E2D" w:rsidRDefault="00CB6E2D" w:rsidP="00CB6E2D">
            <w:pPr>
              <w:keepNext/>
              <w:jc w:val="center"/>
              <w:rPr>
                <w:noProof/>
                <w:lang w:val="ro-RO"/>
              </w:rPr>
            </w:pPr>
            <w:r>
              <w:rPr>
                <w:noProof/>
                <w:lang w:val="ro-RO"/>
              </w:rPr>
              <w:t>BACĂU</w:t>
            </w:r>
          </w:p>
        </w:tc>
        <w:tc>
          <w:tcPr>
            <w:tcW w:w="3212" w:type="dxa"/>
            <w:gridSpan w:val="2"/>
          </w:tcPr>
          <w:p w14:paraId="365ED677" w14:textId="77777777" w:rsidR="00AD35FD" w:rsidRPr="00CB6E2D" w:rsidRDefault="00000000">
            <w:pPr>
              <w:keepNext/>
              <w:rPr>
                <w:noProof/>
                <w:lang w:val="ro-RO"/>
              </w:rPr>
            </w:pPr>
            <w:r w:rsidRPr="00CB6E2D">
              <w:rPr>
                <w:b/>
                <w:noProof/>
                <w:color w:val="0D5F78"/>
                <w:lang w:val="ro-RO"/>
              </w:rPr>
              <w:t>Municipiu / oraș / comună</w:t>
            </w:r>
          </w:p>
          <w:p w14:paraId="6F56704A" w14:textId="69CADA77" w:rsidR="00AD35FD" w:rsidRPr="00CB6E2D" w:rsidRDefault="00CB6E2D" w:rsidP="00CB6E2D">
            <w:pPr>
              <w:keepNext/>
              <w:jc w:val="center"/>
              <w:rPr>
                <w:noProof/>
                <w:lang w:val="ro-RO"/>
              </w:rPr>
            </w:pPr>
            <w:r>
              <w:rPr>
                <w:noProof/>
                <w:lang w:val="ro-RO"/>
              </w:rPr>
              <w:t>BLĂGEȘTI</w:t>
            </w:r>
          </w:p>
        </w:tc>
        <w:tc>
          <w:tcPr>
            <w:tcW w:w="3212" w:type="dxa"/>
            <w:gridSpan w:val="2"/>
          </w:tcPr>
          <w:p w14:paraId="621EB7A6" w14:textId="77777777" w:rsidR="00AD35FD" w:rsidRPr="00CB6E2D" w:rsidRDefault="00000000">
            <w:pPr>
              <w:keepNext/>
              <w:rPr>
                <w:noProof/>
                <w:lang w:val="ro-RO"/>
              </w:rPr>
            </w:pPr>
            <w:r w:rsidRPr="00CB6E2D">
              <w:rPr>
                <w:b/>
                <w:noProof/>
                <w:color w:val="0D5F78"/>
                <w:lang w:val="ro-RO"/>
              </w:rPr>
              <w:t>Sat / sector</w:t>
            </w:r>
          </w:p>
          <w:p w14:paraId="4F784361" w14:textId="77777777" w:rsidR="00AD35FD" w:rsidRPr="00CB6E2D" w:rsidRDefault="00AD35FD">
            <w:pPr>
              <w:keepNext/>
              <w:rPr>
                <w:noProof/>
                <w:lang w:val="ro-RO"/>
              </w:rPr>
            </w:pPr>
          </w:p>
        </w:tc>
      </w:tr>
      <w:tr w:rsidR="00AD35FD" w:rsidRPr="00CB6E2D" w14:paraId="2BC39562" w14:textId="77777777">
        <w:trPr>
          <w:cantSplit/>
          <w:trHeight w:val="510"/>
        </w:trPr>
        <w:tc>
          <w:tcPr>
            <w:tcW w:w="1606" w:type="dxa"/>
          </w:tcPr>
          <w:p w14:paraId="32502F27" w14:textId="77777777" w:rsidR="00AD35FD" w:rsidRPr="00CB6E2D" w:rsidRDefault="00000000">
            <w:pPr>
              <w:keepNext/>
              <w:rPr>
                <w:noProof/>
                <w:lang w:val="ro-RO"/>
              </w:rPr>
            </w:pPr>
            <w:r w:rsidRPr="00CB6E2D">
              <w:rPr>
                <w:b/>
                <w:noProof/>
                <w:color w:val="0D5F78"/>
                <w:lang w:val="ro-RO"/>
              </w:rPr>
              <w:t>Cod poștal</w:t>
            </w:r>
          </w:p>
          <w:p w14:paraId="492DB3D9" w14:textId="77777777" w:rsidR="00AD35FD" w:rsidRPr="00CB6E2D" w:rsidRDefault="00AD35FD">
            <w:pPr>
              <w:keepNext/>
              <w:rPr>
                <w:noProof/>
                <w:lang w:val="ro-RO"/>
              </w:rPr>
            </w:pPr>
          </w:p>
        </w:tc>
        <w:tc>
          <w:tcPr>
            <w:tcW w:w="4818" w:type="dxa"/>
            <w:gridSpan w:val="3"/>
          </w:tcPr>
          <w:p w14:paraId="79596D03" w14:textId="77777777" w:rsidR="00AD35FD" w:rsidRPr="00CB6E2D" w:rsidRDefault="00000000">
            <w:pPr>
              <w:keepNext/>
              <w:rPr>
                <w:noProof/>
                <w:lang w:val="ro-RO"/>
              </w:rPr>
            </w:pPr>
            <w:r w:rsidRPr="00CB6E2D">
              <w:rPr>
                <w:b/>
                <w:noProof/>
                <w:color w:val="0D5F78"/>
                <w:lang w:val="ro-RO"/>
              </w:rPr>
              <w:t>Strada</w:t>
            </w:r>
          </w:p>
          <w:p w14:paraId="76B7FC7B" w14:textId="77777777" w:rsidR="00AD35FD" w:rsidRPr="00CB6E2D" w:rsidRDefault="00AD35FD">
            <w:pPr>
              <w:keepNext/>
              <w:rPr>
                <w:noProof/>
                <w:lang w:val="ro-RO"/>
              </w:rPr>
            </w:pPr>
          </w:p>
        </w:tc>
        <w:tc>
          <w:tcPr>
            <w:tcW w:w="803" w:type="dxa"/>
          </w:tcPr>
          <w:p w14:paraId="0B5DE636" w14:textId="77777777" w:rsidR="00AD35FD" w:rsidRPr="00CB6E2D" w:rsidRDefault="00000000">
            <w:pPr>
              <w:keepNext/>
              <w:rPr>
                <w:noProof/>
                <w:lang w:val="ro-RO"/>
              </w:rPr>
            </w:pPr>
            <w:r w:rsidRPr="00CB6E2D">
              <w:rPr>
                <w:b/>
                <w:noProof/>
                <w:color w:val="0D5F78"/>
                <w:lang w:val="ro-RO"/>
              </w:rPr>
              <w:t>Nr.</w:t>
            </w:r>
          </w:p>
          <w:p w14:paraId="2C554BE8" w14:textId="77777777" w:rsidR="00AD35FD" w:rsidRPr="00CB6E2D" w:rsidRDefault="00AD35FD">
            <w:pPr>
              <w:keepNext/>
              <w:rPr>
                <w:noProof/>
                <w:lang w:val="ro-RO"/>
              </w:rPr>
            </w:pPr>
          </w:p>
        </w:tc>
        <w:tc>
          <w:tcPr>
            <w:tcW w:w="2409" w:type="dxa"/>
          </w:tcPr>
          <w:p w14:paraId="5F4DD626" w14:textId="77777777" w:rsidR="00AD35FD" w:rsidRPr="00CB6E2D" w:rsidRDefault="00000000">
            <w:pPr>
              <w:keepNext/>
              <w:rPr>
                <w:noProof/>
                <w:lang w:val="ro-RO"/>
              </w:rPr>
            </w:pPr>
            <w:r w:rsidRPr="00CB6E2D">
              <w:rPr>
                <w:b/>
                <w:noProof/>
                <w:color w:val="0D5F78"/>
                <w:lang w:val="ro-RO"/>
              </w:rPr>
              <w:t>Bl. / sc. / et. / ap.</w:t>
            </w:r>
          </w:p>
          <w:p w14:paraId="481D6BF6" w14:textId="77777777" w:rsidR="00AD35FD" w:rsidRPr="00CB6E2D" w:rsidRDefault="00AD35FD">
            <w:pPr>
              <w:keepNext/>
              <w:rPr>
                <w:noProof/>
                <w:lang w:val="ro-RO"/>
              </w:rPr>
            </w:pPr>
          </w:p>
        </w:tc>
      </w:tr>
      <w:tr w:rsidR="00AD35FD" w:rsidRPr="00CB6E2D" w14:paraId="45E2EB9D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946A25A" w14:textId="77777777" w:rsidR="00AD35FD" w:rsidRPr="00CB6E2D" w:rsidRDefault="00000000">
            <w:pPr>
              <w:keepNext/>
              <w:rPr>
                <w:noProof/>
                <w:lang w:val="ro-RO"/>
              </w:rPr>
            </w:pPr>
            <w:r w:rsidRPr="00CB6E2D">
              <w:rPr>
                <w:b/>
                <w:noProof/>
                <w:color w:val="0D5F78"/>
                <w:lang w:val="ro-RO"/>
              </w:rPr>
              <w:t>Număr cadastral</w:t>
            </w:r>
          </w:p>
          <w:p w14:paraId="23C02068" w14:textId="77777777" w:rsidR="00AD35FD" w:rsidRPr="00CB6E2D" w:rsidRDefault="00AD35FD" w:rsidP="00CB6E2D">
            <w:pPr>
              <w:keepNext/>
              <w:rPr>
                <w:noProof/>
                <w:lang w:val="ro-RO"/>
              </w:rPr>
            </w:pPr>
          </w:p>
        </w:tc>
        <w:tc>
          <w:tcPr>
            <w:tcW w:w="4015" w:type="dxa"/>
            <w:gridSpan w:val="3"/>
          </w:tcPr>
          <w:p w14:paraId="1CA801FC" w14:textId="77777777" w:rsidR="00AD35FD" w:rsidRPr="00CB6E2D" w:rsidRDefault="00000000">
            <w:pPr>
              <w:keepNext/>
              <w:rPr>
                <w:noProof/>
                <w:lang w:val="ro-RO"/>
              </w:rPr>
            </w:pPr>
            <w:r w:rsidRPr="00CB6E2D">
              <w:rPr>
                <w:b/>
                <w:noProof/>
                <w:color w:val="0D5F78"/>
                <w:lang w:val="ro-RO"/>
              </w:rPr>
              <w:t>Carte funciară nr.</w:t>
            </w:r>
          </w:p>
          <w:p w14:paraId="7460EFF8" w14:textId="77777777" w:rsidR="00AD35FD" w:rsidRPr="00CB6E2D" w:rsidRDefault="00AD35FD">
            <w:pPr>
              <w:keepNext/>
              <w:rPr>
                <w:noProof/>
                <w:lang w:val="ro-RO"/>
              </w:rPr>
            </w:pPr>
          </w:p>
        </w:tc>
      </w:tr>
    </w:tbl>
    <w:p w14:paraId="4310081F" w14:textId="77777777" w:rsidR="00AD35FD" w:rsidRPr="00CB6E2D" w:rsidRDefault="00AD35FD">
      <w:pPr>
        <w:spacing w:line="168" w:lineRule="auto"/>
        <w:rPr>
          <w:noProof/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7227"/>
        <w:gridCol w:w="2409"/>
      </w:tblGrid>
      <w:tr w:rsidR="00AD35FD" w:rsidRPr="00CB6E2D" w14:paraId="00876DD1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91472DD" w14:textId="77777777" w:rsidR="00AD35FD" w:rsidRPr="00CB6E2D" w:rsidRDefault="00000000">
            <w:pPr>
              <w:keepNext/>
              <w:rPr>
                <w:noProof/>
                <w:lang w:val="ro-RO"/>
              </w:rPr>
            </w:pPr>
            <w:r w:rsidRPr="00CB6E2D">
              <w:rPr>
                <w:b/>
                <w:noProof/>
                <w:sz w:val="16"/>
                <w:lang w:val="ro-RO"/>
              </w:rPr>
              <w:t xml:space="preserve"> 5. </w:t>
            </w:r>
            <w:r w:rsidRPr="00CB6E2D">
              <w:rPr>
                <w:b/>
                <w:noProof/>
                <w:color w:val="000000"/>
                <w:sz w:val="18"/>
                <w:lang w:val="ro-RO"/>
              </w:rPr>
              <w:t>CONVOCAREA COMISIEI DE RECEPȚIE</w:t>
            </w:r>
          </w:p>
        </w:tc>
      </w:tr>
      <w:tr w:rsidR="00AD35FD" w:rsidRPr="00CB6E2D" w14:paraId="1EE75B4F" w14:textId="77777777">
        <w:trPr>
          <w:cantSplit/>
          <w:trHeight w:val="510"/>
        </w:trPr>
        <w:tc>
          <w:tcPr>
            <w:tcW w:w="7227" w:type="dxa"/>
          </w:tcPr>
          <w:p w14:paraId="668CA31F" w14:textId="77777777" w:rsidR="00AD35FD" w:rsidRPr="00CB6E2D" w:rsidRDefault="00000000">
            <w:pPr>
              <w:rPr>
                <w:noProof/>
                <w:lang w:val="ro-RO"/>
              </w:rPr>
            </w:pPr>
            <w:r w:rsidRPr="00CB6E2D">
              <w:rPr>
                <w:b/>
                <w:noProof/>
                <w:color w:val="0D5F78"/>
                <w:lang w:val="ro-RO"/>
              </w:rPr>
              <w:t>Se convoacă comisia de recepție la terminarea lucrărilor, la data</w:t>
            </w:r>
          </w:p>
          <w:p w14:paraId="3C5ABEF2" w14:textId="77777777" w:rsidR="00AD35FD" w:rsidRPr="00CB6E2D" w:rsidRDefault="00AD35FD">
            <w:pPr>
              <w:rPr>
                <w:noProof/>
                <w:lang w:val="ro-RO"/>
              </w:rPr>
            </w:pPr>
          </w:p>
        </w:tc>
        <w:tc>
          <w:tcPr>
            <w:tcW w:w="2409" w:type="dxa"/>
          </w:tcPr>
          <w:p w14:paraId="005C1153" w14:textId="77777777" w:rsidR="00AD35FD" w:rsidRPr="00CB6E2D" w:rsidRDefault="00000000">
            <w:pPr>
              <w:rPr>
                <w:noProof/>
                <w:lang w:val="ro-RO"/>
              </w:rPr>
            </w:pPr>
            <w:r w:rsidRPr="00CB6E2D">
              <w:rPr>
                <w:b/>
                <w:noProof/>
                <w:color w:val="0D5F78"/>
                <w:lang w:val="ro-RO"/>
              </w:rPr>
              <w:t>ora</w:t>
            </w:r>
          </w:p>
          <w:p w14:paraId="67115499" w14:textId="77777777" w:rsidR="00AD35FD" w:rsidRPr="00CB6E2D" w:rsidRDefault="00AD35FD">
            <w:pPr>
              <w:rPr>
                <w:noProof/>
                <w:lang w:val="ro-RO"/>
              </w:rPr>
            </w:pPr>
          </w:p>
        </w:tc>
      </w:tr>
    </w:tbl>
    <w:p w14:paraId="2CA6B2E0" w14:textId="77777777" w:rsidR="00AD35FD" w:rsidRPr="00CB6E2D" w:rsidRDefault="00AD35FD">
      <w:pPr>
        <w:spacing w:line="168" w:lineRule="auto"/>
        <w:rPr>
          <w:noProof/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D35FD" w:rsidRPr="00CB6E2D" w14:paraId="4DA3EAB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22918AA" w14:textId="77777777" w:rsidR="00AD35FD" w:rsidRPr="00CB6E2D" w:rsidRDefault="00000000">
            <w:pPr>
              <w:keepNext/>
              <w:rPr>
                <w:noProof/>
                <w:lang w:val="ro-RO"/>
              </w:rPr>
            </w:pPr>
            <w:r w:rsidRPr="00CB6E2D">
              <w:rPr>
                <w:b/>
                <w:noProof/>
                <w:sz w:val="16"/>
                <w:lang w:val="ro-RO"/>
              </w:rPr>
              <w:t xml:space="preserve"> 6. </w:t>
            </w:r>
            <w:r w:rsidRPr="00CB6E2D">
              <w:rPr>
                <w:b/>
                <w:noProof/>
                <w:color w:val="000000"/>
                <w:sz w:val="18"/>
                <w:lang w:val="ro-RO"/>
              </w:rPr>
              <w:t>DATA ȘI SEMNĂTURA</w:t>
            </w:r>
          </w:p>
        </w:tc>
      </w:tr>
      <w:tr w:rsidR="00AD35FD" w:rsidRPr="00CB6E2D" w14:paraId="70E41EEA" w14:textId="77777777">
        <w:trPr>
          <w:cantSplit/>
          <w:trHeight w:val="510"/>
        </w:trPr>
        <w:tc>
          <w:tcPr>
            <w:tcW w:w="1606" w:type="dxa"/>
          </w:tcPr>
          <w:p w14:paraId="246FD708" w14:textId="77777777" w:rsidR="00AD35FD" w:rsidRPr="00CB6E2D" w:rsidRDefault="00000000">
            <w:pPr>
              <w:rPr>
                <w:noProof/>
                <w:lang w:val="ro-RO"/>
              </w:rPr>
            </w:pPr>
            <w:r w:rsidRPr="00CB6E2D">
              <w:rPr>
                <w:b/>
                <w:noProof/>
                <w:color w:val="0D5F78"/>
                <w:lang w:val="ro-RO"/>
              </w:rPr>
              <w:t>Data</w:t>
            </w:r>
          </w:p>
          <w:p w14:paraId="71990700" w14:textId="77777777" w:rsidR="00AD35FD" w:rsidRPr="00CB6E2D" w:rsidRDefault="00AD35FD">
            <w:pPr>
              <w:rPr>
                <w:noProof/>
                <w:lang w:val="ro-RO"/>
              </w:rPr>
            </w:pPr>
          </w:p>
        </w:tc>
        <w:tc>
          <w:tcPr>
            <w:tcW w:w="4818" w:type="dxa"/>
          </w:tcPr>
          <w:p w14:paraId="16AE7494" w14:textId="77777777" w:rsidR="00AD35FD" w:rsidRPr="00CB6E2D" w:rsidRDefault="00000000">
            <w:pPr>
              <w:rPr>
                <w:noProof/>
                <w:lang w:val="ro-RO"/>
              </w:rPr>
            </w:pPr>
            <w:r w:rsidRPr="00CB6E2D">
              <w:rPr>
                <w:b/>
                <w:noProof/>
                <w:color w:val="0D5F78"/>
                <w:lang w:val="ro-RO"/>
              </w:rPr>
              <w:t>Titularul autorizației</w:t>
            </w:r>
          </w:p>
          <w:p w14:paraId="3DBB02B2" w14:textId="77777777" w:rsidR="00AD35FD" w:rsidRPr="00CB6E2D" w:rsidRDefault="00AD35FD">
            <w:pPr>
              <w:rPr>
                <w:noProof/>
                <w:lang w:val="ro-RO"/>
              </w:rPr>
            </w:pPr>
          </w:p>
        </w:tc>
        <w:tc>
          <w:tcPr>
            <w:tcW w:w="3212" w:type="dxa"/>
          </w:tcPr>
          <w:p w14:paraId="4A633198" w14:textId="77777777" w:rsidR="00AD35FD" w:rsidRPr="00CB6E2D" w:rsidRDefault="00000000">
            <w:pPr>
              <w:rPr>
                <w:noProof/>
                <w:lang w:val="ro-RO"/>
              </w:rPr>
            </w:pPr>
            <w:r w:rsidRPr="00CB6E2D">
              <w:rPr>
                <w:b/>
                <w:noProof/>
                <w:color w:val="0D5F78"/>
                <w:lang w:val="ro-RO"/>
              </w:rPr>
              <w:t>Semnătura</w:t>
            </w:r>
          </w:p>
          <w:p w14:paraId="5A726045" w14:textId="77777777" w:rsidR="00AD35FD" w:rsidRPr="00CB6E2D" w:rsidRDefault="00AD35FD">
            <w:pPr>
              <w:rPr>
                <w:noProof/>
                <w:lang w:val="ro-RO"/>
              </w:rPr>
            </w:pPr>
          </w:p>
        </w:tc>
      </w:tr>
    </w:tbl>
    <w:p w14:paraId="7A82EDC4" w14:textId="77777777" w:rsidR="00AD35FD" w:rsidRPr="00CB6E2D" w:rsidRDefault="00AD35FD">
      <w:pPr>
        <w:spacing w:line="168" w:lineRule="auto"/>
        <w:rPr>
          <w:noProof/>
          <w:lang w:val="ro-RO"/>
        </w:rPr>
      </w:pPr>
    </w:p>
    <w:p w14:paraId="10823F81" w14:textId="77777777" w:rsidR="00CB6E2D" w:rsidRPr="00CB6E2D" w:rsidRDefault="00CB6E2D">
      <w:pPr>
        <w:spacing w:line="168" w:lineRule="auto"/>
        <w:rPr>
          <w:noProof/>
          <w:lang w:val="ro-RO"/>
        </w:rPr>
      </w:pPr>
    </w:p>
    <w:sectPr w:rsidR="00CB6E2D" w:rsidRPr="00CB6E2D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85EAD" w14:textId="77777777" w:rsidR="00F9123C" w:rsidRDefault="00F9123C">
      <w:r>
        <w:separator/>
      </w:r>
    </w:p>
  </w:endnote>
  <w:endnote w:type="continuationSeparator" w:id="0">
    <w:p w14:paraId="43F8F803" w14:textId="77777777" w:rsidR="00F9123C" w:rsidRDefault="00F91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F1F6F" w14:textId="7C30F0FC" w:rsidR="00AD35FD" w:rsidRDefault="00000000">
    <w:pPr>
      <w:pStyle w:val="Subsol"/>
      <w:tabs>
        <w:tab w:val="right" w:pos="9639"/>
      </w:tabs>
    </w:pPr>
    <w:r>
      <w:rPr>
        <w:color w:val="595959"/>
      </w:rPr>
      <w:t>F_A_</w:t>
    </w:r>
    <w:r w:rsidR="005E6036">
      <w:rPr>
        <w:color w:val="595959"/>
      </w:rPr>
      <w:t>10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7050CD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7050CD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570AC" w14:textId="77777777" w:rsidR="00F9123C" w:rsidRDefault="00F9123C">
      <w:r>
        <w:separator/>
      </w:r>
    </w:p>
  </w:footnote>
  <w:footnote w:type="continuationSeparator" w:id="0">
    <w:p w14:paraId="3971149D" w14:textId="77777777" w:rsidR="00F9123C" w:rsidRDefault="00F912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13549725">
    <w:abstractNumId w:val="8"/>
  </w:num>
  <w:num w:numId="2" w16cid:durableId="1043405023">
    <w:abstractNumId w:val="6"/>
  </w:num>
  <w:num w:numId="3" w16cid:durableId="2058121501">
    <w:abstractNumId w:val="5"/>
  </w:num>
  <w:num w:numId="4" w16cid:durableId="822626475">
    <w:abstractNumId w:val="4"/>
  </w:num>
  <w:num w:numId="5" w16cid:durableId="729963553">
    <w:abstractNumId w:val="7"/>
  </w:num>
  <w:num w:numId="6" w16cid:durableId="1701200132">
    <w:abstractNumId w:val="3"/>
  </w:num>
  <w:num w:numId="7" w16cid:durableId="1146553551">
    <w:abstractNumId w:val="2"/>
  </w:num>
  <w:num w:numId="8" w16cid:durableId="224266935">
    <w:abstractNumId w:val="1"/>
  </w:num>
  <w:num w:numId="9" w16cid:durableId="1878928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D6E6F"/>
    <w:rsid w:val="0029639D"/>
    <w:rsid w:val="00326F90"/>
    <w:rsid w:val="00365C9D"/>
    <w:rsid w:val="005E6036"/>
    <w:rsid w:val="00652C28"/>
    <w:rsid w:val="006C103E"/>
    <w:rsid w:val="007050CD"/>
    <w:rsid w:val="00785724"/>
    <w:rsid w:val="008B25DE"/>
    <w:rsid w:val="008E3393"/>
    <w:rsid w:val="00A130AC"/>
    <w:rsid w:val="00AA1D8D"/>
    <w:rsid w:val="00AD35FD"/>
    <w:rsid w:val="00B0735A"/>
    <w:rsid w:val="00B47730"/>
    <w:rsid w:val="00B769B5"/>
    <w:rsid w:val="00CB0664"/>
    <w:rsid w:val="00CB6E2D"/>
    <w:rsid w:val="00E61A6B"/>
    <w:rsid w:val="00F22BD5"/>
    <w:rsid w:val="00F9123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E384F2"/>
  <w14:defaultImageDpi w14:val="33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259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Oprea Gheorghe-Daniel</cp:lastModifiedBy>
  <cp:revision>4</cp:revision>
  <cp:lastPrinted>2026-09-29T05:22:00Z</cp:lastPrinted>
  <dcterms:created xsi:type="dcterms:W3CDTF">2013-12-23T23:15:00Z</dcterms:created>
  <dcterms:modified xsi:type="dcterms:W3CDTF">2026-11-02T11:07:00Z</dcterms:modified>
  <cp:category/>
</cp:coreProperties>
</file>